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8C201" w14:textId="77777777" w:rsidR="00BB27C4" w:rsidRDefault="00000000">
      <w:pPr>
        <w:spacing w:after="60"/>
      </w:pPr>
      <w:r>
        <w:rPr>
          <w:b/>
          <w:color w:val="102632"/>
          <w:sz w:val="36"/>
        </w:rPr>
        <w:t>PROPERTY INVENTORY &amp; SCHEDULE OF CONDITION</w:t>
      </w:r>
    </w:p>
    <w:p w14:paraId="78D78716" w14:textId="77777777" w:rsidR="00BB27C4" w:rsidRDefault="00000000">
      <w:r>
        <w:rPr>
          <w:color w:val="6B7280"/>
          <w:sz w:val="17"/>
        </w:rPr>
        <w:t>P&amp;S PROPERTY Solutions | Editable landlord / tenant check-in inventory template</w:t>
      </w: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4688"/>
      </w:tblGrid>
      <w:tr w:rsidR="00BB27C4" w14:paraId="1457090D" w14:textId="77777777">
        <w:trPr>
          <w:jc w:val="center"/>
        </w:trPr>
        <w:tc>
          <w:tcPr>
            <w:tcW w:w="14688" w:type="dxa"/>
            <w:shd w:val="clear" w:color="auto" w:fill="F2EBDC"/>
            <w:tcMar>
              <w:top w:w="45" w:type="dxa"/>
              <w:left w:w="45" w:type="dxa"/>
              <w:bottom w:w="45" w:type="dxa"/>
              <w:right w:w="45" w:type="dxa"/>
            </w:tcMar>
            <w:vAlign w:val="center"/>
          </w:tcPr>
          <w:p w14:paraId="7F665851" w14:textId="77777777" w:rsidR="00BB27C4" w:rsidRDefault="00000000">
            <w:pPr>
              <w:spacing w:after="0"/>
            </w:pPr>
            <w:r>
              <w:rPr>
                <w:b/>
                <w:color w:val="102632"/>
                <w:sz w:val="18"/>
              </w:rPr>
              <w:t>PROPERTY &amp; TENANCY DETAILS</w:t>
            </w:r>
          </w:p>
        </w:tc>
      </w:tr>
    </w:tbl>
    <w:p w14:paraId="6A02E14E" w14:textId="77777777" w:rsidR="00BB27C4" w:rsidRDefault="00BB27C4">
      <w:pPr>
        <w:spacing w:after="20"/>
      </w:pP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800"/>
        <w:gridCol w:w="4320"/>
        <w:gridCol w:w="1800"/>
        <w:gridCol w:w="6768"/>
      </w:tblGrid>
      <w:tr w:rsidR="00BB27C4" w14:paraId="21B8A792" w14:textId="77777777">
        <w:trPr>
          <w:jc w:val="center"/>
        </w:trPr>
        <w:tc>
          <w:tcPr>
            <w:tcW w:w="1800" w:type="dxa"/>
            <w:shd w:val="clear" w:color="auto" w:fill="F2EBDC"/>
            <w:tcMar>
              <w:top w:w="45" w:type="dxa"/>
              <w:left w:w="45" w:type="dxa"/>
              <w:bottom w:w="45" w:type="dxa"/>
              <w:right w:w="45" w:type="dxa"/>
            </w:tcMar>
            <w:vAlign w:val="center"/>
          </w:tcPr>
          <w:p w14:paraId="0B8A6646" w14:textId="77777777" w:rsidR="00BB27C4" w:rsidRDefault="00000000">
            <w:pPr>
              <w:spacing w:after="0"/>
            </w:pPr>
            <w:r>
              <w:rPr>
                <w:b/>
                <w:color w:val="102632"/>
                <w:sz w:val="14"/>
              </w:rPr>
              <w:t>Property Address</w:t>
            </w:r>
          </w:p>
        </w:tc>
        <w:tc>
          <w:tcPr>
            <w:tcW w:w="4320" w:type="dxa"/>
            <w:tcMar>
              <w:top w:w="45" w:type="dxa"/>
              <w:left w:w="45" w:type="dxa"/>
              <w:bottom w:w="45" w:type="dxa"/>
              <w:right w:w="45" w:type="dxa"/>
            </w:tcMar>
            <w:vAlign w:val="center"/>
          </w:tcPr>
          <w:p w14:paraId="57824559" w14:textId="77777777" w:rsidR="00BB27C4" w:rsidRDefault="00BB27C4">
            <w:pPr>
              <w:spacing w:after="0"/>
            </w:pPr>
          </w:p>
        </w:tc>
        <w:tc>
          <w:tcPr>
            <w:tcW w:w="1800" w:type="dxa"/>
            <w:shd w:val="clear" w:color="auto" w:fill="F2EBDC"/>
            <w:tcMar>
              <w:top w:w="45" w:type="dxa"/>
              <w:left w:w="45" w:type="dxa"/>
              <w:bottom w:w="45" w:type="dxa"/>
              <w:right w:w="45" w:type="dxa"/>
            </w:tcMar>
            <w:vAlign w:val="center"/>
          </w:tcPr>
          <w:p w14:paraId="3BAB50D5" w14:textId="77777777" w:rsidR="00BB27C4" w:rsidRDefault="00000000">
            <w:pPr>
              <w:spacing w:after="0"/>
            </w:pPr>
            <w:r>
              <w:rPr>
                <w:b/>
                <w:color w:val="102632"/>
                <w:sz w:val="14"/>
              </w:rPr>
              <w:t>Inventory Date</w:t>
            </w:r>
          </w:p>
        </w:tc>
        <w:tc>
          <w:tcPr>
            <w:tcW w:w="4320" w:type="dxa"/>
            <w:tcMar>
              <w:top w:w="45" w:type="dxa"/>
              <w:left w:w="45" w:type="dxa"/>
              <w:bottom w:w="45" w:type="dxa"/>
              <w:right w:w="45" w:type="dxa"/>
            </w:tcMar>
            <w:vAlign w:val="center"/>
          </w:tcPr>
          <w:p w14:paraId="3648CBA1" w14:textId="77777777" w:rsidR="00BB27C4" w:rsidRDefault="00BB27C4">
            <w:pPr>
              <w:spacing w:after="0"/>
            </w:pPr>
          </w:p>
        </w:tc>
      </w:tr>
      <w:tr w:rsidR="00BB27C4" w14:paraId="01E55E07" w14:textId="77777777">
        <w:trPr>
          <w:jc w:val="center"/>
        </w:trPr>
        <w:tc>
          <w:tcPr>
            <w:tcW w:w="1800" w:type="dxa"/>
            <w:shd w:val="clear" w:color="auto" w:fill="F2EBDC"/>
            <w:tcMar>
              <w:top w:w="45" w:type="dxa"/>
              <w:left w:w="45" w:type="dxa"/>
              <w:bottom w:w="45" w:type="dxa"/>
              <w:right w:w="45" w:type="dxa"/>
            </w:tcMar>
            <w:vAlign w:val="center"/>
          </w:tcPr>
          <w:p w14:paraId="44015BD6" w14:textId="77777777" w:rsidR="00BB27C4" w:rsidRDefault="00000000">
            <w:pPr>
              <w:spacing w:after="0"/>
            </w:pPr>
            <w:r>
              <w:rPr>
                <w:b/>
                <w:color w:val="102632"/>
                <w:sz w:val="14"/>
              </w:rPr>
              <w:t>Tenancy Start Date</w:t>
            </w:r>
          </w:p>
        </w:tc>
        <w:tc>
          <w:tcPr>
            <w:tcW w:w="4320" w:type="dxa"/>
            <w:tcMar>
              <w:top w:w="45" w:type="dxa"/>
              <w:left w:w="45" w:type="dxa"/>
              <w:bottom w:w="45" w:type="dxa"/>
              <w:right w:w="45" w:type="dxa"/>
            </w:tcMar>
            <w:vAlign w:val="center"/>
          </w:tcPr>
          <w:p w14:paraId="032D0BBE" w14:textId="77777777" w:rsidR="00BB27C4" w:rsidRDefault="00BB27C4">
            <w:pPr>
              <w:spacing w:after="0"/>
            </w:pPr>
          </w:p>
        </w:tc>
        <w:tc>
          <w:tcPr>
            <w:tcW w:w="1800" w:type="dxa"/>
            <w:shd w:val="clear" w:color="auto" w:fill="F2EBDC"/>
            <w:tcMar>
              <w:top w:w="45" w:type="dxa"/>
              <w:left w:w="45" w:type="dxa"/>
              <w:bottom w:w="45" w:type="dxa"/>
              <w:right w:w="45" w:type="dxa"/>
            </w:tcMar>
            <w:vAlign w:val="center"/>
          </w:tcPr>
          <w:p w14:paraId="72283A2F" w14:textId="77777777" w:rsidR="00BB27C4" w:rsidRDefault="00000000">
            <w:pPr>
              <w:spacing w:after="0"/>
            </w:pPr>
            <w:r>
              <w:rPr>
                <w:b/>
                <w:color w:val="102632"/>
                <w:sz w:val="14"/>
              </w:rPr>
              <w:t>Tenant(s) Name(s)</w:t>
            </w:r>
          </w:p>
        </w:tc>
        <w:tc>
          <w:tcPr>
            <w:tcW w:w="4320" w:type="dxa"/>
            <w:tcMar>
              <w:top w:w="45" w:type="dxa"/>
              <w:left w:w="45" w:type="dxa"/>
              <w:bottom w:w="45" w:type="dxa"/>
              <w:right w:w="45" w:type="dxa"/>
            </w:tcMar>
            <w:vAlign w:val="center"/>
          </w:tcPr>
          <w:p w14:paraId="0C4D05D4" w14:textId="77777777" w:rsidR="00BB27C4" w:rsidRDefault="00BB27C4">
            <w:pPr>
              <w:spacing w:after="0"/>
            </w:pPr>
          </w:p>
        </w:tc>
      </w:tr>
      <w:tr w:rsidR="00BB27C4" w14:paraId="2E24FF53" w14:textId="77777777">
        <w:trPr>
          <w:jc w:val="center"/>
        </w:trPr>
        <w:tc>
          <w:tcPr>
            <w:tcW w:w="1800" w:type="dxa"/>
            <w:shd w:val="clear" w:color="auto" w:fill="F2EBDC"/>
            <w:tcMar>
              <w:top w:w="45" w:type="dxa"/>
              <w:left w:w="45" w:type="dxa"/>
              <w:bottom w:w="45" w:type="dxa"/>
              <w:right w:w="45" w:type="dxa"/>
            </w:tcMar>
            <w:vAlign w:val="center"/>
          </w:tcPr>
          <w:p w14:paraId="5754D502" w14:textId="77777777" w:rsidR="00BB27C4" w:rsidRDefault="00000000">
            <w:pPr>
              <w:spacing w:after="0"/>
            </w:pPr>
            <w:r>
              <w:rPr>
                <w:b/>
                <w:color w:val="102632"/>
                <w:sz w:val="14"/>
              </w:rPr>
              <w:t>Landlord Name</w:t>
            </w:r>
          </w:p>
        </w:tc>
        <w:tc>
          <w:tcPr>
            <w:tcW w:w="4320" w:type="dxa"/>
            <w:tcMar>
              <w:top w:w="45" w:type="dxa"/>
              <w:left w:w="45" w:type="dxa"/>
              <w:bottom w:w="45" w:type="dxa"/>
              <w:right w:w="45" w:type="dxa"/>
            </w:tcMar>
            <w:vAlign w:val="center"/>
          </w:tcPr>
          <w:p w14:paraId="6C7C9CD8" w14:textId="77777777" w:rsidR="00BB27C4" w:rsidRDefault="00BB27C4">
            <w:pPr>
              <w:spacing w:after="0"/>
            </w:pPr>
          </w:p>
        </w:tc>
        <w:tc>
          <w:tcPr>
            <w:tcW w:w="1800" w:type="dxa"/>
            <w:shd w:val="clear" w:color="auto" w:fill="F2EBDC"/>
            <w:tcMar>
              <w:top w:w="45" w:type="dxa"/>
              <w:left w:w="45" w:type="dxa"/>
              <w:bottom w:w="45" w:type="dxa"/>
              <w:right w:w="45" w:type="dxa"/>
            </w:tcMar>
            <w:vAlign w:val="center"/>
          </w:tcPr>
          <w:p w14:paraId="039A09A0" w14:textId="77777777" w:rsidR="00BB27C4" w:rsidRDefault="00000000">
            <w:pPr>
              <w:spacing w:after="0"/>
            </w:pPr>
            <w:r>
              <w:rPr>
                <w:b/>
                <w:color w:val="102632"/>
                <w:sz w:val="14"/>
              </w:rPr>
              <w:t>Agent / Inspector</w:t>
            </w:r>
          </w:p>
        </w:tc>
        <w:tc>
          <w:tcPr>
            <w:tcW w:w="4320" w:type="dxa"/>
            <w:tcMar>
              <w:top w:w="45" w:type="dxa"/>
              <w:left w:w="45" w:type="dxa"/>
              <w:bottom w:w="45" w:type="dxa"/>
              <w:right w:w="45" w:type="dxa"/>
            </w:tcMar>
            <w:vAlign w:val="center"/>
          </w:tcPr>
          <w:p w14:paraId="476FFC0B" w14:textId="77777777" w:rsidR="00BB27C4" w:rsidRDefault="00BB27C4">
            <w:pPr>
              <w:spacing w:after="0"/>
            </w:pPr>
          </w:p>
        </w:tc>
      </w:tr>
      <w:tr w:rsidR="00BB27C4" w14:paraId="711A4C9D" w14:textId="77777777">
        <w:trPr>
          <w:jc w:val="center"/>
        </w:trPr>
        <w:tc>
          <w:tcPr>
            <w:tcW w:w="1800" w:type="dxa"/>
            <w:shd w:val="clear" w:color="auto" w:fill="F2EBDC"/>
            <w:tcMar>
              <w:top w:w="45" w:type="dxa"/>
              <w:left w:w="45" w:type="dxa"/>
              <w:bottom w:w="45" w:type="dxa"/>
              <w:right w:w="45" w:type="dxa"/>
            </w:tcMar>
            <w:vAlign w:val="center"/>
          </w:tcPr>
          <w:p w14:paraId="5C63D803" w14:textId="77777777" w:rsidR="00BB27C4" w:rsidRDefault="00000000">
            <w:pPr>
              <w:spacing w:after="0"/>
            </w:pPr>
            <w:r>
              <w:rPr>
                <w:b/>
                <w:color w:val="102632"/>
                <w:sz w:val="14"/>
              </w:rPr>
              <w:t>Property Type</w:t>
            </w:r>
          </w:p>
        </w:tc>
        <w:tc>
          <w:tcPr>
            <w:tcW w:w="4320" w:type="dxa"/>
            <w:tcMar>
              <w:top w:w="45" w:type="dxa"/>
              <w:left w:w="45" w:type="dxa"/>
              <w:bottom w:w="45" w:type="dxa"/>
              <w:right w:w="45" w:type="dxa"/>
            </w:tcMar>
            <w:vAlign w:val="center"/>
          </w:tcPr>
          <w:p w14:paraId="7D62C227" w14:textId="77777777" w:rsidR="00BB27C4" w:rsidRDefault="00BB27C4">
            <w:pPr>
              <w:spacing w:after="0"/>
            </w:pPr>
          </w:p>
        </w:tc>
        <w:tc>
          <w:tcPr>
            <w:tcW w:w="1800" w:type="dxa"/>
            <w:shd w:val="clear" w:color="auto" w:fill="F2EBDC"/>
            <w:tcMar>
              <w:top w:w="45" w:type="dxa"/>
              <w:left w:w="45" w:type="dxa"/>
              <w:bottom w:w="45" w:type="dxa"/>
              <w:right w:w="45" w:type="dxa"/>
            </w:tcMar>
            <w:vAlign w:val="center"/>
          </w:tcPr>
          <w:p w14:paraId="50BF54EB" w14:textId="77777777" w:rsidR="00BB27C4" w:rsidRDefault="00000000">
            <w:pPr>
              <w:spacing w:after="0"/>
            </w:pPr>
            <w:r>
              <w:rPr>
                <w:b/>
                <w:color w:val="102632"/>
                <w:sz w:val="14"/>
              </w:rPr>
              <w:t>Furnished / Unfurnished</w:t>
            </w:r>
          </w:p>
        </w:tc>
        <w:tc>
          <w:tcPr>
            <w:tcW w:w="4320" w:type="dxa"/>
            <w:tcMar>
              <w:top w:w="45" w:type="dxa"/>
              <w:left w:w="45" w:type="dxa"/>
              <w:bottom w:w="45" w:type="dxa"/>
              <w:right w:w="45" w:type="dxa"/>
            </w:tcMar>
            <w:vAlign w:val="center"/>
          </w:tcPr>
          <w:p w14:paraId="572993DC" w14:textId="77777777" w:rsidR="00BB27C4" w:rsidRDefault="00BB27C4">
            <w:pPr>
              <w:spacing w:after="0"/>
            </w:pPr>
          </w:p>
        </w:tc>
      </w:tr>
      <w:tr w:rsidR="00BB27C4" w14:paraId="610347F1" w14:textId="77777777">
        <w:trPr>
          <w:jc w:val="center"/>
        </w:trPr>
        <w:tc>
          <w:tcPr>
            <w:tcW w:w="1800" w:type="dxa"/>
            <w:shd w:val="clear" w:color="auto" w:fill="F2EBDC"/>
            <w:tcMar>
              <w:top w:w="45" w:type="dxa"/>
              <w:left w:w="45" w:type="dxa"/>
              <w:bottom w:w="45" w:type="dxa"/>
              <w:right w:w="45" w:type="dxa"/>
            </w:tcMar>
            <w:vAlign w:val="center"/>
          </w:tcPr>
          <w:p w14:paraId="18FA203E" w14:textId="77777777" w:rsidR="00BB27C4" w:rsidRDefault="00000000">
            <w:pPr>
              <w:spacing w:after="0"/>
            </w:pPr>
            <w:r>
              <w:rPr>
                <w:b/>
                <w:color w:val="102632"/>
                <w:sz w:val="14"/>
              </w:rPr>
              <w:t>Inspection Type</w:t>
            </w:r>
          </w:p>
        </w:tc>
        <w:tc>
          <w:tcPr>
            <w:tcW w:w="4320" w:type="dxa"/>
            <w:tcMar>
              <w:top w:w="45" w:type="dxa"/>
              <w:left w:w="45" w:type="dxa"/>
              <w:bottom w:w="45" w:type="dxa"/>
              <w:right w:w="45" w:type="dxa"/>
            </w:tcMar>
            <w:vAlign w:val="center"/>
          </w:tcPr>
          <w:p w14:paraId="4EB3B214" w14:textId="77777777" w:rsidR="00BB27C4" w:rsidRDefault="00BB27C4">
            <w:pPr>
              <w:spacing w:after="0"/>
            </w:pPr>
          </w:p>
        </w:tc>
        <w:tc>
          <w:tcPr>
            <w:tcW w:w="1800" w:type="dxa"/>
            <w:shd w:val="clear" w:color="auto" w:fill="F2EBDC"/>
            <w:tcMar>
              <w:top w:w="45" w:type="dxa"/>
              <w:left w:w="45" w:type="dxa"/>
              <w:bottom w:w="45" w:type="dxa"/>
              <w:right w:w="45" w:type="dxa"/>
            </w:tcMar>
            <w:vAlign w:val="center"/>
          </w:tcPr>
          <w:p w14:paraId="5EC39503" w14:textId="77777777" w:rsidR="00BB27C4" w:rsidRDefault="00000000">
            <w:pPr>
              <w:spacing w:after="0"/>
            </w:pPr>
            <w:r>
              <w:rPr>
                <w:b/>
                <w:color w:val="102632"/>
                <w:sz w:val="14"/>
              </w:rPr>
              <w:t>Inventory Version</w:t>
            </w:r>
          </w:p>
        </w:tc>
        <w:tc>
          <w:tcPr>
            <w:tcW w:w="4320" w:type="dxa"/>
            <w:tcMar>
              <w:top w:w="45" w:type="dxa"/>
              <w:left w:w="45" w:type="dxa"/>
              <w:bottom w:w="45" w:type="dxa"/>
              <w:right w:w="45" w:type="dxa"/>
            </w:tcMar>
            <w:vAlign w:val="center"/>
          </w:tcPr>
          <w:p w14:paraId="10387593" w14:textId="77777777" w:rsidR="00BB27C4" w:rsidRDefault="00BB27C4">
            <w:pPr>
              <w:spacing w:after="0"/>
            </w:pPr>
          </w:p>
        </w:tc>
      </w:tr>
      <w:tr w:rsidR="00BB27C4" w14:paraId="50BB45EE" w14:textId="77777777">
        <w:trPr>
          <w:jc w:val="center"/>
        </w:trPr>
        <w:tc>
          <w:tcPr>
            <w:tcW w:w="14688" w:type="dxa"/>
            <w:gridSpan w:val="4"/>
            <w:shd w:val="clear" w:color="auto" w:fill="F2EBDC"/>
            <w:tcMar>
              <w:top w:w="45" w:type="dxa"/>
              <w:left w:w="45" w:type="dxa"/>
              <w:bottom w:w="45" w:type="dxa"/>
              <w:right w:w="45" w:type="dxa"/>
            </w:tcMar>
            <w:vAlign w:val="center"/>
          </w:tcPr>
          <w:p w14:paraId="55EBC396" w14:textId="77777777" w:rsidR="00BB27C4" w:rsidRDefault="00000000">
            <w:pPr>
              <w:spacing w:after="0"/>
            </w:pPr>
            <w:r>
              <w:rPr>
                <w:b/>
                <w:color w:val="102632"/>
                <w:sz w:val="18"/>
              </w:rPr>
              <w:t>METER &amp; UTILITY READINGS</w:t>
            </w:r>
          </w:p>
        </w:tc>
      </w:tr>
    </w:tbl>
    <w:p w14:paraId="3B769FA4" w14:textId="77777777" w:rsidR="00BB27C4" w:rsidRDefault="00BB27C4">
      <w:pPr>
        <w:spacing w:after="20"/>
      </w:pPr>
    </w:p>
    <w:tbl>
      <w:tblPr>
        <w:tblW w:w="15625" w:type="dxa"/>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2927"/>
        <w:gridCol w:w="3559"/>
        <w:gridCol w:w="2927"/>
        <w:gridCol w:w="3285"/>
        <w:gridCol w:w="2927"/>
      </w:tblGrid>
      <w:tr w:rsidR="00BB27C4" w14:paraId="19E6C215" w14:textId="77777777" w:rsidTr="00C01B1B">
        <w:trPr>
          <w:trHeight w:val="186"/>
          <w:jc w:val="center"/>
        </w:trPr>
        <w:tc>
          <w:tcPr>
            <w:tcW w:w="2927" w:type="dxa"/>
            <w:shd w:val="clear" w:color="auto" w:fill="102632"/>
            <w:tcMar>
              <w:top w:w="45" w:type="dxa"/>
              <w:left w:w="45" w:type="dxa"/>
              <w:bottom w:w="45" w:type="dxa"/>
              <w:right w:w="45" w:type="dxa"/>
            </w:tcMar>
            <w:vAlign w:val="center"/>
          </w:tcPr>
          <w:p w14:paraId="50D72ACC" w14:textId="77777777" w:rsidR="00BB27C4" w:rsidRDefault="00000000">
            <w:pPr>
              <w:spacing w:after="0"/>
              <w:jc w:val="center"/>
            </w:pPr>
            <w:r>
              <w:rPr>
                <w:b/>
                <w:color w:val="F2EBDC"/>
                <w:sz w:val="14"/>
              </w:rPr>
              <w:t>Utility</w:t>
            </w:r>
          </w:p>
        </w:tc>
        <w:tc>
          <w:tcPr>
            <w:tcW w:w="3559" w:type="dxa"/>
            <w:shd w:val="clear" w:color="auto" w:fill="102632"/>
            <w:tcMar>
              <w:top w:w="45" w:type="dxa"/>
              <w:left w:w="45" w:type="dxa"/>
              <w:bottom w:w="45" w:type="dxa"/>
              <w:right w:w="45" w:type="dxa"/>
            </w:tcMar>
            <w:vAlign w:val="center"/>
          </w:tcPr>
          <w:p w14:paraId="6991B43D" w14:textId="77777777" w:rsidR="00BB27C4" w:rsidRDefault="00000000">
            <w:pPr>
              <w:spacing w:after="0"/>
              <w:jc w:val="center"/>
            </w:pPr>
            <w:r>
              <w:rPr>
                <w:b/>
                <w:color w:val="F2EBDC"/>
                <w:sz w:val="14"/>
              </w:rPr>
              <w:t>Meter / Serial No.</w:t>
            </w:r>
          </w:p>
        </w:tc>
        <w:tc>
          <w:tcPr>
            <w:tcW w:w="2927" w:type="dxa"/>
            <w:shd w:val="clear" w:color="auto" w:fill="102632"/>
            <w:tcMar>
              <w:top w:w="45" w:type="dxa"/>
              <w:left w:w="45" w:type="dxa"/>
              <w:bottom w:w="45" w:type="dxa"/>
              <w:right w:w="45" w:type="dxa"/>
            </w:tcMar>
            <w:vAlign w:val="center"/>
          </w:tcPr>
          <w:p w14:paraId="15BC8A17" w14:textId="77777777" w:rsidR="00BB27C4" w:rsidRDefault="00000000">
            <w:pPr>
              <w:spacing w:after="0"/>
              <w:jc w:val="center"/>
            </w:pPr>
            <w:r>
              <w:rPr>
                <w:b/>
                <w:color w:val="F2EBDC"/>
                <w:sz w:val="14"/>
              </w:rPr>
              <w:t>Reading</w:t>
            </w:r>
          </w:p>
        </w:tc>
        <w:tc>
          <w:tcPr>
            <w:tcW w:w="3285" w:type="dxa"/>
            <w:shd w:val="clear" w:color="auto" w:fill="102632"/>
            <w:tcMar>
              <w:top w:w="45" w:type="dxa"/>
              <w:left w:w="45" w:type="dxa"/>
              <w:bottom w:w="45" w:type="dxa"/>
              <w:right w:w="45" w:type="dxa"/>
            </w:tcMar>
            <w:vAlign w:val="center"/>
          </w:tcPr>
          <w:p w14:paraId="7D0A467B" w14:textId="77777777" w:rsidR="00BB27C4" w:rsidRDefault="00000000">
            <w:pPr>
              <w:spacing w:after="0"/>
              <w:jc w:val="center"/>
            </w:pPr>
            <w:r>
              <w:rPr>
                <w:b/>
                <w:color w:val="F2EBDC"/>
                <w:sz w:val="14"/>
              </w:rPr>
              <w:t>Date / Time</w:t>
            </w:r>
          </w:p>
        </w:tc>
        <w:tc>
          <w:tcPr>
            <w:tcW w:w="2927" w:type="dxa"/>
            <w:shd w:val="clear" w:color="auto" w:fill="102632"/>
            <w:tcMar>
              <w:top w:w="45" w:type="dxa"/>
              <w:left w:w="45" w:type="dxa"/>
              <w:bottom w:w="45" w:type="dxa"/>
              <w:right w:w="45" w:type="dxa"/>
            </w:tcMar>
            <w:vAlign w:val="center"/>
          </w:tcPr>
          <w:p w14:paraId="0E3ECA62" w14:textId="77777777" w:rsidR="00BB27C4" w:rsidRDefault="00000000">
            <w:pPr>
              <w:spacing w:after="0"/>
              <w:jc w:val="center"/>
            </w:pPr>
            <w:r>
              <w:rPr>
                <w:b/>
                <w:color w:val="F2EBDC"/>
                <w:sz w:val="14"/>
              </w:rPr>
              <w:t>Photo Ref.</w:t>
            </w:r>
          </w:p>
        </w:tc>
      </w:tr>
      <w:tr w:rsidR="00BB27C4" w14:paraId="4BA560E4" w14:textId="77777777" w:rsidTr="00C01B1B">
        <w:trPr>
          <w:trHeight w:val="215"/>
          <w:jc w:val="center"/>
        </w:trPr>
        <w:tc>
          <w:tcPr>
            <w:tcW w:w="2927" w:type="dxa"/>
            <w:tcMar>
              <w:top w:w="45" w:type="dxa"/>
              <w:left w:w="45" w:type="dxa"/>
              <w:bottom w:w="45" w:type="dxa"/>
              <w:right w:w="45" w:type="dxa"/>
            </w:tcMar>
            <w:vAlign w:val="center"/>
          </w:tcPr>
          <w:p w14:paraId="44B0671C" w14:textId="77777777" w:rsidR="00BB27C4" w:rsidRDefault="00000000">
            <w:pPr>
              <w:spacing w:after="0"/>
            </w:pPr>
            <w:r>
              <w:rPr>
                <w:b/>
                <w:color w:val="1F2933"/>
                <w:sz w:val="14"/>
              </w:rPr>
              <w:t>Electricity</w:t>
            </w:r>
          </w:p>
        </w:tc>
        <w:tc>
          <w:tcPr>
            <w:tcW w:w="3559" w:type="dxa"/>
            <w:tcMar>
              <w:top w:w="45" w:type="dxa"/>
              <w:left w:w="45" w:type="dxa"/>
              <w:bottom w:w="45" w:type="dxa"/>
              <w:right w:w="45" w:type="dxa"/>
            </w:tcMar>
            <w:vAlign w:val="center"/>
          </w:tcPr>
          <w:p w14:paraId="3E7081F3" w14:textId="77777777" w:rsidR="00BB27C4" w:rsidRDefault="00BB27C4">
            <w:pPr>
              <w:spacing w:after="0"/>
              <w:jc w:val="center"/>
            </w:pPr>
          </w:p>
        </w:tc>
        <w:tc>
          <w:tcPr>
            <w:tcW w:w="2927" w:type="dxa"/>
            <w:tcMar>
              <w:top w:w="45" w:type="dxa"/>
              <w:left w:w="45" w:type="dxa"/>
              <w:bottom w:w="45" w:type="dxa"/>
              <w:right w:w="45" w:type="dxa"/>
            </w:tcMar>
            <w:vAlign w:val="center"/>
          </w:tcPr>
          <w:p w14:paraId="7D362CE0" w14:textId="77777777" w:rsidR="00BB27C4" w:rsidRDefault="00BB27C4">
            <w:pPr>
              <w:spacing w:after="0"/>
              <w:jc w:val="center"/>
            </w:pPr>
          </w:p>
        </w:tc>
        <w:tc>
          <w:tcPr>
            <w:tcW w:w="3285" w:type="dxa"/>
            <w:tcMar>
              <w:top w:w="45" w:type="dxa"/>
              <w:left w:w="45" w:type="dxa"/>
              <w:bottom w:w="45" w:type="dxa"/>
              <w:right w:w="45" w:type="dxa"/>
            </w:tcMar>
            <w:vAlign w:val="center"/>
          </w:tcPr>
          <w:p w14:paraId="22649945" w14:textId="77777777" w:rsidR="00BB27C4" w:rsidRDefault="00BB27C4">
            <w:pPr>
              <w:spacing w:after="0"/>
              <w:jc w:val="center"/>
            </w:pPr>
          </w:p>
        </w:tc>
        <w:tc>
          <w:tcPr>
            <w:tcW w:w="2927" w:type="dxa"/>
            <w:tcMar>
              <w:top w:w="45" w:type="dxa"/>
              <w:left w:w="45" w:type="dxa"/>
              <w:bottom w:w="45" w:type="dxa"/>
              <w:right w:w="45" w:type="dxa"/>
            </w:tcMar>
            <w:vAlign w:val="center"/>
          </w:tcPr>
          <w:p w14:paraId="0858A457" w14:textId="77777777" w:rsidR="00BB27C4" w:rsidRDefault="00BB27C4">
            <w:pPr>
              <w:spacing w:after="0"/>
              <w:jc w:val="center"/>
            </w:pPr>
          </w:p>
        </w:tc>
      </w:tr>
      <w:tr w:rsidR="00BB27C4" w14:paraId="2EE223A1" w14:textId="77777777" w:rsidTr="00C01B1B">
        <w:trPr>
          <w:trHeight w:val="206"/>
          <w:jc w:val="center"/>
        </w:trPr>
        <w:tc>
          <w:tcPr>
            <w:tcW w:w="2927" w:type="dxa"/>
            <w:tcMar>
              <w:top w:w="45" w:type="dxa"/>
              <w:left w:w="45" w:type="dxa"/>
              <w:bottom w:w="45" w:type="dxa"/>
              <w:right w:w="45" w:type="dxa"/>
            </w:tcMar>
            <w:vAlign w:val="center"/>
          </w:tcPr>
          <w:p w14:paraId="2282E904" w14:textId="77777777" w:rsidR="00BB27C4" w:rsidRDefault="00000000">
            <w:pPr>
              <w:spacing w:after="0"/>
            </w:pPr>
            <w:r>
              <w:rPr>
                <w:b/>
                <w:color w:val="1F2933"/>
                <w:sz w:val="14"/>
              </w:rPr>
              <w:t>Gas</w:t>
            </w:r>
          </w:p>
        </w:tc>
        <w:tc>
          <w:tcPr>
            <w:tcW w:w="3559" w:type="dxa"/>
            <w:tcMar>
              <w:top w:w="45" w:type="dxa"/>
              <w:left w:w="45" w:type="dxa"/>
              <w:bottom w:w="45" w:type="dxa"/>
              <w:right w:w="45" w:type="dxa"/>
            </w:tcMar>
            <w:vAlign w:val="center"/>
          </w:tcPr>
          <w:p w14:paraId="1331FE4C" w14:textId="77777777" w:rsidR="00BB27C4" w:rsidRDefault="00BB27C4">
            <w:pPr>
              <w:spacing w:after="0"/>
              <w:jc w:val="center"/>
            </w:pPr>
          </w:p>
        </w:tc>
        <w:tc>
          <w:tcPr>
            <w:tcW w:w="2927" w:type="dxa"/>
            <w:tcMar>
              <w:top w:w="45" w:type="dxa"/>
              <w:left w:w="45" w:type="dxa"/>
              <w:bottom w:w="45" w:type="dxa"/>
              <w:right w:w="45" w:type="dxa"/>
            </w:tcMar>
            <w:vAlign w:val="center"/>
          </w:tcPr>
          <w:p w14:paraId="7FF553CA" w14:textId="77777777" w:rsidR="00BB27C4" w:rsidRDefault="00BB27C4">
            <w:pPr>
              <w:spacing w:after="0"/>
              <w:jc w:val="center"/>
            </w:pPr>
          </w:p>
        </w:tc>
        <w:tc>
          <w:tcPr>
            <w:tcW w:w="3285" w:type="dxa"/>
            <w:tcMar>
              <w:top w:w="45" w:type="dxa"/>
              <w:left w:w="45" w:type="dxa"/>
              <w:bottom w:w="45" w:type="dxa"/>
              <w:right w:w="45" w:type="dxa"/>
            </w:tcMar>
            <w:vAlign w:val="center"/>
          </w:tcPr>
          <w:p w14:paraId="019C76B4" w14:textId="77777777" w:rsidR="00BB27C4" w:rsidRDefault="00BB27C4">
            <w:pPr>
              <w:spacing w:after="0"/>
              <w:jc w:val="center"/>
            </w:pPr>
          </w:p>
        </w:tc>
        <w:tc>
          <w:tcPr>
            <w:tcW w:w="2927" w:type="dxa"/>
            <w:tcMar>
              <w:top w:w="45" w:type="dxa"/>
              <w:left w:w="45" w:type="dxa"/>
              <w:bottom w:w="45" w:type="dxa"/>
              <w:right w:w="45" w:type="dxa"/>
            </w:tcMar>
            <w:vAlign w:val="center"/>
          </w:tcPr>
          <w:p w14:paraId="6A8296DA" w14:textId="77777777" w:rsidR="00BB27C4" w:rsidRDefault="00BB27C4">
            <w:pPr>
              <w:spacing w:after="0"/>
              <w:jc w:val="center"/>
            </w:pPr>
          </w:p>
        </w:tc>
      </w:tr>
      <w:tr w:rsidR="00BB27C4" w14:paraId="0B6A2401" w14:textId="77777777" w:rsidTr="00C01B1B">
        <w:trPr>
          <w:trHeight w:val="215"/>
          <w:jc w:val="center"/>
        </w:trPr>
        <w:tc>
          <w:tcPr>
            <w:tcW w:w="2927" w:type="dxa"/>
            <w:tcMar>
              <w:top w:w="45" w:type="dxa"/>
              <w:left w:w="45" w:type="dxa"/>
              <w:bottom w:w="45" w:type="dxa"/>
              <w:right w:w="45" w:type="dxa"/>
            </w:tcMar>
            <w:vAlign w:val="center"/>
          </w:tcPr>
          <w:p w14:paraId="347DB526" w14:textId="77777777" w:rsidR="00BB27C4" w:rsidRDefault="00000000">
            <w:pPr>
              <w:spacing w:after="0"/>
            </w:pPr>
            <w:r>
              <w:rPr>
                <w:b/>
                <w:color w:val="1F2933"/>
                <w:sz w:val="14"/>
              </w:rPr>
              <w:t>Water</w:t>
            </w:r>
          </w:p>
        </w:tc>
        <w:tc>
          <w:tcPr>
            <w:tcW w:w="3559" w:type="dxa"/>
            <w:tcMar>
              <w:top w:w="45" w:type="dxa"/>
              <w:left w:w="45" w:type="dxa"/>
              <w:bottom w:w="45" w:type="dxa"/>
              <w:right w:w="45" w:type="dxa"/>
            </w:tcMar>
            <w:vAlign w:val="center"/>
          </w:tcPr>
          <w:p w14:paraId="559B4E97" w14:textId="77777777" w:rsidR="00BB27C4" w:rsidRDefault="00BB27C4">
            <w:pPr>
              <w:spacing w:after="0"/>
              <w:jc w:val="center"/>
            </w:pPr>
          </w:p>
        </w:tc>
        <w:tc>
          <w:tcPr>
            <w:tcW w:w="2927" w:type="dxa"/>
            <w:tcMar>
              <w:top w:w="45" w:type="dxa"/>
              <w:left w:w="45" w:type="dxa"/>
              <w:bottom w:w="45" w:type="dxa"/>
              <w:right w:w="45" w:type="dxa"/>
            </w:tcMar>
            <w:vAlign w:val="center"/>
          </w:tcPr>
          <w:p w14:paraId="4222E440" w14:textId="77777777" w:rsidR="00BB27C4" w:rsidRDefault="00BB27C4">
            <w:pPr>
              <w:spacing w:after="0"/>
              <w:jc w:val="center"/>
            </w:pPr>
          </w:p>
        </w:tc>
        <w:tc>
          <w:tcPr>
            <w:tcW w:w="3285" w:type="dxa"/>
            <w:tcMar>
              <w:top w:w="45" w:type="dxa"/>
              <w:left w:w="45" w:type="dxa"/>
              <w:bottom w:w="45" w:type="dxa"/>
              <w:right w:w="45" w:type="dxa"/>
            </w:tcMar>
            <w:vAlign w:val="center"/>
          </w:tcPr>
          <w:p w14:paraId="4F9B4C95" w14:textId="77777777" w:rsidR="00BB27C4" w:rsidRDefault="00BB27C4">
            <w:pPr>
              <w:spacing w:after="0"/>
              <w:jc w:val="center"/>
            </w:pPr>
          </w:p>
        </w:tc>
        <w:tc>
          <w:tcPr>
            <w:tcW w:w="2927" w:type="dxa"/>
            <w:tcMar>
              <w:top w:w="45" w:type="dxa"/>
              <w:left w:w="45" w:type="dxa"/>
              <w:bottom w:w="45" w:type="dxa"/>
              <w:right w:w="45" w:type="dxa"/>
            </w:tcMar>
            <w:vAlign w:val="center"/>
          </w:tcPr>
          <w:p w14:paraId="13D5C819" w14:textId="77777777" w:rsidR="00BB27C4" w:rsidRDefault="00BB27C4">
            <w:pPr>
              <w:spacing w:after="0"/>
              <w:jc w:val="center"/>
            </w:pPr>
          </w:p>
        </w:tc>
      </w:tr>
      <w:tr w:rsidR="00BB27C4" w14:paraId="03EDEED2" w14:textId="77777777" w:rsidTr="00C01B1B">
        <w:trPr>
          <w:trHeight w:val="215"/>
          <w:jc w:val="center"/>
        </w:trPr>
        <w:tc>
          <w:tcPr>
            <w:tcW w:w="2927" w:type="dxa"/>
            <w:tcMar>
              <w:top w:w="45" w:type="dxa"/>
              <w:left w:w="45" w:type="dxa"/>
              <w:bottom w:w="45" w:type="dxa"/>
              <w:right w:w="45" w:type="dxa"/>
            </w:tcMar>
            <w:vAlign w:val="center"/>
          </w:tcPr>
          <w:p w14:paraId="01F3E155" w14:textId="77777777" w:rsidR="00BB27C4" w:rsidRDefault="00000000">
            <w:pPr>
              <w:spacing w:after="0"/>
            </w:pPr>
            <w:r>
              <w:rPr>
                <w:b/>
                <w:color w:val="1F2933"/>
                <w:sz w:val="14"/>
              </w:rPr>
              <w:t>Other</w:t>
            </w:r>
          </w:p>
        </w:tc>
        <w:tc>
          <w:tcPr>
            <w:tcW w:w="3559" w:type="dxa"/>
            <w:tcMar>
              <w:top w:w="45" w:type="dxa"/>
              <w:left w:w="45" w:type="dxa"/>
              <w:bottom w:w="45" w:type="dxa"/>
              <w:right w:w="45" w:type="dxa"/>
            </w:tcMar>
            <w:vAlign w:val="center"/>
          </w:tcPr>
          <w:p w14:paraId="04181861" w14:textId="77777777" w:rsidR="00BB27C4" w:rsidRDefault="00BB27C4">
            <w:pPr>
              <w:spacing w:after="0"/>
              <w:jc w:val="center"/>
            </w:pPr>
          </w:p>
        </w:tc>
        <w:tc>
          <w:tcPr>
            <w:tcW w:w="2927" w:type="dxa"/>
            <w:tcMar>
              <w:top w:w="45" w:type="dxa"/>
              <w:left w:w="45" w:type="dxa"/>
              <w:bottom w:w="45" w:type="dxa"/>
              <w:right w:w="45" w:type="dxa"/>
            </w:tcMar>
            <w:vAlign w:val="center"/>
          </w:tcPr>
          <w:p w14:paraId="2B6BF1F2" w14:textId="77777777" w:rsidR="00BB27C4" w:rsidRDefault="00BB27C4">
            <w:pPr>
              <w:spacing w:after="0"/>
              <w:jc w:val="center"/>
            </w:pPr>
          </w:p>
        </w:tc>
        <w:tc>
          <w:tcPr>
            <w:tcW w:w="3285" w:type="dxa"/>
            <w:tcMar>
              <w:top w:w="45" w:type="dxa"/>
              <w:left w:w="45" w:type="dxa"/>
              <w:bottom w:w="45" w:type="dxa"/>
              <w:right w:w="45" w:type="dxa"/>
            </w:tcMar>
            <w:vAlign w:val="center"/>
          </w:tcPr>
          <w:p w14:paraId="672D9DEE" w14:textId="77777777" w:rsidR="00BB27C4" w:rsidRDefault="00BB27C4">
            <w:pPr>
              <w:spacing w:after="0"/>
              <w:jc w:val="center"/>
            </w:pPr>
          </w:p>
        </w:tc>
        <w:tc>
          <w:tcPr>
            <w:tcW w:w="2927" w:type="dxa"/>
            <w:tcMar>
              <w:top w:w="45" w:type="dxa"/>
              <w:left w:w="45" w:type="dxa"/>
              <w:bottom w:w="45" w:type="dxa"/>
              <w:right w:w="45" w:type="dxa"/>
            </w:tcMar>
            <w:vAlign w:val="center"/>
          </w:tcPr>
          <w:p w14:paraId="5C1099ED" w14:textId="77777777" w:rsidR="00BB27C4" w:rsidRDefault="00BB27C4">
            <w:pPr>
              <w:spacing w:after="0"/>
              <w:jc w:val="center"/>
            </w:pPr>
          </w:p>
        </w:tc>
      </w:tr>
    </w:tbl>
    <w:p w14:paraId="59EF99F9" w14:textId="77777777" w:rsidR="00BB27C4" w:rsidRDefault="00000000">
      <w:r>
        <w:br w:type="page"/>
      </w:r>
    </w:p>
    <w:p w14:paraId="57F2BB53" w14:textId="77777777" w:rsidR="00BB27C4" w:rsidRDefault="00000000">
      <w:pPr>
        <w:spacing w:after="40"/>
      </w:pPr>
      <w:r>
        <w:rPr>
          <w:rFonts w:ascii="Aptos Display" w:hAnsi="Aptos Display"/>
          <w:b/>
          <w:color w:val="102632"/>
          <w:sz w:val="36"/>
        </w:rPr>
        <w:lastRenderedPageBreak/>
        <w:t>CHECK-IN SAFETY &amp; KEYS</w:t>
      </w:r>
    </w:p>
    <w:p w14:paraId="16093F23" w14:textId="77777777" w:rsidR="00BB27C4" w:rsidRDefault="00000000">
      <w:pPr>
        <w:spacing w:after="80"/>
      </w:pPr>
      <w:r>
        <w:rPr>
          <w:color w:val="6B7280"/>
        </w:rPr>
        <w:t>Record items checked before handover.</w:t>
      </w: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4688"/>
      </w:tblGrid>
      <w:tr w:rsidR="00BB27C4" w14:paraId="4035BD57" w14:textId="77777777">
        <w:trPr>
          <w:jc w:val="center"/>
        </w:trPr>
        <w:tc>
          <w:tcPr>
            <w:tcW w:w="14688" w:type="dxa"/>
            <w:shd w:val="clear" w:color="auto" w:fill="F2EBDC"/>
            <w:tcMar>
              <w:top w:w="45" w:type="dxa"/>
              <w:left w:w="45" w:type="dxa"/>
              <w:bottom w:w="45" w:type="dxa"/>
              <w:right w:w="45" w:type="dxa"/>
            </w:tcMar>
            <w:vAlign w:val="center"/>
          </w:tcPr>
          <w:p w14:paraId="7BC7EF56" w14:textId="77777777" w:rsidR="00BB27C4" w:rsidRDefault="00000000">
            <w:pPr>
              <w:spacing w:after="0"/>
            </w:pPr>
            <w:r>
              <w:rPr>
                <w:b/>
                <w:color w:val="102632"/>
                <w:sz w:val="18"/>
              </w:rPr>
              <w:t>KEYS, SAFETY &amp; GENERAL CONDITION</w:t>
            </w:r>
          </w:p>
        </w:tc>
      </w:tr>
    </w:tbl>
    <w:p w14:paraId="68AD7943" w14:textId="77777777" w:rsidR="00BB27C4" w:rsidRDefault="00BB27C4">
      <w:pPr>
        <w:spacing w:after="20"/>
      </w:pPr>
    </w:p>
    <w:tbl>
      <w:tblPr>
        <w:tblW w:w="15629" w:type="dxa"/>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5181"/>
        <w:gridCol w:w="4733"/>
        <w:gridCol w:w="5715"/>
      </w:tblGrid>
      <w:tr w:rsidR="00BB27C4" w14:paraId="3FEE774E" w14:textId="77777777" w:rsidTr="00C01B1B">
        <w:trPr>
          <w:trHeight w:val="182"/>
          <w:jc w:val="center"/>
        </w:trPr>
        <w:tc>
          <w:tcPr>
            <w:tcW w:w="5181" w:type="dxa"/>
            <w:shd w:val="clear" w:color="auto" w:fill="102632"/>
            <w:tcMar>
              <w:top w:w="45" w:type="dxa"/>
              <w:left w:w="45" w:type="dxa"/>
              <w:bottom w:w="45" w:type="dxa"/>
              <w:right w:w="45" w:type="dxa"/>
            </w:tcMar>
            <w:vAlign w:val="center"/>
          </w:tcPr>
          <w:p w14:paraId="6211E431" w14:textId="77777777" w:rsidR="00BB27C4" w:rsidRDefault="00000000">
            <w:pPr>
              <w:spacing w:after="0"/>
              <w:jc w:val="center"/>
            </w:pPr>
            <w:r>
              <w:rPr>
                <w:b/>
                <w:color w:val="F2EBDC"/>
                <w:sz w:val="14"/>
              </w:rPr>
              <w:t>Item / Check</w:t>
            </w:r>
          </w:p>
        </w:tc>
        <w:tc>
          <w:tcPr>
            <w:tcW w:w="4733" w:type="dxa"/>
            <w:shd w:val="clear" w:color="auto" w:fill="102632"/>
            <w:tcMar>
              <w:top w:w="45" w:type="dxa"/>
              <w:left w:w="45" w:type="dxa"/>
              <w:bottom w:w="45" w:type="dxa"/>
              <w:right w:w="45" w:type="dxa"/>
            </w:tcMar>
            <w:vAlign w:val="center"/>
          </w:tcPr>
          <w:p w14:paraId="636C185F" w14:textId="77777777" w:rsidR="00BB27C4" w:rsidRDefault="00000000">
            <w:pPr>
              <w:spacing w:after="0"/>
              <w:jc w:val="center"/>
            </w:pPr>
            <w:r>
              <w:rPr>
                <w:b/>
                <w:color w:val="F2EBDC"/>
                <w:sz w:val="14"/>
              </w:rPr>
              <w:t>Status</w:t>
            </w:r>
          </w:p>
        </w:tc>
        <w:tc>
          <w:tcPr>
            <w:tcW w:w="5714" w:type="dxa"/>
            <w:shd w:val="clear" w:color="auto" w:fill="102632"/>
            <w:tcMar>
              <w:top w:w="45" w:type="dxa"/>
              <w:left w:w="45" w:type="dxa"/>
              <w:bottom w:w="45" w:type="dxa"/>
              <w:right w:w="45" w:type="dxa"/>
            </w:tcMar>
            <w:vAlign w:val="center"/>
          </w:tcPr>
          <w:p w14:paraId="44EFD5EB" w14:textId="77777777" w:rsidR="00BB27C4" w:rsidRDefault="00000000">
            <w:pPr>
              <w:spacing w:after="0"/>
              <w:jc w:val="center"/>
            </w:pPr>
            <w:r>
              <w:rPr>
                <w:b/>
                <w:color w:val="F2EBDC"/>
                <w:sz w:val="14"/>
              </w:rPr>
              <w:t>Notes / Details</w:t>
            </w:r>
          </w:p>
        </w:tc>
      </w:tr>
      <w:tr w:rsidR="00BB27C4" w14:paraId="766C7BDF" w14:textId="77777777" w:rsidTr="00C01B1B">
        <w:trPr>
          <w:trHeight w:val="211"/>
          <w:jc w:val="center"/>
        </w:trPr>
        <w:tc>
          <w:tcPr>
            <w:tcW w:w="5181" w:type="dxa"/>
            <w:tcMar>
              <w:top w:w="45" w:type="dxa"/>
              <w:left w:w="45" w:type="dxa"/>
              <w:bottom w:w="45" w:type="dxa"/>
              <w:right w:w="45" w:type="dxa"/>
            </w:tcMar>
            <w:vAlign w:val="center"/>
          </w:tcPr>
          <w:p w14:paraId="3A63CA7F" w14:textId="77777777" w:rsidR="00BB27C4" w:rsidRDefault="00000000">
            <w:pPr>
              <w:spacing w:after="0"/>
            </w:pPr>
            <w:r>
              <w:rPr>
                <w:b/>
                <w:color w:val="1F2933"/>
                <w:sz w:val="14"/>
              </w:rPr>
              <w:t>Front door key(s)</w:t>
            </w:r>
          </w:p>
        </w:tc>
        <w:tc>
          <w:tcPr>
            <w:tcW w:w="4733" w:type="dxa"/>
            <w:tcMar>
              <w:top w:w="45" w:type="dxa"/>
              <w:left w:w="45" w:type="dxa"/>
              <w:bottom w:w="45" w:type="dxa"/>
              <w:right w:w="45" w:type="dxa"/>
            </w:tcMar>
            <w:vAlign w:val="center"/>
          </w:tcPr>
          <w:p w14:paraId="215C37D7" w14:textId="77777777" w:rsidR="00BB27C4" w:rsidRDefault="00000000">
            <w:pPr>
              <w:spacing w:after="0"/>
              <w:jc w:val="center"/>
            </w:pPr>
            <w:r>
              <w:rPr>
                <w:color w:val="1F2933"/>
                <w:sz w:val="14"/>
              </w:rPr>
              <w:t>[ ] OK  [ ] N/A</w:t>
            </w:r>
          </w:p>
        </w:tc>
        <w:tc>
          <w:tcPr>
            <w:tcW w:w="5714" w:type="dxa"/>
            <w:tcMar>
              <w:top w:w="45" w:type="dxa"/>
              <w:left w:w="45" w:type="dxa"/>
              <w:bottom w:w="45" w:type="dxa"/>
              <w:right w:w="45" w:type="dxa"/>
            </w:tcMar>
            <w:vAlign w:val="center"/>
          </w:tcPr>
          <w:p w14:paraId="69D6F471" w14:textId="77777777" w:rsidR="00BB27C4" w:rsidRDefault="00BB27C4">
            <w:pPr>
              <w:spacing w:after="0"/>
              <w:jc w:val="center"/>
            </w:pPr>
          </w:p>
        </w:tc>
      </w:tr>
      <w:tr w:rsidR="00BB27C4" w14:paraId="675E066B" w14:textId="77777777" w:rsidTr="00C01B1B">
        <w:trPr>
          <w:trHeight w:val="202"/>
          <w:jc w:val="center"/>
        </w:trPr>
        <w:tc>
          <w:tcPr>
            <w:tcW w:w="5181" w:type="dxa"/>
            <w:tcMar>
              <w:top w:w="45" w:type="dxa"/>
              <w:left w:w="45" w:type="dxa"/>
              <w:bottom w:w="45" w:type="dxa"/>
              <w:right w:w="45" w:type="dxa"/>
            </w:tcMar>
            <w:vAlign w:val="center"/>
          </w:tcPr>
          <w:p w14:paraId="3AD91EA3" w14:textId="77777777" w:rsidR="00BB27C4" w:rsidRDefault="00000000">
            <w:pPr>
              <w:spacing w:after="0"/>
            </w:pPr>
            <w:r>
              <w:rPr>
                <w:b/>
                <w:color w:val="1F2933"/>
                <w:sz w:val="14"/>
              </w:rPr>
              <w:t>Back / patio key(s)</w:t>
            </w:r>
          </w:p>
        </w:tc>
        <w:tc>
          <w:tcPr>
            <w:tcW w:w="4733" w:type="dxa"/>
            <w:tcMar>
              <w:top w:w="45" w:type="dxa"/>
              <w:left w:w="45" w:type="dxa"/>
              <w:bottom w:w="45" w:type="dxa"/>
              <w:right w:w="45" w:type="dxa"/>
            </w:tcMar>
            <w:vAlign w:val="center"/>
          </w:tcPr>
          <w:p w14:paraId="36791A2C" w14:textId="77777777" w:rsidR="00BB27C4" w:rsidRDefault="00000000">
            <w:pPr>
              <w:spacing w:after="0"/>
              <w:jc w:val="center"/>
            </w:pPr>
            <w:r>
              <w:rPr>
                <w:color w:val="1F2933"/>
                <w:sz w:val="14"/>
              </w:rPr>
              <w:t>[ ] OK  [ ] N/A</w:t>
            </w:r>
          </w:p>
        </w:tc>
        <w:tc>
          <w:tcPr>
            <w:tcW w:w="5714" w:type="dxa"/>
            <w:tcMar>
              <w:top w:w="45" w:type="dxa"/>
              <w:left w:w="45" w:type="dxa"/>
              <w:bottom w:w="45" w:type="dxa"/>
              <w:right w:w="45" w:type="dxa"/>
            </w:tcMar>
            <w:vAlign w:val="center"/>
          </w:tcPr>
          <w:p w14:paraId="5EEDE459" w14:textId="77777777" w:rsidR="00BB27C4" w:rsidRDefault="00BB27C4">
            <w:pPr>
              <w:spacing w:after="0"/>
              <w:jc w:val="center"/>
            </w:pPr>
          </w:p>
        </w:tc>
      </w:tr>
      <w:tr w:rsidR="00BB27C4" w14:paraId="5A1CA7B0" w14:textId="77777777" w:rsidTr="00C01B1B">
        <w:trPr>
          <w:trHeight w:val="211"/>
          <w:jc w:val="center"/>
        </w:trPr>
        <w:tc>
          <w:tcPr>
            <w:tcW w:w="5181" w:type="dxa"/>
            <w:tcMar>
              <w:top w:w="45" w:type="dxa"/>
              <w:left w:w="45" w:type="dxa"/>
              <w:bottom w:w="45" w:type="dxa"/>
              <w:right w:w="45" w:type="dxa"/>
            </w:tcMar>
            <w:vAlign w:val="center"/>
          </w:tcPr>
          <w:p w14:paraId="1D2919C7" w14:textId="77777777" w:rsidR="00BB27C4" w:rsidRDefault="00000000">
            <w:pPr>
              <w:spacing w:after="0"/>
            </w:pPr>
            <w:r>
              <w:rPr>
                <w:b/>
                <w:color w:val="1F2933"/>
                <w:sz w:val="14"/>
              </w:rPr>
              <w:t>Window keys / fobs</w:t>
            </w:r>
          </w:p>
        </w:tc>
        <w:tc>
          <w:tcPr>
            <w:tcW w:w="4733" w:type="dxa"/>
            <w:tcMar>
              <w:top w:w="45" w:type="dxa"/>
              <w:left w:w="45" w:type="dxa"/>
              <w:bottom w:w="45" w:type="dxa"/>
              <w:right w:w="45" w:type="dxa"/>
            </w:tcMar>
            <w:vAlign w:val="center"/>
          </w:tcPr>
          <w:p w14:paraId="4CCEB824" w14:textId="77777777" w:rsidR="00BB27C4" w:rsidRDefault="00000000">
            <w:pPr>
              <w:spacing w:after="0"/>
              <w:jc w:val="center"/>
            </w:pPr>
            <w:r>
              <w:rPr>
                <w:color w:val="1F2933"/>
                <w:sz w:val="14"/>
              </w:rPr>
              <w:t>[ ] OK  [ ] N/A</w:t>
            </w:r>
          </w:p>
        </w:tc>
        <w:tc>
          <w:tcPr>
            <w:tcW w:w="5714" w:type="dxa"/>
            <w:tcMar>
              <w:top w:w="45" w:type="dxa"/>
              <w:left w:w="45" w:type="dxa"/>
              <w:bottom w:w="45" w:type="dxa"/>
              <w:right w:w="45" w:type="dxa"/>
            </w:tcMar>
            <w:vAlign w:val="center"/>
          </w:tcPr>
          <w:p w14:paraId="317B168B" w14:textId="77777777" w:rsidR="00BB27C4" w:rsidRDefault="00BB27C4">
            <w:pPr>
              <w:spacing w:after="0"/>
              <w:jc w:val="center"/>
            </w:pPr>
          </w:p>
        </w:tc>
      </w:tr>
      <w:tr w:rsidR="00BB27C4" w14:paraId="65DF7207" w14:textId="77777777" w:rsidTr="00C01B1B">
        <w:trPr>
          <w:trHeight w:val="211"/>
          <w:jc w:val="center"/>
        </w:trPr>
        <w:tc>
          <w:tcPr>
            <w:tcW w:w="5181" w:type="dxa"/>
            <w:tcMar>
              <w:top w:w="45" w:type="dxa"/>
              <w:left w:w="45" w:type="dxa"/>
              <w:bottom w:w="45" w:type="dxa"/>
              <w:right w:w="45" w:type="dxa"/>
            </w:tcMar>
            <w:vAlign w:val="center"/>
          </w:tcPr>
          <w:p w14:paraId="1859F8EF" w14:textId="77777777" w:rsidR="00BB27C4" w:rsidRDefault="00000000">
            <w:pPr>
              <w:spacing w:after="0"/>
            </w:pPr>
            <w:r>
              <w:rPr>
                <w:b/>
                <w:color w:val="1F2933"/>
                <w:sz w:val="14"/>
              </w:rPr>
              <w:t>Smoke alarm(s)</w:t>
            </w:r>
          </w:p>
        </w:tc>
        <w:tc>
          <w:tcPr>
            <w:tcW w:w="4733" w:type="dxa"/>
            <w:tcMar>
              <w:top w:w="45" w:type="dxa"/>
              <w:left w:w="45" w:type="dxa"/>
              <w:bottom w:w="45" w:type="dxa"/>
              <w:right w:w="45" w:type="dxa"/>
            </w:tcMar>
            <w:vAlign w:val="center"/>
          </w:tcPr>
          <w:p w14:paraId="4EAFB52D" w14:textId="77777777" w:rsidR="00BB27C4" w:rsidRDefault="00000000">
            <w:pPr>
              <w:spacing w:after="0"/>
              <w:jc w:val="center"/>
            </w:pPr>
            <w:r>
              <w:rPr>
                <w:color w:val="1F2933"/>
                <w:sz w:val="14"/>
              </w:rPr>
              <w:t>[ ] Tested  [ ] N/A</w:t>
            </w:r>
          </w:p>
        </w:tc>
        <w:tc>
          <w:tcPr>
            <w:tcW w:w="5714" w:type="dxa"/>
            <w:tcMar>
              <w:top w:w="45" w:type="dxa"/>
              <w:left w:w="45" w:type="dxa"/>
              <w:bottom w:w="45" w:type="dxa"/>
              <w:right w:w="45" w:type="dxa"/>
            </w:tcMar>
            <w:vAlign w:val="center"/>
          </w:tcPr>
          <w:p w14:paraId="45C65CB5" w14:textId="77777777" w:rsidR="00BB27C4" w:rsidRDefault="00BB27C4">
            <w:pPr>
              <w:spacing w:after="0"/>
              <w:jc w:val="center"/>
            </w:pPr>
          </w:p>
        </w:tc>
      </w:tr>
      <w:tr w:rsidR="00BB27C4" w14:paraId="38E20F0C" w14:textId="77777777" w:rsidTr="00C01B1B">
        <w:trPr>
          <w:trHeight w:val="202"/>
          <w:jc w:val="center"/>
        </w:trPr>
        <w:tc>
          <w:tcPr>
            <w:tcW w:w="5181" w:type="dxa"/>
            <w:tcMar>
              <w:top w:w="45" w:type="dxa"/>
              <w:left w:w="45" w:type="dxa"/>
              <w:bottom w:w="45" w:type="dxa"/>
              <w:right w:w="45" w:type="dxa"/>
            </w:tcMar>
            <w:vAlign w:val="center"/>
          </w:tcPr>
          <w:p w14:paraId="4826746C" w14:textId="77777777" w:rsidR="00BB27C4" w:rsidRDefault="00000000">
            <w:pPr>
              <w:spacing w:after="0"/>
            </w:pPr>
            <w:r>
              <w:rPr>
                <w:b/>
                <w:color w:val="1F2933"/>
                <w:sz w:val="14"/>
              </w:rPr>
              <w:t>CO alarm(s)</w:t>
            </w:r>
          </w:p>
        </w:tc>
        <w:tc>
          <w:tcPr>
            <w:tcW w:w="4733" w:type="dxa"/>
            <w:tcMar>
              <w:top w:w="45" w:type="dxa"/>
              <w:left w:w="45" w:type="dxa"/>
              <w:bottom w:w="45" w:type="dxa"/>
              <w:right w:w="45" w:type="dxa"/>
            </w:tcMar>
            <w:vAlign w:val="center"/>
          </w:tcPr>
          <w:p w14:paraId="064D3312" w14:textId="77777777" w:rsidR="00BB27C4" w:rsidRDefault="00000000">
            <w:pPr>
              <w:spacing w:after="0"/>
              <w:jc w:val="center"/>
            </w:pPr>
            <w:r>
              <w:rPr>
                <w:color w:val="1F2933"/>
                <w:sz w:val="14"/>
              </w:rPr>
              <w:t>[ ] Tested  [ ] N/A</w:t>
            </w:r>
          </w:p>
        </w:tc>
        <w:tc>
          <w:tcPr>
            <w:tcW w:w="5714" w:type="dxa"/>
            <w:tcMar>
              <w:top w:w="45" w:type="dxa"/>
              <w:left w:w="45" w:type="dxa"/>
              <w:bottom w:w="45" w:type="dxa"/>
              <w:right w:w="45" w:type="dxa"/>
            </w:tcMar>
            <w:vAlign w:val="center"/>
          </w:tcPr>
          <w:p w14:paraId="5AACF93A" w14:textId="77777777" w:rsidR="00BB27C4" w:rsidRDefault="00BB27C4">
            <w:pPr>
              <w:spacing w:after="0"/>
              <w:jc w:val="center"/>
            </w:pPr>
          </w:p>
        </w:tc>
      </w:tr>
      <w:tr w:rsidR="00BB27C4" w14:paraId="0356EB76" w14:textId="77777777" w:rsidTr="00C01B1B">
        <w:trPr>
          <w:trHeight w:val="211"/>
          <w:jc w:val="center"/>
        </w:trPr>
        <w:tc>
          <w:tcPr>
            <w:tcW w:w="5181" w:type="dxa"/>
            <w:tcMar>
              <w:top w:w="45" w:type="dxa"/>
              <w:left w:w="45" w:type="dxa"/>
              <w:bottom w:w="45" w:type="dxa"/>
              <w:right w:w="45" w:type="dxa"/>
            </w:tcMar>
            <w:vAlign w:val="center"/>
          </w:tcPr>
          <w:p w14:paraId="53680531" w14:textId="77777777" w:rsidR="00BB27C4" w:rsidRDefault="00000000">
            <w:pPr>
              <w:spacing w:after="0"/>
            </w:pPr>
            <w:r>
              <w:rPr>
                <w:b/>
                <w:color w:val="1F2933"/>
                <w:sz w:val="14"/>
              </w:rPr>
              <w:t>Heating / hot water</w:t>
            </w:r>
          </w:p>
        </w:tc>
        <w:tc>
          <w:tcPr>
            <w:tcW w:w="4733" w:type="dxa"/>
            <w:tcMar>
              <w:top w:w="45" w:type="dxa"/>
              <w:left w:w="45" w:type="dxa"/>
              <w:bottom w:w="45" w:type="dxa"/>
              <w:right w:w="45" w:type="dxa"/>
            </w:tcMar>
            <w:vAlign w:val="center"/>
          </w:tcPr>
          <w:p w14:paraId="589C0DBA" w14:textId="77777777" w:rsidR="00BB27C4" w:rsidRDefault="00000000">
            <w:pPr>
              <w:spacing w:after="0"/>
              <w:jc w:val="center"/>
            </w:pPr>
            <w:r>
              <w:rPr>
                <w:color w:val="1F2933"/>
                <w:sz w:val="14"/>
              </w:rPr>
              <w:t>[ ] Checked</w:t>
            </w:r>
          </w:p>
        </w:tc>
        <w:tc>
          <w:tcPr>
            <w:tcW w:w="5714" w:type="dxa"/>
            <w:tcMar>
              <w:top w:w="45" w:type="dxa"/>
              <w:left w:w="45" w:type="dxa"/>
              <w:bottom w:w="45" w:type="dxa"/>
              <w:right w:w="45" w:type="dxa"/>
            </w:tcMar>
            <w:vAlign w:val="center"/>
          </w:tcPr>
          <w:p w14:paraId="75C78C1B" w14:textId="77777777" w:rsidR="00BB27C4" w:rsidRDefault="00BB27C4">
            <w:pPr>
              <w:spacing w:after="0"/>
              <w:jc w:val="center"/>
            </w:pPr>
          </w:p>
        </w:tc>
      </w:tr>
      <w:tr w:rsidR="00BB27C4" w14:paraId="4FB3F153" w14:textId="77777777" w:rsidTr="00C01B1B">
        <w:trPr>
          <w:trHeight w:val="202"/>
          <w:jc w:val="center"/>
        </w:trPr>
        <w:tc>
          <w:tcPr>
            <w:tcW w:w="5181" w:type="dxa"/>
            <w:tcMar>
              <w:top w:w="45" w:type="dxa"/>
              <w:left w:w="45" w:type="dxa"/>
              <w:bottom w:w="45" w:type="dxa"/>
              <w:right w:w="45" w:type="dxa"/>
            </w:tcMar>
            <w:vAlign w:val="center"/>
          </w:tcPr>
          <w:p w14:paraId="3893C6E3" w14:textId="77777777" w:rsidR="00BB27C4" w:rsidRDefault="00000000">
            <w:pPr>
              <w:spacing w:after="0"/>
            </w:pPr>
            <w:r>
              <w:rPr>
                <w:b/>
                <w:color w:val="1F2933"/>
                <w:sz w:val="14"/>
              </w:rPr>
              <w:t>Windows / locks secure</w:t>
            </w:r>
          </w:p>
        </w:tc>
        <w:tc>
          <w:tcPr>
            <w:tcW w:w="4733" w:type="dxa"/>
            <w:tcMar>
              <w:top w:w="45" w:type="dxa"/>
              <w:left w:w="45" w:type="dxa"/>
              <w:bottom w:w="45" w:type="dxa"/>
              <w:right w:w="45" w:type="dxa"/>
            </w:tcMar>
            <w:vAlign w:val="center"/>
          </w:tcPr>
          <w:p w14:paraId="1841D513" w14:textId="77777777" w:rsidR="00BB27C4" w:rsidRDefault="00000000">
            <w:pPr>
              <w:spacing w:after="0"/>
              <w:jc w:val="center"/>
            </w:pPr>
            <w:r>
              <w:rPr>
                <w:color w:val="1F2933"/>
                <w:sz w:val="14"/>
              </w:rPr>
              <w:t>[ ] Checked</w:t>
            </w:r>
          </w:p>
        </w:tc>
        <w:tc>
          <w:tcPr>
            <w:tcW w:w="5714" w:type="dxa"/>
            <w:tcMar>
              <w:top w:w="45" w:type="dxa"/>
              <w:left w:w="45" w:type="dxa"/>
              <w:bottom w:w="45" w:type="dxa"/>
              <w:right w:w="45" w:type="dxa"/>
            </w:tcMar>
            <w:vAlign w:val="center"/>
          </w:tcPr>
          <w:p w14:paraId="3097EEE1" w14:textId="77777777" w:rsidR="00BB27C4" w:rsidRDefault="00BB27C4">
            <w:pPr>
              <w:spacing w:after="0"/>
              <w:jc w:val="center"/>
            </w:pPr>
          </w:p>
        </w:tc>
      </w:tr>
      <w:tr w:rsidR="00BB27C4" w14:paraId="0D412E03" w14:textId="77777777" w:rsidTr="00C01B1B">
        <w:trPr>
          <w:trHeight w:val="211"/>
          <w:jc w:val="center"/>
        </w:trPr>
        <w:tc>
          <w:tcPr>
            <w:tcW w:w="5181" w:type="dxa"/>
            <w:tcMar>
              <w:top w:w="45" w:type="dxa"/>
              <w:left w:w="45" w:type="dxa"/>
              <w:bottom w:w="45" w:type="dxa"/>
              <w:right w:w="45" w:type="dxa"/>
            </w:tcMar>
            <w:vAlign w:val="center"/>
          </w:tcPr>
          <w:p w14:paraId="453DD0D9" w14:textId="77777777" w:rsidR="00BB27C4" w:rsidRDefault="00000000">
            <w:pPr>
              <w:spacing w:after="0"/>
            </w:pPr>
            <w:r>
              <w:rPr>
                <w:b/>
                <w:color w:val="1F2933"/>
                <w:sz w:val="14"/>
              </w:rPr>
              <w:t>Damp / mould visible</w:t>
            </w:r>
          </w:p>
        </w:tc>
        <w:tc>
          <w:tcPr>
            <w:tcW w:w="4733" w:type="dxa"/>
            <w:tcMar>
              <w:top w:w="45" w:type="dxa"/>
              <w:left w:w="45" w:type="dxa"/>
              <w:bottom w:w="45" w:type="dxa"/>
              <w:right w:w="45" w:type="dxa"/>
            </w:tcMar>
            <w:vAlign w:val="center"/>
          </w:tcPr>
          <w:p w14:paraId="6F81EA8C" w14:textId="77777777" w:rsidR="00BB27C4" w:rsidRDefault="00000000">
            <w:pPr>
              <w:spacing w:after="0"/>
              <w:jc w:val="center"/>
            </w:pPr>
            <w:r>
              <w:rPr>
                <w:color w:val="1F2933"/>
                <w:sz w:val="14"/>
              </w:rPr>
              <w:t>[ ] No  [ ] Yes</w:t>
            </w:r>
          </w:p>
        </w:tc>
        <w:tc>
          <w:tcPr>
            <w:tcW w:w="5714" w:type="dxa"/>
            <w:tcMar>
              <w:top w:w="45" w:type="dxa"/>
              <w:left w:w="45" w:type="dxa"/>
              <w:bottom w:w="45" w:type="dxa"/>
              <w:right w:w="45" w:type="dxa"/>
            </w:tcMar>
            <w:vAlign w:val="center"/>
          </w:tcPr>
          <w:p w14:paraId="660FF544" w14:textId="77777777" w:rsidR="00BB27C4" w:rsidRDefault="00BB27C4">
            <w:pPr>
              <w:spacing w:after="0"/>
              <w:jc w:val="center"/>
            </w:pPr>
          </w:p>
        </w:tc>
      </w:tr>
      <w:tr w:rsidR="00BB27C4" w14:paraId="45F6A5EB" w14:textId="77777777" w:rsidTr="00C01B1B">
        <w:trPr>
          <w:trHeight w:val="211"/>
          <w:jc w:val="center"/>
        </w:trPr>
        <w:tc>
          <w:tcPr>
            <w:tcW w:w="5181" w:type="dxa"/>
            <w:tcMar>
              <w:top w:w="45" w:type="dxa"/>
              <w:left w:w="45" w:type="dxa"/>
              <w:bottom w:w="45" w:type="dxa"/>
              <w:right w:w="45" w:type="dxa"/>
            </w:tcMar>
            <w:vAlign w:val="center"/>
          </w:tcPr>
          <w:p w14:paraId="188EE9AE" w14:textId="77777777" w:rsidR="00BB27C4" w:rsidRDefault="00000000">
            <w:pPr>
              <w:spacing w:after="0"/>
            </w:pPr>
            <w:r>
              <w:rPr>
                <w:b/>
                <w:color w:val="1F2933"/>
                <w:sz w:val="14"/>
              </w:rPr>
              <w:t>Property generally clean</w:t>
            </w:r>
          </w:p>
        </w:tc>
        <w:tc>
          <w:tcPr>
            <w:tcW w:w="4733" w:type="dxa"/>
            <w:tcMar>
              <w:top w:w="45" w:type="dxa"/>
              <w:left w:w="45" w:type="dxa"/>
              <w:bottom w:w="45" w:type="dxa"/>
              <w:right w:w="45" w:type="dxa"/>
            </w:tcMar>
            <w:vAlign w:val="center"/>
          </w:tcPr>
          <w:p w14:paraId="3DA781B7" w14:textId="77777777" w:rsidR="00BB27C4" w:rsidRDefault="00000000">
            <w:pPr>
              <w:spacing w:after="0"/>
              <w:jc w:val="center"/>
            </w:pPr>
            <w:r>
              <w:rPr>
                <w:color w:val="1F2933"/>
                <w:sz w:val="14"/>
              </w:rPr>
              <w:t>[ ] Yes  [ ] No</w:t>
            </w:r>
          </w:p>
        </w:tc>
        <w:tc>
          <w:tcPr>
            <w:tcW w:w="5714" w:type="dxa"/>
            <w:tcMar>
              <w:top w:w="45" w:type="dxa"/>
              <w:left w:w="45" w:type="dxa"/>
              <w:bottom w:w="45" w:type="dxa"/>
              <w:right w:w="45" w:type="dxa"/>
            </w:tcMar>
            <w:vAlign w:val="center"/>
          </w:tcPr>
          <w:p w14:paraId="5E282A96" w14:textId="77777777" w:rsidR="00BB27C4" w:rsidRDefault="00BB27C4">
            <w:pPr>
              <w:spacing w:after="0"/>
              <w:jc w:val="center"/>
            </w:pPr>
          </w:p>
        </w:tc>
      </w:tr>
      <w:tr w:rsidR="00BB27C4" w14:paraId="44F039D8" w14:textId="77777777" w:rsidTr="00C01B1B">
        <w:trPr>
          <w:trHeight w:val="202"/>
          <w:jc w:val="center"/>
        </w:trPr>
        <w:tc>
          <w:tcPr>
            <w:tcW w:w="5181" w:type="dxa"/>
            <w:tcMar>
              <w:top w:w="45" w:type="dxa"/>
              <w:left w:w="45" w:type="dxa"/>
              <w:bottom w:w="45" w:type="dxa"/>
              <w:right w:w="45" w:type="dxa"/>
            </w:tcMar>
            <w:vAlign w:val="center"/>
          </w:tcPr>
          <w:p w14:paraId="2247F1A7" w14:textId="77777777" w:rsidR="00BB27C4" w:rsidRDefault="00000000">
            <w:pPr>
              <w:spacing w:after="0"/>
            </w:pPr>
            <w:r>
              <w:rPr>
                <w:b/>
                <w:color w:val="1F2933"/>
                <w:sz w:val="14"/>
              </w:rPr>
              <w:t>Appliances appear safe / operational</w:t>
            </w:r>
          </w:p>
        </w:tc>
        <w:tc>
          <w:tcPr>
            <w:tcW w:w="4733" w:type="dxa"/>
            <w:tcMar>
              <w:top w:w="45" w:type="dxa"/>
              <w:left w:w="45" w:type="dxa"/>
              <w:bottom w:w="45" w:type="dxa"/>
              <w:right w:w="45" w:type="dxa"/>
            </w:tcMar>
            <w:vAlign w:val="center"/>
          </w:tcPr>
          <w:p w14:paraId="3D0E5FDF" w14:textId="77777777" w:rsidR="00BB27C4" w:rsidRDefault="00000000">
            <w:pPr>
              <w:spacing w:after="0"/>
              <w:jc w:val="center"/>
            </w:pPr>
            <w:r>
              <w:rPr>
                <w:color w:val="1F2933"/>
                <w:sz w:val="14"/>
              </w:rPr>
              <w:t>[ ] Checked</w:t>
            </w:r>
          </w:p>
        </w:tc>
        <w:tc>
          <w:tcPr>
            <w:tcW w:w="5714" w:type="dxa"/>
            <w:tcMar>
              <w:top w:w="45" w:type="dxa"/>
              <w:left w:w="45" w:type="dxa"/>
              <w:bottom w:w="45" w:type="dxa"/>
              <w:right w:w="45" w:type="dxa"/>
            </w:tcMar>
            <w:vAlign w:val="center"/>
          </w:tcPr>
          <w:p w14:paraId="6B80BD6F" w14:textId="77777777" w:rsidR="00BB27C4" w:rsidRDefault="00BB27C4">
            <w:pPr>
              <w:spacing w:after="0"/>
              <w:jc w:val="center"/>
            </w:pPr>
          </w:p>
        </w:tc>
      </w:tr>
      <w:tr w:rsidR="00BB27C4" w14:paraId="3214C68C" w14:textId="77777777" w:rsidTr="00C01B1B">
        <w:trPr>
          <w:trHeight w:val="240"/>
          <w:jc w:val="center"/>
        </w:trPr>
        <w:tc>
          <w:tcPr>
            <w:tcW w:w="15629" w:type="dxa"/>
            <w:gridSpan w:val="3"/>
            <w:shd w:val="clear" w:color="auto" w:fill="F2EBDC"/>
            <w:tcMar>
              <w:top w:w="45" w:type="dxa"/>
              <w:left w:w="45" w:type="dxa"/>
              <w:bottom w:w="45" w:type="dxa"/>
              <w:right w:w="45" w:type="dxa"/>
            </w:tcMar>
            <w:vAlign w:val="center"/>
          </w:tcPr>
          <w:p w14:paraId="4EE7EA4F" w14:textId="77777777" w:rsidR="00BB27C4" w:rsidRDefault="00000000">
            <w:pPr>
              <w:spacing w:after="0"/>
            </w:pPr>
            <w:r>
              <w:rPr>
                <w:b/>
                <w:color w:val="102632"/>
                <w:sz w:val="18"/>
              </w:rPr>
              <w:t>CONDITION RATING GUIDE</w:t>
            </w:r>
          </w:p>
        </w:tc>
      </w:tr>
    </w:tbl>
    <w:p w14:paraId="6211A746" w14:textId="77777777" w:rsidR="00BB27C4" w:rsidRDefault="00BB27C4">
      <w:pPr>
        <w:spacing w:after="20"/>
      </w:pPr>
    </w:p>
    <w:tbl>
      <w:tblPr>
        <w:tblW w:w="16064" w:type="dxa"/>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6113"/>
        <w:gridCol w:w="9951"/>
      </w:tblGrid>
      <w:tr w:rsidR="00BB27C4" w14:paraId="471036E2" w14:textId="77777777" w:rsidTr="00C01B1B">
        <w:trPr>
          <w:trHeight w:val="206"/>
          <w:jc w:val="center"/>
        </w:trPr>
        <w:tc>
          <w:tcPr>
            <w:tcW w:w="6113" w:type="dxa"/>
            <w:shd w:val="clear" w:color="auto" w:fill="102632"/>
            <w:tcMar>
              <w:top w:w="45" w:type="dxa"/>
              <w:left w:w="45" w:type="dxa"/>
              <w:bottom w:w="45" w:type="dxa"/>
              <w:right w:w="45" w:type="dxa"/>
            </w:tcMar>
            <w:vAlign w:val="center"/>
          </w:tcPr>
          <w:p w14:paraId="5A4B0E08" w14:textId="77777777" w:rsidR="00BB27C4" w:rsidRDefault="00000000">
            <w:pPr>
              <w:spacing w:after="0"/>
              <w:jc w:val="center"/>
            </w:pPr>
            <w:r>
              <w:rPr>
                <w:b/>
                <w:color w:val="F2EBDC"/>
                <w:sz w:val="14"/>
              </w:rPr>
              <w:t>Rating</w:t>
            </w:r>
          </w:p>
        </w:tc>
        <w:tc>
          <w:tcPr>
            <w:tcW w:w="9951" w:type="dxa"/>
            <w:shd w:val="clear" w:color="auto" w:fill="102632"/>
            <w:tcMar>
              <w:top w:w="45" w:type="dxa"/>
              <w:left w:w="45" w:type="dxa"/>
              <w:bottom w:w="45" w:type="dxa"/>
              <w:right w:w="45" w:type="dxa"/>
            </w:tcMar>
            <w:vAlign w:val="center"/>
          </w:tcPr>
          <w:p w14:paraId="0C662E70" w14:textId="77777777" w:rsidR="00BB27C4" w:rsidRDefault="00000000">
            <w:pPr>
              <w:spacing w:after="0"/>
              <w:jc w:val="center"/>
            </w:pPr>
            <w:r>
              <w:rPr>
                <w:b/>
                <w:color w:val="F2EBDC"/>
                <w:sz w:val="14"/>
              </w:rPr>
              <w:t>Meaning</w:t>
            </w:r>
          </w:p>
        </w:tc>
      </w:tr>
      <w:tr w:rsidR="00BB27C4" w14:paraId="0114C333" w14:textId="77777777" w:rsidTr="00C01B1B">
        <w:trPr>
          <w:trHeight w:val="206"/>
          <w:jc w:val="center"/>
        </w:trPr>
        <w:tc>
          <w:tcPr>
            <w:tcW w:w="6113" w:type="dxa"/>
            <w:tcMar>
              <w:top w:w="45" w:type="dxa"/>
              <w:left w:w="45" w:type="dxa"/>
              <w:bottom w:w="45" w:type="dxa"/>
              <w:right w:w="45" w:type="dxa"/>
            </w:tcMar>
            <w:vAlign w:val="center"/>
          </w:tcPr>
          <w:p w14:paraId="54165EC8" w14:textId="77777777" w:rsidR="00BB27C4" w:rsidRDefault="00000000">
            <w:pPr>
              <w:spacing w:after="0"/>
            </w:pPr>
            <w:r>
              <w:rPr>
                <w:b/>
                <w:color w:val="1F2933"/>
                <w:sz w:val="14"/>
              </w:rPr>
              <w:t>Excellent</w:t>
            </w:r>
          </w:p>
        </w:tc>
        <w:tc>
          <w:tcPr>
            <w:tcW w:w="9951" w:type="dxa"/>
            <w:tcMar>
              <w:top w:w="45" w:type="dxa"/>
              <w:left w:w="45" w:type="dxa"/>
              <w:bottom w:w="45" w:type="dxa"/>
              <w:right w:w="45" w:type="dxa"/>
            </w:tcMar>
            <w:vAlign w:val="center"/>
          </w:tcPr>
          <w:p w14:paraId="793F00F6" w14:textId="77777777" w:rsidR="00BB27C4" w:rsidRDefault="00000000">
            <w:pPr>
              <w:spacing w:after="0"/>
              <w:jc w:val="center"/>
            </w:pPr>
            <w:r>
              <w:rPr>
                <w:color w:val="1F2933"/>
                <w:sz w:val="14"/>
              </w:rPr>
              <w:t>Very good condition with little or no visible wear.</w:t>
            </w:r>
          </w:p>
        </w:tc>
      </w:tr>
      <w:tr w:rsidR="00BB27C4" w14:paraId="055DCD79" w14:textId="77777777" w:rsidTr="00C01B1B">
        <w:trPr>
          <w:trHeight w:val="206"/>
          <w:jc w:val="center"/>
        </w:trPr>
        <w:tc>
          <w:tcPr>
            <w:tcW w:w="6113" w:type="dxa"/>
            <w:tcMar>
              <w:top w:w="45" w:type="dxa"/>
              <w:left w:w="45" w:type="dxa"/>
              <w:bottom w:w="45" w:type="dxa"/>
              <w:right w:w="45" w:type="dxa"/>
            </w:tcMar>
            <w:vAlign w:val="center"/>
          </w:tcPr>
          <w:p w14:paraId="14912950" w14:textId="77777777" w:rsidR="00BB27C4" w:rsidRDefault="00000000">
            <w:pPr>
              <w:spacing w:after="0"/>
            </w:pPr>
            <w:r>
              <w:rPr>
                <w:b/>
                <w:color w:val="1F2933"/>
                <w:sz w:val="14"/>
              </w:rPr>
              <w:t>Good</w:t>
            </w:r>
          </w:p>
        </w:tc>
        <w:tc>
          <w:tcPr>
            <w:tcW w:w="9951" w:type="dxa"/>
            <w:tcMar>
              <w:top w:w="45" w:type="dxa"/>
              <w:left w:w="45" w:type="dxa"/>
              <w:bottom w:w="45" w:type="dxa"/>
              <w:right w:w="45" w:type="dxa"/>
            </w:tcMar>
            <w:vAlign w:val="center"/>
          </w:tcPr>
          <w:p w14:paraId="1FEA94DE" w14:textId="77777777" w:rsidR="00BB27C4" w:rsidRDefault="00000000">
            <w:pPr>
              <w:spacing w:after="0"/>
              <w:jc w:val="center"/>
            </w:pPr>
            <w:r>
              <w:rPr>
                <w:color w:val="1F2933"/>
                <w:sz w:val="14"/>
              </w:rPr>
              <w:t>Good condition with minor signs of normal use.</w:t>
            </w:r>
          </w:p>
        </w:tc>
      </w:tr>
      <w:tr w:rsidR="00BB27C4" w14:paraId="75DD6F46" w14:textId="77777777" w:rsidTr="00C01B1B">
        <w:trPr>
          <w:trHeight w:val="195"/>
          <w:jc w:val="center"/>
        </w:trPr>
        <w:tc>
          <w:tcPr>
            <w:tcW w:w="6113" w:type="dxa"/>
            <w:tcMar>
              <w:top w:w="45" w:type="dxa"/>
              <w:left w:w="45" w:type="dxa"/>
              <w:bottom w:w="45" w:type="dxa"/>
              <w:right w:w="45" w:type="dxa"/>
            </w:tcMar>
            <w:vAlign w:val="center"/>
          </w:tcPr>
          <w:p w14:paraId="7AA05B5B" w14:textId="77777777" w:rsidR="00BB27C4" w:rsidRDefault="00000000">
            <w:pPr>
              <w:spacing w:after="0"/>
            </w:pPr>
            <w:r>
              <w:rPr>
                <w:b/>
                <w:color w:val="1F2933"/>
                <w:sz w:val="14"/>
              </w:rPr>
              <w:t>Fair</w:t>
            </w:r>
          </w:p>
        </w:tc>
        <w:tc>
          <w:tcPr>
            <w:tcW w:w="9951" w:type="dxa"/>
            <w:tcMar>
              <w:top w:w="45" w:type="dxa"/>
              <w:left w:w="45" w:type="dxa"/>
              <w:bottom w:w="45" w:type="dxa"/>
              <w:right w:w="45" w:type="dxa"/>
            </w:tcMar>
            <w:vAlign w:val="center"/>
          </w:tcPr>
          <w:p w14:paraId="74DDA3AF" w14:textId="77777777" w:rsidR="00BB27C4" w:rsidRDefault="00000000">
            <w:pPr>
              <w:spacing w:after="0"/>
              <w:jc w:val="center"/>
            </w:pPr>
            <w:r>
              <w:rPr>
                <w:color w:val="1F2933"/>
                <w:sz w:val="14"/>
              </w:rPr>
              <w:t>Visible wear commensurate with age/use; note details.</w:t>
            </w:r>
          </w:p>
        </w:tc>
      </w:tr>
      <w:tr w:rsidR="00BB27C4" w14:paraId="17F3ED32" w14:textId="77777777" w:rsidTr="00C01B1B">
        <w:trPr>
          <w:trHeight w:val="206"/>
          <w:jc w:val="center"/>
        </w:trPr>
        <w:tc>
          <w:tcPr>
            <w:tcW w:w="6113" w:type="dxa"/>
            <w:tcMar>
              <w:top w:w="45" w:type="dxa"/>
              <w:left w:w="45" w:type="dxa"/>
              <w:bottom w:w="45" w:type="dxa"/>
              <w:right w:w="45" w:type="dxa"/>
            </w:tcMar>
            <w:vAlign w:val="center"/>
          </w:tcPr>
          <w:p w14:paraId="4B02D6A0" w14:textId="77777777" w:rsidR="00BB27C4" w:rsidRDefault="00000000">
            <w:pPr>
              <w:spacing w:after="0"/>
            </w:pPr>
            <w:r>
              <w:rPr>
                <w:b/>
                <w:color w:val="1F2933"/>
                <w:sz w:val="14"/>
              </w:rPr>
              <w:t>Poor</w:t>
            </w:r>
          </w:p>
        </w:tc>
        <w:tc>
          <w:tcPr>
            <w:tcW w:w="9951" w:type="dxa"/>
            <w:tcMar>
              <w:top w:w="45" w:type="dxa"/>
              <w:left w:w="45" w:type="dxa"/>
              <w:bottom w:w="45" w:type="dxa"/>
              <w:right w:w="45" w:type="dxa"/>
            </w:tcMar>
            <w:vAlign w:val="center"/>
          </w:tcPr>
          <w:p w14:paraId="46F09E41" w14:textId="77777777" w:rsidR="00BB27C4" w:rsidRDefault="00000000">
            <w:pPr>
              <w:spacing w:after="0"/>
              <w:jc w:val="center"/>
            </w:pPr>
            <w:r>
              <w:rPr>
                <w:color w:val="1F2933"/>
                <w:sz w:val="14"/>
              </w:rPr>
              <w:t>Significant wear, damage or defect; photograph and describe.</w:t>
            </w:r>
          </w:p>
        </w:tc>
      </w:tr>
      <w:tr w:rsidR="00BB27C4" w14:paraId="76DFD2DD" w14:textId="77777777" w:rsidTr="00C01B1B">
        <w:trPr>
          <w:trHeight w:val="206"/>
          <w:jc w:val="center"/>
        </w:trPr>
        <w:tc>
          <w:tcPr>
            <w:tcW w:w="6113" w:type="dxa"/>
            <w:tcMar>
              <w:top w:w="45" w:type="dxa"/>
              <w:left w:w="45" w:type="dxa"/>
              <w:bottom w:w="45" w:type="dxa"/>
              <w:right w:w="45" w:type="dxa"/>
            </w:tcMar>
            <w:vAlign w:val="center"/>
          </w:tcPr>
          <w:p w14:paraId="03DF58E1" w14:textId="77777777" w:rsidR="00BB27C4" w:rsidRDefault="00000000">
            <w:pPr>
              <w:spacing w:after="0"/>
            </w:pPr>
            <w:r>
              <w:rPr>
                <w:b/>
                <w:color w:val="1F2933"/>
                <w:sz w:val="14"/>
              </w:rPr>
              <w:t>N/A</w:t>
            </w:r>
          </w:p>
        </w:tc>
        <w:tc>
          <w:tcPr>
            <w:tcW w:w="9951" w:type="dxa"/>
            <w:tcMar>
              <w:top w:w="45" w:type="dxa"/>
              <w:left w:w="45" w:type="dxa"/>
              <w:bottom w:w="45" w:type="dxa"/>
              <w:right w:w="45" w:type="dxa"/>
            </w:tcMar>
            <w:vAlign w:val="center"/>
          </w:tcPr>
          <w:p w14:paraId="2A616EAE" w14:textId="77777777" w:rsidR="00BB27C4" w:rsidRDefault="00000000">
            <w:pPr>
              <w:spacing w:after="0"/>
              <w:jc w:val="center"/>
            </w:pPr>
            <w:r>
              <w:rPr>
                <w:color w:val="1F2933"/>
                <w:sz w:val="14"/>
              </w:rPr>
              <w:t>Not applicable or not present.</w:t>
            </w:r>
          </w:p>
        </w:tc>
      </w:tr>
    </w:tbl>
    <w:p w14:paraId="03A95755" w14:textId="77777777" w:rsidR="00BB27C4" w:rsidRDefault="00000000">
      <w:r>
        <w:br w:type="page"/>
      </w:r>
    </w:p>
    <w:p w14:paraId="128812DA" w14:textId="77777777" w:rsidR="00BB27C4" w:rsidRDefault="00000000">
      <w:pPr>
        <w:spacing w:after="40"/>
      </w:pPr>
      <w:r>
        <w:rPr>
          <w:rFonts w:ascii="Aptos Display" w:hAnsi="Aptos Display"/>
          <w:b/>
          <w:color w:val="102632"/>
          <w:sz w:val="36"/>
        </w:rPr>
        <w:lastRenderedPageBreak/>
        <w:t>ROOM-BY-ROOM INVENTORY</w:t>
      </w:r>
    </w:p>
    <w:p w14:paraId="0947E6CD" w14:textId="77777777" w:rsidR="00BB27C4" w:rsidRDefault="00000000">
      <w:pPr>
        <w:spacing w:after="80"/>
      </w:pPr>
      <w:r>
        <w:rPr>
          <w:color w:val="6B7280"/>
        </w:rPr>
        <w:t>Entrance and living accommodation.</w:t>
      </w: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4688"/>
      </w:tblGrid>
      <w:tr w:rsidR="00BB27C4" w14:paraId="6584E0A7" w14:textId="77777777">
        <w:trPr>
          <w:jc w:val="center"/>
        </w:trPr>
        <w:tc>
          <w:tcPr>
            <w:tcW w:w="14688" w:type="dxa"/>
            <w:shd w:val="clear" w:color="auto" w:fill="F2EBDC"/>
            <w:tcMar>
              <w:top w:w="45" w:type="dxa"/>
              <w:left w:w="45" w:type="dxa"/>
              <w:bottom w:w="45" w:type="dxa"/>
              <w:right w:w="45" w:type="dxa"/>
            </w:tcMar>
            <w:vAlign w:val="center"/>
          </w:tcPr>
          <w:p w14:paraId="266E0364" w14:textId="77777777" w:rsidR="00BB27C4" w:rsidRDefault="00000000">
            <w:pPr>
              <w:spacing w:after="0"/>
            </w:pPr>
            <w:r>
              <w:rPr>
                <w:b/>
                <w:color w:val="102632"/>
                <w:sz w:val="18"/>
              </w:rPr>
              <w:t>ENTRANCE / HALLWAY</w:t>
            </w:r>
          </w:p>
        </w:tc>
      </w:tr>
    </w:tbl>
    <w:p w14:paraId="35AB51E4" w14:textId="77777777" w:rsidR="00BB27C4" w:rsidRDefault="00BB27C4">
      <w:pPr>
        <w:spacing w:after="20"/>
      </w:pP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2592"/>
        <w:gridCol w:w="2736"/>
        <w:gridCol w:w="2566"/>
        <w:gridCol w:w="2566"/>
        <w:gridCol w:w="2880"/>
        <w:gridCol w:w="2566"/>
      </w:tblGrid>
      <w:tr w:rsidR="00BB27C4" w14:paraId="718A48A9" w14:textId="77777777">
        <w:trPr>
          <w:jc w:val="center"/>
        </w:trPr>
        <w:tc>
          <w:tcPr>
            <w:tcW w:w="2592" w:type="dxa"/>
            <w:shd w:val="clear" w:color="auto" w:fill="102632"/>
            <w:tcMar>
              <w:top w:w="45" w:type="dxa"/>
              <w:left w:w="45" w:type="dxa"/>
              <w:bottom w:w="45" w:type="dxa"/>
              <w:right w:w="45" w:type="dxa"/>
            </w:tcMar>
            <w:vAlign w:val="center"/>
          </w:tcPr>
          <w:p w14:paraId="08716EE6" w14:textId="77777777" w:rsidR="00BB27C4" w:rsidRDefault="00000000">
            <w:pPr>
              <w:spacing w:after="0"/>
              <w:jc w:val="center"/>
            </w:pPr>
            <w:r>
              <w:rPr>
                <w:b/>
                <w:color w:val="F2EBDC"/>
                <w:sz w:val="13"/>
              </w:rPr>
              <w:t>Item / Area</w:t>
            </w:r>
          </w:p>
        </w:tc>
        <w:tc>
          <w:tcPr>
            <w:tcW w:w="2736" w:type="dxa"/>
            <w:shd w:val="clear" w:color="auto" w:fill="102632"/>
            <w:tcMar>
              <w:top w:w="45" w:type="dxa"/>
              <w:left w:w="45" w:type="dxa"/>
              <w:bottom w:w="45" w:type="dxa"/>
              <w:right w:w="45" w:type="dxa"/>
            </w:tcMar>
            <w:vAlign w:val="center"/>
          </w:tcPr>
          <w:p w14:paraId="02B82395" w14:textId="77777777" w:rsidR="00BB27C4" w:rsidRDefault="00000000">
            <w:pPr>
              <w:spacing w:after="0"/>
              <w:jc w:val="center"/>
            </w:pPr>
            <w:r>
              <w:rPr>
                <w:b/>
                <w:color w:val="F2EBDC"/>
                <w:sz w:val="13"/>
              </w:rPr>
              <w:t>Description / Specification</w:t>
            </w:r>
          </w:p>
        </w:tc>
        <w:tc>
          <w:tcPr>
            <w:tcW w:w="1584" w:type="dxa"/>
            <w:shd w:val="clear" w:color="auto" w:fill="102632"/>
            <w:tcMar>
              <w:top w:w="45" w:type="dxa"/>
              <w:left w:w="45" w:type="dxa"/>
              <w:bottom w:w="45" w:type="dxa"/>
              <w:right w:w="45" w:type="dxa"/>
            </w:tcMar>
            <w:vAlign w:val="center"/>
          </w:tcPr>
          <w:p w14:paraId="6D39BD2E" w14:textId="77777777" w:rsidR="00BB27C4" w:rsidRDefault="00000000">
            <w:pPr>
              <w:spacing w:after="0"/>
              <w:jc w:val="center"/>
            </w:pPr>
            <w:r>
              <w:rPr>
                <w:b/>
                <w:color w:val="F2EBDC"/>
                <w:sz w:val="13"/>
              </w:rPr>
              <w:t>Condition</w:t>
            </w:r>
          </w:p>
        </w:tc>
        <w:tc>
          <w:tcPr>
            <w:tcW w:w="1152" w:type="dxa"/>
            <w:shd w:val="clear" w:color="auto" w:fill="102632"/>
            <w:tcMar>
              <w:top w:w="45" w:type="dxa"/>
              <w:left w:w="45" w:type="dxa"/>
              <w:bottom w:w="45" w:type="dxa"/>
              <w:right w:w="45" w:type="dxa"/>
            </w:tcMar>
            <w:vAlign w:val="center"/>
          </w:tcPr>
          <w:p w14:paraId="5B1B7470" w14:textId="77777777" w:rsidR="00BB27C4" w:rsidRDefault="00000000">
            <w:pPr>
              <w:spacing w:after="0"/>
              <w:jc w:val="center"/>
            </w:pPr>
            <w:r>
              <w:rPr>
                <w:b/>
                <w:color w:val="F2EBDC"/>
                <w:sz w:val="13"/>
              </w:rPr>
              <w:t>Clean</w:t>
            </w:r>
          </w:p>
        </w:tc>
        <w:tc>
          <w:tcPr>
            <w:tcW w:w="2880" w:type="dxa"/>
            <w:shd w:val="clear" w:color="auto" w:fill="102632"/>
            <w:tcMar>
              <w:top w:w="45" w:type="dxa"/>
              <w:left w:w="45" w:type="dxa"/>
              <w:bottom w:w="45" w:type="dxa"/>
              <w:right w:w="45" w:type="dxa"/>
            </w:tcMar>
            <w:vAlign w:val="center"/>
          </w:tcPr>
          <w:p w14:paraId="474EDEA7" w14:textId="77777777" w:rsidR="00BB27C4" w:rsidRDefault="00000000">
            <w:pPr>
              <w:spacing w:after="0"/>
              <w:jc w:val="center"/>
            </w:pPr>
            <w:r>
              <w:rPr>
                <w:b/>
                <w:color w:val="F2EBDC"/>
                <w:sz w:val="13"/>
              </w:rPr>
              <w:t>Defects / Comments</w:t>
            </w:r>
          </w:p>
        </w:tc>
        <w:tc>
          <w:tcPr>
            <w:tcW w:w="1008" w:type="dxa"/>
            <w:shd w:val="clear" w:color="auto" w:fill="102632"/>
            <w:tcMar>
              <w:top w:w="45" w:type="dxa"/>
              <w:left w:w="45" w:type="dxa"/>
              <w:bottom w:w="45" w:type="dxa"/>
              <w:right w:w="45" w:type="dxa"/>
            </w:tcMar>
            <w:vAlign w:val="center"/>
          </w:tcPr>
          <w:p w14:paraId="37C09113" w14:textId="77777777" w:rsidR="00BB27C4" w:rsidRDefault="00000000">
            <w:pPr>
              <w:spacing w:after="0"/>
              <w:jc w:val="center"/>
            </w:pPr>
            <w:r>
              <w:rPr>
                <w:b/>
                <w:color w:val="F2EBDC"/>
                <w:sz w:val="13"/>
              </w:rPr>
              <w:t>Photo</w:t>
            </w:r>
          </w:p>
        </w:tc>
      </w:tr>
      <w:tr w:rsidR="00BB27C4" w14:paraId="70383FC5" w14:textId="77777777">
        <w:trPr>
          <w:jc w:val="center"/>
        </w:trPr>
        <w:tc>
          <w:tcPr>
            <w:tcW w:w="2566" w:type="dxa"/>
            <w:tcMar>
              <w:top w:w="45" w:type="dxa"/>
              <w:left w:w="45" w:type="dxa"/>
              <w:bottom w:w="45" w:type="dxa"/>
              <w:right w:w="45" w:type="dxa"/>
            </w:tcMar>
            <w:vAlign w:val="center"/>
          </w:tcPr>
          <w:p w14:paraId="61127587" w14:textId="77777777" w:rsidR="00BB27C4" w:rsidRDefault="00000000">
            <w:pPr>
              <w:spacing w:after="0"/>
            </w:pPr>
            <w:r>
              <w:rPr>
                <w:b/>
                <w:color w:val="1F2933"/>
                <w:sz w:val="13"/>
              </w:rPr>
              <w:t>Front door / frame</w:t>
            </w:r>
          </w:p>
        </w:tc>
        <w:tc>
          <w:tcPr>
            <w:tcW w:w="2566" w:type="dxa"/>
            <w:tcMar>
              <w:top w:w="45" w:type="dxa"/>
              <w:left w:w="45" w:type="dxa"/>
              <w:bottom w:w="45" w:type="dxa"/>
              <w:right w:w="45" w:type="dxa"/>
            </w:tcMar>
            <w:vAlign w:val="center"/>
          </w:tcPr>
          <w:p w14:paraId="1C3398E2" w14:textId="77777777" w:rsidR="00BB27C4" w:rsidRDefault="00BB27C4">
            <w:pPr>
              <w:spacing w:after="0"/>
              <w:jc w:val="center"/>
            </w:pPr>
          </w:p>
        </w:tc>
        <w:tc>
          <w:tcPr>
            <w:tcW w:w="2566" w:type="dxa"/>
            <w:tcMar>
              <w:top w:w="45" w:type="dxa"/>
              <w:left w:w="45" w:type="dxa"/>
              <w:bottom w:w="45" w:type="dxa"/>
              <w:right w:w="45" w:type="dxa"/>
            </w:tcMar>
            <w:vAlign w:val="center"/>
          </w:tcPr>
          <w:p w14:paraId="027CCB9B" w14:textId="77777777" w:rsidR="00BB27C4" w:rsidRDefault="00BB27C4">
            <w:pPr>
              <w:spacing w:after="0"/>
              <w:jc w:val="center"/>
            </w:pPr>
          </w:p>
        </w:tc>
        <w:tc>
          <w:tcPr>
            <w:tcW w:w="2566" w:type="dxa"/>
            <w:tcMar>
              <w:top w:w="45" w:type="dxa"/>
              <w:left w:w="45" w:type="dxa"/>
              <w:bottom w:w="45" w:type="dxa"/>
              <w:right w:w="45" w:type="dxa"/>
            </w:tcMar>
            <w:vAlign w:val="center"/>
          </w:tcPr>
          <w:p w14:paraId="089BA0F3" w14:textId="77777777" w:rsidR="00BB27C4" w:rsidRDefault="00BB27C4">
            <w:pPr>
              <w:spacing w:after="0"/>
              <w:jc w:val="center"/>
            </w:pPr>
          </w:p>
        </w:tc>
        <w:tc>
          <w:tcPr>
            <w:tcW w:w="2566" w:type="dxa"/>
            <w:tcMar>
              <w:top w:w="45" w:type="dxa"/>
              <w:left w:w="45" w:type="dxa"/>
              <w:bottom w:w="45" w:type="dxa"/>
              <w:right w:w="45" w:type="dxa"/>
            </w:tcMar>
            <w:vAlign w:val="center"/>
          </w:tcPr>
          <w:p w14:paraId="557A4120" w14:textId="77777777" w:rsidR="00BB27C4" w:rsidRDefault="00BB27C4">
            <w:pPr>
              <w:spacing w:after="0"/>
              <w:jc w:val="center"/>
            </w:pPr>
          </w:p>
        </w:tc>
        <w:tc>
          <w:tcPr>
            <w:tcW w:w="2566" w:type="dxa"/>
            <w:tcMar>
              <w:top w:w="45" w:type="dxa"/>
              <w:left w:w="45" w:type="dxa"/>
              <w:bottom w:w="45" w:type="dxa"/>
              <w:right w:w="45" w:type="dxa"/>
            </w:tcMar>
            <w:vAlign w:val="center"/>
          </w:tcPr>
          <w:p w14:paraId="4E2157F5" w14:textId="77777777" w:rsidR="00BB27C4" w:rsidRDefault="00BB27C4">
            <w:pPr>
              <w:spacing w:after="0"/>
              <w:jc w:val="center"/>
            </w:pPr>
          </w:p>
        </w:tc>
      </w:tr>
      <w:tr w:rsidR="00BB27C4" w14:paraId="6CF5BC13" w14:textId="77777777">
        <w:trPr>
          <w:jc w:val="center"/>
        </w:trPr>
        <w:tc>
          <w:tcPr>
            <w:tcW w:w="2566" w:type="dxa"/>
            <w:tcMar>
              <w:top w:w="45" w:type="dxa"/>
              <w:left w:w="45" w:type="dxa"/>
              <w:bottom w:w="45" w:type="dxa"/>
              <w:right w:w="45" w:type="dxa"/>
            </w:tcMar>
            <w:vAlign w:val="center"/>
          </w:tcPr>
          <w:p w14:paraId="38F36CBE" w14:textId="77777777" w:rsidR="00BB27C4" w:rsidRDefault="00000000">
            <w:pPr>
              <w:spacing w:after="0"/>
            </w:pPr>
            <w:r>
              <w:rPr>
                <w:b/>
                <w:color w:val="1F2933"/>
                <w:sz w:val="13"/>
              </w:rPr>
              <w:t>Door furniture / locks</w:t>
            </w:r>
          </w:p>
        </w:tc>
        <w:tc>
          <w:tcPr>
            <w:tcW w:w="2566" w:type="dxa"/>
            <w:tcMar>
              <w:top w:w="45" w:type="dxa"/>
              <w:left w:w="45" w:type="dxa"/>
              <w:bottom w:w="45" w:type="dxa"/>
              <w:right w:w="45" w:type="dxa"/>
            </w:tcMar>
            <w:vAlign w:val="center"/>
          </w:tcPr>
          <w:p w14:paraId="6D9F7862" w14:textId="77777777" w:rsidR="00BB27C4" w:rsidRDefault="00BB27C4">
            <w:pPr>
              <w:spacing w:after="0"/>
              <w:jc w:val="center"/>
            </w:pPr>
          </w:p>
        </w:tc>
        <w:tc>
          <w:tcPr>
            <w:tcW w:w="2566" w:type="dxa"/>
            <w:tcMar>
              <w:top w:w="45" w:type="dxa"/>
              <w:left w:w="45" w:type="dxa"/>
              <w:bottom w:w="45" w:type="dxa"/>
              <w:right w:w="45" w:type="dxa"/>
            </w:tcMar>
            <w:vAlign w:val="center"/>
          </w:tcPr>
          <w:p w14:paraId="19DA2CC2" w14:textId="77777777" w:rsidR="00BB27C4" w:rsidRDefault="00BB27C4">
            <w:pPr>
              <w:spacing w:after="0"/>
              <w:jc w:val="center"/>
            </w:pPr>
          </w:p>
        </w:tc>
        <w:tc>
          <w:tcPr>
            <w:tcW w:w="2566" w:type="dxa"/>
            <w:tcMar>
              <w:top w:w="45" w:type="dxa"/>
              <w:left w:w="45" w:type="dxa"/>
              <w:bottom w:w="45" w:type="dxa"/>
              <w:right w:w="45" w:type="dxa"/>
            </w:tcMar>
            <w:vAlign w:val="center"/>
          </w:tcPr>
          <w:p w14:paraId="61F3CA58" w14:textId="77777777" w:rsidR="00BB27C4" w:rsidRDefault="00BB27C4">
            <w:pPr>
              <w:spacing w:after="0"/>
              <w:jc w:val="center"/>
            </w:pPr>
          </w:p>
        </w:tc>
        <w:tc>
          <w:tcPr>
            <w:tcW w:w="2566" w:type="dxa"/>
            <w:tcMar>
              <w:top w:w="45" w:type="dxa"/>
              <w:left w:w="45" w:type="dxa"/>
              <w:bottom w:w="45" w:type="dxa"/>
              <w:right w:w="45" w:type="dxa"/>
            </w:tcMar>
            <w:vAlign w:val="center"/>
          </w:tcPr>
          <w:p w14:paraId="60A670D4" w14:textId="77777777" w:rsidR="00BB27C4" w:rsidRDefault="00BB27C4">
            <w:pPr>
              <w:spacing w:after="0"/>
              <w:jc w:val="center"/>
            </w:pPr>
          </w:p>
        </w:tc>
        <w:tc>
          <w:tcPr>
            <w:tcW w:w="2566" w:type="dxa"/>
            <w:tcMar>
              <w:top w:w="45" w:type="dxa"/>
              <w:left w:w="45" w:type="dxa"/>
              <w:bottom w:w="45" w:type="dxa"/>
              <w:right w:w="45" w:type="dxa"/>
            </w:tcMar>
            <w:vAlign w:val="center"/>
          </w:tcPr>
          <w:p w14:paraId="6C434D34" w14:textId="77777777" w:rsidR="00BB27C4" w:rsidRDefault="00BB27C4">
            <w:pPr>
              <w:spacing w:after="0"/>
              <w:jc w:val="center"/>
            </w:pPr>
          </w:p>
        </w:tc>
      </w:tr>
      <w:tr w:rsidR="00BB27C4" w14:paraId="2CE983D1" w14:textId="77777777">
        <w:trPr>
          <w:jc w:val="center"/>
        </w:trPr>
        <w:tc>
          <w:tcPr>
            <w:tcW w:w="2566" w:type="dxa"/>
            <w:tcMar>
              <w:top w:w="45" w:type="dxa"/>
              <w:left w:w="45" w:type="dxa"/>
              <w:bottom w:w="45" w:type="dxa"/>
              <w:right w:w="45" w:type="dxa"/>
            </w:tcMar>
            <w:vAlign w:val="center"/>
          </w:tcPr>
          <w:p w14:paraId="2A3D0C3B" w14:textId="77777777" w:rsidR="00BB27C4" w:rsidRDefault="00000000">
            <w:pPr>
              <w:spacing w:after="0"/>
            </w:pPr>
            <w:r>
              <w:rPr>
                <w:b/>
                <w:color w:val="1F2933"/>
                <w:sz w:val="13"/>
              </w:rPr>
              <w:t>Flooring / skirting</w:t>
            </w:r>
          </w:p>
        </w:tc>
        <w:tc>
          <w:tcPr>
            <w:tcW w:w="2566" w:type="dxa"/>
            <w:tcMar>
              <w:top w:w="45" w:type="dxa"/>
              <w:left w:w="45" w:type="dxa"/>
              <w:bottom w:w="45" w:type="dxa"/>
              <w:right w:w="45" w:type="dxa"/>
            </w:tcMar>
            <w:vAlign w:val="center"/>
          </w:tcPr>
          <w:p w14:paraId="030AF97F" w14:textId="77777777" w:rsidR="00BB27C4" w:rsidRDefault="00BB27C4">
            <w:pPr>
              <w:spacing w:after="0"/>
              <w:jc w:val="center"/>
            </w:pPr>
          </w:p>
        </w:tc>
        <w:tc>
          <w:tcPr>
            <w:tcW w:w="2566" w:type="dxa"/>
            <w:tcMar>
              <w:top w:w="45" w:type="dxa"/>
              <w:left w:w="45" w:type="dxa"/>
              <w:bottom w:w="45" w:type="dxa"/>
              <w:right w:w="45" w:type="dxa"/>
            </w:tcMar>
            <w:vAlign w:val="center"/>
          </w:tcPr>
          <w:p w14:paraId="57122A3E" w14:textId="77777777" w:rsidR="00BB27C4" w:rsidRDefault="00BB27C4">
            <w:pPr>
              <w:spacing w:after="0"/>
              <w:jc w:val="center"/>
            </w:pPr>
          </w:p>
        </w:tc>
        <w:tc>
          <w:tcPr>
            <w:tcW w:w="2566" w:type="dxa"/>
            <w:tcMar>
              <w:top w:w="45" w:type="dxa"/>
              <w:left w:w="45" w:type="dxa"/>
              <w:bottom w:w="45" w:type="dxa"/>
              <w:right w:w="45" w:type="dxa"/>
            </w:tcMar>
            <w:vAlign w:val="center"/>
          </w:tcPr>
          <w:p w14:paraId="6EEB73B3" w14:textId="77777777" w:rsidR="00BB27C4" w:rsidRDefault="00BB27C4">
            <w:pPr>
              <w:spacing w:after="0"/>
              <w:jc w:val="center"/>
            </w:pPr>
          </w:p>
        </w:tc>
        <w:tc>
          <w:tcPr>
            <w:tcW w:w="2566" w:type="dxa"/>
            <w:tcMar>
              <w:top w:w="45" w:type="dxa"/>
              <w:left w:w="45" w:type="dxa"/>
              <w:bottom w:w="45" w:type="dxa"/>
              <w:right w:w="45" w:type="dxa"/>
            </w:tcMar>
            <w:vAlign w:val="center"/>
          </w:tcPr>
          <w:p w14:paraId="59C28F70" w14:textId="77777777" w:rsidR="00BB27C4" w:rsidRDefault="00BB27C4">
            <w:pPr>
              <w:spacing w:after="0"/>
              <w:jc w:val="center"/>
            </w:pPr>
          </w:p>
        </w:tc>
        <w:tc>
          <w:tcPr>
            <w:tcW w:w="2566" w:type="dxa"/>
            <w:tcMar>
              <w:top w:w="45" w:type="dxa"/>
              <w:left w:w="45" w:type="dxa"/>
              <w:bottom w:w="45" w:type="dxa"/>
              <w:right w:w="45" w:type="dxa"/>
            </w:tcMar>
            <w:vAlign w:val="center"/>
          </w:tcPr>
          <w:p w14:paraId="1805ADCE" w14:textId="77777777" w:rsidR="00BB27C4" w:rsidRDefault="00BB27C4">
            <w:pPr>
              <w:spacing w:after="0"/>
              <w:jc w:val="center"/>
            </w:pPr>
          </w:p>
        </w:tc>
      </w:tr>
      <w:tr w:rsidR="00BB27C4" w14:paraId="46C6609B" w14:textId="77777777">
        <w:trPr>
          <w:jc w:val="center"/>
        </w:trPr>
        <w:tc>
          <w:tcPr>
            <w:tcW w:w="2566" w:type="dxa"/>
            <w:tcMar>
              <w:top w:w="45" w:type="dxa"/>
              <w:left w:w="45" w:type="dxa"/>
              <w:bottom w:w="45" w:type="dxa"/>
              <w:right w:w="45" w:type="dxa"/>
            </w:tcMar>
            <w:vAlign w:val="center"/>
          </w:tcPr>
          <w:p w14:paraId="1572A373" w14:textId="77777777" w:rsidR="00BB27C4" w:rsidRDefault="00000000">
            <w:pPr>
              <w:spacing w:after="0"/>
            </w:pPr>
            <w:r>
              <w:rPr>
                <w:b/>
                <w:color w:val="1F2933"/>
                <w:sz w:val="13"/>
              </w:rPr>
              <w:t>Walls / paint / wallpaper</w:t>
            </w:r>
          </w:p>
        </w:tc>
        <w:tc>
          <w:tcPr>
            <w:tcW w:w="2566" w:type="dxa"/>
            <w:tcMar>
              <w:top w:w="45" w:type="dxa"/>
              <w:left w:w="45" w:type="dxa"/>
              <w:bottom w:w="45" w:type="dxa"/>
              <w:right w:w="45" w:type="dxa"/>
            </w:tcMar>
            <w:vAlign w:val="center"/>
          </w:tcPr>
          <w:p w14:paraId="69F520EE" w14:textId="77777777" w:rsidR="00BB27C4" w:rsidRDefault="00BB27C4">
            <w:pPr>
              <w:spacing w:after="0"/>
              <w:jc w:val="center"/>
            </w:pPr>
          </w:p>
        </w:tc>
        <w:tc>
          <w:tcPr>
            <w:tcW w:w="2566" w:type="dxa"/>
            <w:tcMar>
              <w:top w:w="45" w:type="dxa"/>
              <w:left w:w="45" w:type="dxa"/>
              <w:bottom w:w="45" w:type="dxa"/>
              <w:right w:w="45" w:type="dxa"/>
            </w:tcMar>
            <w:vAlign w:val="center"/>
          </w:tcPr>
          <w:p w14:paraId="7BFD4677" w14:textId="77777777" w:rsidR="00BB27C4" w:rsidRDefault="00BB27C4">
            <w:pPr>
              <w:spacing w:after="0"/>
              <w:jc w:val="center"/>
            </w:pPr>
          </w:p>
        </w:tc>
        <w:tc>
          <w:tcPr>
            <w:tcW w:w="2566" w:type="dxa"/>
            <w:tcMar>
              <w:top w:w="45" w:type="dxa"/>
              <w:left w:w="45" w:type="dxa"/>
              <w:bottom w:w="45" w:type="dxa"/>
              <w:right w:w="45" w:type="dxa"/>
            </w:tcMar>
            <w:vAlign w:val="center"/>
          </w:tcPr>
          <w:p w14:paraId="3E8534AC" w14:textId="77777777" w:rsidR="00BB27C4" w:rsidRDefault="00BB27C4">
            <w:pPr>
              <w:spacing w:after="0"/>
              <w:jc w:val="center"/>
            </w:pPr>
          </w:p>
        </w:tc>
        <w:tc>
          <w:tcPr>
            <w:tcW w:w="2566" w:type="dxa"/>
            <w:tcMar>
              <w:top w:w="45" w:type="dxa"/>
              <w:left w:w="45" w:type="dxa"/>
              <w:bottom w:w="45" w:type="dxa"/>
              <w:right w:w="45" w:type="dxa"/>
            </w:tcMar>
            <w:vAlign w:val="center"/>
          </w:tcPr>
          <w:p w14:paraId="174284A0" w14:textId="77777777" w:rsidR="00BB27C4" w:rsidRDefault="00BB27C4">
            <w:pPr>
              <w:spacing w:after="0"/>
              <w:jc w:val="center"/>
            </w:pPr>
          </w:p>
        </w:tc>
        <w:tc>
          <w:tcPr>
            <w:tcW w:w="2566" w:type="dxa"/>
            <w:tcMar>
              <w:top w:w="45" w:type="dxa"/>
              <w:left w:w="45" w:type="dxa"/>
              <w:bottom w:w="45" w:type="dxa"/>
              <w:right w:w="45" w:type="dxa"/>
            </w:tcMar>
            <w:vAlign w:val="center"/>
          </w:tcPr>
          <w:p w14:paraId="6DE6B54E" w14:textId="77777777" w:rsidR="00BB27C4" w:rsidRDefault="00BB27C4">
            <w:pPr>
              <w:spacing w:after="0"/>
              <w:jc w:val="center"/>
            </w:pPr>
          </w:p>
        </w:tc>
      </w:tr>
      <w:tr w:rsidR="00BB27C4" w14:paraId="7ECB7B89" w14:textId="77777777">
        <w:trPr>
          <w:jc w:val="center"/>
        </w:trPr>
        <w:tc>
          <w:tcPr>
            <w:tcW w:w="2566" w:type="dxa"/>
            <w:tcMar>
              <w:top w:w="45" w:type="dxa"/>
              <w:left w:w="45" w:type="dxa"/>
              <w:bottom w:w="45" w:type="dxa"/>
              <w:right w:w="45" w:type="dxa"/>
            </w:tcMar>
            <w:vAlign w:val="center"/>
          </w:tcPr>
          <w:p w14:paraId="4374EA1B" w14:textId="77777777" w:rsidR="00BB27C4" w:rsidRDefault="00000000">
            <w:pPr>
              <w:spacing w:after="0"/>
            </w:pPr>
            <w:r>
              <w:rPr>
                <w:b/>
                <w:color w:val="1F2933"/>
                <w:sz w:val="13"/>
              </w:rPr>
              <w:t>Ceiling / lighting</w:t>
            </w:r>
          </w:p>
        </w:tc>
        <w:tc>
          <w:tcPr>
            <w:tcW w:w="2566" w:type="dxa"/>
            <w:tcMar>
              <w:top w:w="45" w:type="dxa"/>
              <w:left w:w="45" w:type="dxa"/>
              <w:bottom w:w="45" w:type="dxa"/>
              <w:right w:w="45" w:type="dxa"/>
            </w:tcMar>
            <w:vAlign w:val="center"/>
          </w:tcPr>
          <w:p w14:paraId="7745F8CE" w14:textId="77777777" w:rsidR="00BB27C4" w:rsidRDefault="00BB27C4">
            <w:pPr>
              <w:spacing w:after="0"/>
              <w:jc w:val="center"/>
            </w:pPr>
          </w:p>
        </w:tc>
        <w:tc>
          <w:tcPr>
            <w:tcW w:w="2566" w:type="dxa"/>
            <w:tcMar>
              <w:top w:w="45" w:type="dxa"/>
              <w:left w:w="45" w:type="dxa"/>
              <w:bottom w:w="45" w:type="dxa"/>
              <w:right w:w="45" w:type="dxa"/>
            </w:tcMar>
            <w:vAlign w:val="center"/>
          </w:tcPr>
          <w:p w14:paraId="5266DF5C" w14:textId="77777777" w:rsidR="00BB27C4" w:rsidRDefault="00BB27C4">
            <w:pPr>
              <w:spacing w:after="0"/>
              <w:jc w:val="center"/>
            </w:pPr>
          </w:p>
        </w:tc>
        <w:tc>
          <w:tcPr>
            <w:tcW w:w="2566" w:type="dxa"/>
            <w:tcMar>
              <w:top w:w="45" w:type="dxa"/>
              <w:left w:w="45" w:type="dxa"/>
              <w:bottom w:w="45" w:type="dxa"/>
              <w:right w:w="45" w:type="dxa"/>
            </w:tcMar>
            <w:vAlign w:val="center"/>
          </w:tcPr>
          <w:p w14:paraId="4F93B53F" w14:textId="77777777" w:rsidR="00BB27C4" w:rsidRDefault="00BB27C4">
            <w:pPr>
              <w:spacing w:after="0"/>
              <w:jc w:val="center"/>
            </w:pPr>
          </w:p>
        </w:tc>
        <w:tc>
          <w:tcPr>
            <w:tcW w:w="2566" w:type="dxa"/>
            <w:tcMar>
              <w:top w:w="45" w:type="dxa"/>
              <w:left w:w="45" w:type="dxa"/>
              <w:bottom w:w="45" w:type="dxa"/>
              <w:right w:w="45" w:type="dxa"/>
            </w:tcMar>
            <w:vAlign w:val="center"/>
          </w:tcPr>
          <w:p w14:paraId="709D1025" w14:textId="77777777" w:rsidR="00BB27C4" w:rsidRDefault="00BB27C4">
            <w:pPr>
              <w:spacing w:after="0"/>
              <w:jc w:val="center"/>
            </w:pPr>
          </w:p>
        </w:tc>
        <w:tc>
          <w:tcPr>
            <w:tcW w:w="2566" w:type="dxa"/>
            <w:tcMar>
              <w:top w:w="45" w:type="dxa"/>
              <w:left w:w="45" w:type="dxa"/>
              <w:bottom w:w="45" w:type="dxa"/>
              <w:right w:w="45" w:type="dxa"/>
            </w:tcMar>
            <w:vAlign w:val="center"/>
          </w:tcPr>
          <w:p w14:paraId="5481489C" w14:textId="77777777" w:rsidR="00BB27C4" w:rsidRDefault="00BB27C4">
            <w:pPr>
              <w:spacing w:after="0"/>
              <w:jc w:val="center"/>
            </w:pPr>
          </w:p>
        </w:tc>
      </w:tr>
      <w:tr w:rsidR="00BB27C4" w14:paraId="3597AB9E" w14:textId="77777777">
        <w:trPr>
          <w:jc w:val="center"/>
        </w:trPr>
        <w:tc>
          <w:tcPr>
            <w:tcW w:w="2566" w:type="dxa"/>
            <w:tcMar>
              <w:top w:w="45" w:type="dxa"/>
              <w:left w:w="45" w:type="dxa"/>
              <w:bottom w:w="45" w:type="dxa"/>
              <w:right w:w="45" w:type="dxa"/>
            </w:tcMar>
            <w:vAlign w:val="center"/>
          </w:tcPr>
          <w:p w14:paraId="5F4F2211" w14:textId="77777777" w:rsidR="00BB27C4" w:rsidRDefault="00000000">
            <w:pPr>
              <w:spacing w:after="0"/>
            </w:pPr>
            <w:r>
              <w:rPr>
                <w:b/>
                <w:color w:val="1F2933"/>
                <w:sz w:val="13"/>
              </w:rPr>
              <w:t>Radiator / controls</w:t>
            </w:r>
          </w:p>
        </w:tc>
        <w:tc>
          <w:tcPr>
            <w:tcW w:w="2566" w:type="dxa"/>
            <w:tcMar>
              <w:top w:w="45" w:type="dxa"/>
              <w:left w:w="45" w:type="dxa"/>
              <w:bottom w:w="45" w:type="dxa"/>
              <w:right w:w="45" w:type="dxa"/>
            </w:tcMar>
            <w:vAlign w:val="center"/>
          </w:tcPr>
          <w:p w14:paraId="79DAC435" w14:textId="77777777" w:rsidR="00BB27C4" w:rsidRDefault="00BB27C4">
            <w:pPr>
              <w:spacing w:after="0"/>
              <w:jc w:val="center"/>
            </w:pPr>
          </w:p>
        </w:tc>
        <w:tc>
          <w:tcPr>
            <w:tcW w:w="2566" w:type="dxa"/>
            <w:tcMar>
              <w:top w:w="45" w:type="dxa"/>
              <w:left w:w="45" w:type="dxa"/>
              <w:bottom w:w="45" w:type="dxa"/>
              <w:right w:w="45" w:type="dxa"/>
            </w:tcMar>
            <w:vAlign w:val="center"/>
          </w:tcPr>
          <w:p w14:paraId="58A623E2" w14:textId="77777777" w:rsidR="00BB27C4" w:rsidRDefault="00BB27C4">
            <w:pPr>
              <w:spacing w:after="0"/>
              <w:jc w:val="center"/>
            </w:pPr>
          </w:p>
        </w:tc>
        <w:tc>
          <w:tcPr>
            <w:tcW w:w="2566" w:type="dxa"/>
            <w:tcMar>
              <w:top w:w="45" w:type="dxa"/>
              <w:left w:w="45" w:type="dxa"/>
              <w:bottom w:w="45" w:type="dxa"/>
              <w:right w:w="45" w:type="dxa"/>
            </w:tcMar>
            <w:vAlign w:val="center"/>
          </w:tcPr>
          <w:p w14:paraId="78BB6E0A" w14:textId="77777777" w:rsidR="00BB27C4" w:rsidRDefault="00BB27C4">
            <w:pPr>
              <w:spacing w:after="0"/>
              <w:jc w:val="center"/>
            </w:pPr>
          </w:p>
        </w:tc>
        <w:tc>
          <w:tcPr>
            <w:tcW w:w="2566" w:type="dxa"/>
            <w:tcMar>
              <w:top w:w="45" w:type="dxa"/>
              <w:left w:w="45" w:type="dxa"/>
              <w:bottom w:w="45" w:type="dxa"/>
              <w:right w:w="45" w:type="dxa"/>
            </w:tcMar>
            <w:vAlign w:val="center"/>
          </w:tcPr>
          <w:p w14:paraId="497966C6" w14:textId="77777777" w:rsidR="00BB27C4" w:rsidRDefault="00BB27C4">
            <w:pPr>
              <w:spacing w:after="0"/>
              <w:jc w:val="center"/>
            </w:pPr>
          </w:p>
        </w:tc>
        <w:tc>
          <w:tcPr>
            <w:tcW w:w="2566" w:type="dxa"/>
            <w:tcMar>
              <w:top w:w="45" w:type="dxa"/>
              <w:left w:w="45" w:type="dxa"/>
              <w:bottom w:w="45" w:type="dxa"/>
              <w:right w:w="45" w:type="dxa"/>
            </w:tcMar>
            <w:vAlign w:val="center"/>
          </w:tcPr>
          <w:p w14:paraId="51689E8F" w14:textId="77777777" w:rsidR="00BB27C4" w:rsidRDefault="00BB27C4">
            <w:pPr>
              <w:spacing w:after="0"/>
              <w:jc w:val="center"/>
            </w:pPr>
          </w:p>
        </w:tc>
      </w:tr>
      <w:tr w:rsidR="00BB27C4" w14:paraId="0AAD2AA5" w14:textId="77777777">
        <w:trPr>
          <w:jc w:val="center"/>
        </w:trPr>
        <w:tc>
          <w:tcPr>
            <w:tcW w:w="2566" w:type="dxa"/>
            <w:tcMar>
              <w:top w:w="45" w:type="dxa"/>
              <w:left w:w="45" w:type="dxa"/>
              <w:bottom w:w="45" w:type="dxa"/>
              <w:right w:w="45" w:type="dxa"/>
            </w:tcMar>
            <w:vAlign w:val="center"/>
          </w:tcPr>
          <w:p w14:paraId="169F93CF" w14:textId="77777777" w:rsidR="00BB27C4" w:rsidRDefault="00000000">
            <w:pPr>
              <w:spacing w:after="0"/>
            </w:pPr>
            <w:r>
              <w:rPr>
                <w:b/>
                <w:color w:val="1F2933"/>
                <w:sz w:val="13"/>
              </w:rPr>
              <w:t>Stairs / handrail</w:t>
            </w:r>
          </w:p>
        </w:tc>
        <w:tc>
          <w:tcPr>
            <w:tcW w:w="2566" w:type="dxa"/>
            <w:tcMar>
              <w:top w:w="45" w:type="dxa"/>
              <w:left w:w="45" w:type="dxa"/>
              <w:bottom w:w="45" w:type="dxa"/>
              <w:right w:w="45" w:type="dxa"/>
            </w:tcMar>
            <w:vAlign w:val="center"/>
          </w:tcPr>
          <w:p w14:paraId="02F623A6" w14:textId="77777777" w:rsidR="00BB27C4" w:rsidRDefault="00BB27C4">
            <w:pPr>
              <w:spacing w:after="0"/>
              <w:jc w:val="center"/>
            </w:pPr>
          </w:p>
        </w:tc>
        <w:tc>
          <w:tcPr>
            <w:tcW w:w="2566" w:type="dxa"/>
            <w:tcMar>
              <w:top w:w="45" w:type="dxa"/>
              <w:left w:w="45" w:type="dxa"/>
              <w:bottom w:w="45" w:type="dxa"/>
              <w:right w:w="45" w:type="dxa"/>
            </w:tcMar>
            <w:vAlign w:val="center"/>
          </w:tcPr>
          <w:p w14:paraId="37C25AAB" w14:textId="77777777" w:rsidR="00BB27C4" w:rsidRDefault="00BB27C4">
            <w:pPr>
              <w:spacing w:after="0"/>
              <w:jc w:val="center"/>
            </w:pPr>
          </w:p>
        </w:tc>
        <w:tc>
          <w:tcPr>
            <w:tcW w:w="2566" w:type="dxa"/>
            <w:tcMar>
              <w:top w:w="45" w:type="dxa"/>
              <w:left w:w="45" w:type="dxa"/>
              <w:bottom w:w="45" w:type="dxa"/>
              <w:right w:w="45" w:type="dxa"/>
            </w:tcMar>
            <w:vAlign w:val="center"/>
          </w:tcPr>
          <w:p w14:paraId="361D10EA" w14:textId="77777777" w:rsidR="00BB27C4" w:rsidRDefault="00BB27C4">
            <w:pPr>
              <w:spacing w:after="0"/>
              <w:jc w:val="center"/>
            </w:pPr>
          </w:p>
        </w:tc>
        <w:tc>
          <w:tcPr>
            <w:tcW w:w="2566" w:type="dxa"/>
            <w:tcMar>
              <w:top w:w="45" w:type="dxa"/>
              <w:left w:w="45" w:type="dxa"/>
              <w:bottom w:w="45" w:type="dxa"/>
              <w:right w:w="45" w:type="dxa"/>
            </w:tcMar>
            <w:vAlign w:val="center"/>
          </w:tcPr>
          <w:p w14:paraId="141EB3BB" w14:textId="77777777" w:rsidR="00BB27C4" w:rsidRDefault="00BB27C4">
            <w:pPr>
              <w:spacing w:after="0"/>
              <w:jc w:val="center"/>
            </w:pPr>
          </w:p>
        </w:tc>
        <w:tc>
          <w:tcPr>
            <w:tcW w:w="2566" w:type="dxa"/>
            <w:tcMar>
              <w:top w:w="45" w:type="dxa"/>
              <w:left w:w="45" w:type="dxa"/>
              <w:bottom w:w="45" w:type="dxa"/>
              <w:right w:w="45" w:type="dxa"/>
            </w:tcMar>
            <w:vAlign w:val="center"/>
          </w:tcPr>
          <w:p w14:paraId="78E1D4C9" w14:textId="77777777" w:rsidR="00BB27C4" w:rsidRDefault="00BB27C4">
            <w:pPr>
              <w:spacing w:after="0"/>
              <w:jc w:val="center"/>
            </w:pPr>
          </w:p>
        </w:tc>
      </w:tr>
      <w:tr w:rsidR="00BB27C4" w14:paraId="62BEE7A6" w14:textId="77777777">
        <w:trPr>
          <w:jc w:val="center"/>
        </w:trPr>
        <w:tc>
          <w:tcPr>
            <w:tcW w:w="2566" w:type="dxa"/>
            <w:tcMar>
              <w:top w:w="45" w:type="dxa"/>
              <w:left w:w="45" w:type="dxa"/>
              <w:bottom w:w="45" w:type="dxa"/>
              <w:right w:w="45" w:type="dxa"/>
            </w:tcMar>
            <w:vAlign w:val="center"/>
          </w:tcPr>
          <w:p w14:paraId="3049A6BA" w14:textId="77777777" w:rsidR="00BB27C4" w:rsidRDefault="00000000">
            <w:pPr>
              <w:spacing w:after="0"/>
            </w:pPr>
            <w:r>
              <w:rPr>
                <w:b/>
                <w:color w:val="1F2933"/>
                <w:sz w:val="13"/>
              </w:rPr>
              <w:t>Other fittings</w:t>
            </w:r>
          </w:p>
        </w:tc>
        <w:tc>
          <w:tcPr>
            <w:tcW w:w="2566" w:type="dxa"/>
            <w:tcMar>
              <w:top w:w="45" w:type="dxa"/>
              <w:left w:w="45" w:type="dxa"/>
              <w:bottom w:w="45" w:type="dxa"/>
              <w:right w:w="45" w:type="dxa"/>
            </w:tcMar>
            <w:vAlign w:val="center"/>
          </w:tcPr>
          <w:p w14:paraId="148DFC8C" w14:textId="77777777" w:rsidR="00BB27C4" w:rsidRDefault="00BB27C4">
            <w:pPr>
              <w:spacing w:after="0"/>
              <w:jc w:val="center"/>
            </w:pPr>
          </w:p>
        </w:tc>
        <w:tc>
          <w:tcPr>
            <w:tcW w:w="2566" w:type="dxa"/>
            <w:tcMar>
              <w:top w:w="45" w:type="dxa"/>
              <w:left w:w="45" w:type="dxa"/>
              <w:bottom w:w="45" w:type="dxa"/>
              <w:right w:w="45" w:type="dxa"/>
            </w:tcMar>
            <w:vAlign w:val="center"/>
          </w:tcPr>
          <w:p w14:paraId="261E4B92" w14:textId="77777777" w:rsidR="00BB27C4" w:rsidRDefault="00BB27C4">
            <w:pPr>
              <w:spacing w:after="0"/>
              <w:jc w:val="center"/>
            </w:pPr>
          </w:p>
        </w:tc>
        <w:tc>
          <w:tcPr>
            <w:tcW w:w="2566" w:type="dxa"/>
            <w:tcMar>
              <w:top w:w="45" w:type="dxa"/>
              <w:left w:w="45" w:type="dxa"/>
              <w:bottom w:w="45" w:type="dxa"/>
              <w:right w:w="45" w:type="dxa"/>
            </w:tcMar>
            <w:vAlign w:val="center"/>
          </w:tcPr>
          <w:p w14:paraId="7345E92B" w14:textId="77777777" w:rsidR="00BB27C4" w:rsidRDefault="00BB27C4">
            <w:pPr>
              <w:spacing w:after="0"/>
              <w:jc w:val="center"/>
            </w:pPr>
          </w:p>
        </w:tc>
        <w:tc>
          <w:tcPr>
            <w:tcW w:w="2566" w:type="dxa"/>
            <w:tcMar>
              <w:top w:w="45" w:type="dxa"/>
              <w:left w:w="45" w:type="dxa"/>
              <w:bottom w:w="45" w:type="dxa"/>
              <w:right w:w="45" w:type="dxa"/>
            </w:tcMar>
            <w:vAlign w:val="center"/>
          </w:tcPr>
          <w:p w14:paraId="5C0EFB40" w14:textId="77777777" w:rsidR="00BB27C4" w:rsidRDefault="00BB27C4">
            <w:pPr>
              <w:spacing w:after="0"/>
              <w:jc w:val="center"/>
            </w:pPr>
          </w:p>
        </w:tc>
        <w:tc>
          <w:tcPr>
            <w:tcW w:w="2566" w:type="dxa"/>
            <w:tcMar>
              <w:top w:w="45" w:type="dxa"/>
              <w:left w:w="45" w:type="dxa"/>
              <w:bottom w:w="45" w:type="dxa"/>
              <w:right w:w="45" w:type="dxa"/>
            </w:tcMar>
            <w:vAlign w:val="center"/>
          </w:tcPr>
          <w:p w14:paraId="45C99DFE" w14:textId="77777777" w:rsidR="00BB27C4" w:rsidRDefault="00BB27C4">
            <w:pPr>
              <w:spacing w:after="0"/>
              <w:jc w:val="center"/>
            </w:pPr>
          </w:p>
        </w:tc>
      </w:tr>
      <w:tr w:rsidR="00BB27C4" w14:paraId="62CB8E5F" w14:textId="77777777">
        <w:trPr>
          <w:jc w:val="center"/>
        </w:trPr>
        <w:tc>
          <w:tcPr>
            <w:tcW w:w="14688" w:type="dxa"/>
            <w:gridSpan w:val="6"/>
            <w:shd w:val="clear" w:color="auto" w:fill="F2EBDC"/>
            <w:tcMar>
              <w:top w:w="45" w:type="dxa"/>
              <w:left w:w="45" w:type="dxa"/>
              <w:bottom w:w="45" w:type="dxa"/>
              <w:right w:w="45" w:type="dxa"/>
            </w:tcMar>
            <w:vAlign w:val="center"/>
          </w:tcPr>
          <w:p w14:paraId="50C9A4FE" w14:textId="77777777" w:rsidR="00BB27C4" w:rsidRDefault="00000000">
            <w:pPr>
              <w:spacing w:after="0"/>
            </w:pPr>
            <w:r>
              <w:rPr>
                <w:b/>
                <w:color w:val="102632"/>
                <w:sz w:val="18"/>
              </w:rPr>
              <w:t>LIVING / RECEPTION ROOM(S)</w:t>
            </w:r>
          </w:p>
        </w:tc>
      </w:tr>
    </w:tbl>
    <w:p w14:paraId="3621B425" w14:textId="77777777" w:rsidR="00BB27C4" w:rsidRDefault="00BB27C4">
      <w:pPr>
        <w:spacing w:after="20"/>
      </w:pP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2592"/>
        <w:gridCol w:w="2736"/>
        <w:gridCol w:w="2566"/>
        <w:gridCol w:w="2566"/>
        <w:gridCol w:w="2880"/>
        <w:gridCol w:w="2566"/>
      </w:tblGrid>
      <w:tr w:rsidR="00BB27C4" w14:paraId="444156CB" w14:textId="77777777">
        <w:trPr>
          <w:jc w:val="center"/>
        </w:trPr>
        <w:tc>
          <w:tcPr>
            <w:tcW w:w="2592" w:type="dxa"/>
            <w:shd w:val="clear" w:color="auto" w:fill="102632"/>
            <w:tcMar>
              <w:top w:w="45" w:type="dxa"/>
              <w:left w:w="45" w:type="dxa"/>
              <w:bottom w:w="45" w:type="dxa"/>
              <w:right w:w="45" w:type="dxa"/>
            </w:tcMar>
            <w:vAlign w:val="center"/>
          </w:tcPr>
          <w:p w14:paraId="4608BCEB" w14:textId="77777777" w:rsidR="00BB27C4" w:rsidRDefault="00000000">
            <w:pPr>
              <w:spacing w:after="0"/>
              <w:jc w:val="center"/>
            </w:pPr>
            <w:r>
              <w:rPr>
                <w:b/>
                <w:color w:val="F2EBDC"/>
                <w:sz w:val="13"/>
              </w:rPr>
              <w:t>Item / Area</w:t>
            </w:r>
          </w:p>
        </w:tc>
        <w:tc>
          <w:tcPr>
            <w:tcW w:w="2736" w:type="dxa"/>
            <w:shd w:val="clear" w:color="auto" w:fill="102632"/>
            <w:tcMar>
              <w:top w:w="45" w:type="dxa"/>
              <w:left w:w="45" w:type="dxa"/>
              <w:bottom w:w="45" w:type="dxa"/>
              <w:right w:w="45" w:type="dxa"/>
            </w:tcMar>
            <w:vAlign w:val="center"/>
          </w:tcPr>
          <w:p w14:paraId="5844562A" w14:textId="77777777" w:rsidR="00BB27C4" w:rsidRDefault="00000000">
            <w:pPr>
              <w:spacing w:after="0"/>
              <w:jc w:val="center"/>
            </w:pPr>
            <w:r>
              <w:rPr>
                <w:b/>
                <w:color w:val="F2EBDC"/>
                <w:sz w:val="13"/>
              </w:rPr>
              <w:t>Description / Specification</w:t>
            </w:r>
          </w:p>
        </w:tc>
        <w:tc>
          <w:tcPr>
            <w:tcW w:w="1584" w:type="dxa"/>
            <w:shd w:val="clear" w:color="auto" w:fill="102632"/>
            <w:tcMar>
              <w:top w:w="45" w:type="dxa"/>
              <w:left w:w="45" w:type="dxa"/>
              <w:bottom w:w="45" w:type="dxa"/>
              <w:right w:w="45" w:type="dxa"/>
            </w:tcMar>
            <w:vAlign w:val="center"/>
          </w:tcPr>
          <w:p w14:paraId="50AA7E72" w14:textId="77777777" w:rsidR="00BB27C4" w:rsidRDefault="00000000">
            <w:pPr>
              <w:spacing w:after="0"/>
              <w:jc w:val="center"/>
            </w:pPr>
            <w:r>
              <w:rPr>
                <w:b/>
                <w:color w:val="F2EBDC"/>
                <w:sz w:val="13"/>
              </w:rPr>
              <w:t>Condition</w:t>
            </w:r>
          </w:p>
        </w:tc>
        <w:tc>
          <w:tcPr>
            <w:tcW w:w="1152" w:type="dxa"/>
            <w:shd w:val="clear" w:color="auto" w:fill="102632"/>
            <w:tcMar>
              <w:top w:w="45" w:type="dxa"/>
              <w:left w:w="45" w:type="dxa"/>
              <w:bottom w:w="45" w:type="dxa"/>
              <w:right w:w="45" w:type="dxa"/>
            </w:tcMar>
            <w:vAlign w:val="center"/>
          </w:tcPr>
          <w:p w14:paraId="37C1B88D" w14:textId="77777777" w:rsidR="00BB27C4" w:rsidRDefault="00000000">
            <w:pPr>
              <w:spacing w:after="0"/>
              <w:jc w:val="center"/>
            </w:pPr>
            <w:r>
              <w:rPr>
                <w:b/>
                <w:color w:val="F2EBDC"/>
                <w:sz w:val="13"/>
              </w:rPr>
              <w:t>Clean</w:t>
            </w:r>
          </w:p>
        </w:tc>
        <w:tc>
          <w:tcPr>
            <w:tcW w:w="2880" w:type="dxa"/>
            <w:shd w:val="clear" w:color="auto" w:fill="102632"/>
            <w:tcMar>
              <w:top w:w="45" w:type="dxa"/>
              <w:left w:w="45" w:type="dxa"/>
              <w:bottom w:w="45" w:type="dxa"/>
              <w:right w:w="45" w:type="dxa"/>
            </w:tcMar>
            <w:vAlign w:val="center"/>
          </w:tcPr>
          <w:p w14:paraId="1DD1CA99" w14:textId="77777777" w:rsidR="00BB27C4" w:rsidRDefault="00000000">
            <w:pPr>
              <w:spacing w:after="0"/>
              <w:jc w:val="center"/>
            </w:pPr>
            <w:r>
              <w:rPr>
                <w:b/>
                <w:color w:val="F2EBDC"/>
                <w:sz w:val="13"/>
              </w:rPr>
              <w:t>Defects / Comments</w:t>
            </w:r>
          </w:p>
        </w:tc>
        <w:tc>
          <w:tcPr>
            <w:tcW w:w="1008" w:type="dxa"/>
            <w:shd w:val="clear" w:color="auto" w:fill="102632"/>
            <w:tcMar>
              <w:top w:w="45" w:type="dxa"/>
              <w:left w:w="45" w:type="dxa"/>
              <w:bottom w:w="45" w:type="dxa"/>
              <w:right w:w="45" w:type="dxa"/>
            </w:tcMar>
            <w:vAlign w:val="center"/>
          </w:tcPr>
          <w:p w14:paraId="14560D1A" w14:textId="77777777" w:rsidR="00BB27C4" w:rsidRDefault="00000000">
            <w:pPr>
              <w:spacing w:after="0"/>
              <w:jc w:val="center"/>
            </w:pPr>
            <w:r>
              <w:rPr>
                <w:b/>
                <w:color w:val="F2EBDC"/>
                <w:sz w:val="13"/>
              </w:rPr>
              <w:t>Photo</w:t>
            </w:r>
          </w:p>
        </w:tc>
      </w:tr>
      <w:tr w:rsidR="00BB27C4" w14:paraId="6C8EA1C4" w14:textId="77777777">
        <w:trPr>
          <w:jc w:val="center"/>
        </w:trPr>
        <w:tc>
          <w:tcPr>
            <w:tcW w:w="2566" w:type="dxa"/>
            <w:tcMar>
              <w:top w:w="45" w:type="dxa"/>
              <w:left w:w="45" w:type="dxa"/>
              <w:bottom w:w="45" w:type="dxa"/>
              <w:right w:w="45" w:type="dxa"/>
            </w:tcMar>
            <w:vAlign w:val="center"/>
          </w:tcPr>
          <w:p w14:paraId="19AB7401" w14:textId="77777777" w:rsidR="00BB27C4" w:rsidRDefault="00000000">
            <w:pPr>
              <w:spacing w:after="0"/>
            </w:pPr>
            <w:r>
              <w:rPr>
                <w:b/>
                <w:color w:val="1F2933"/>
                <w:sz w:val="13"/>
              </w:rPr>
              <w:t>Flooring</w:t>
            </w:r>
          </w:p>
        </w:tc>
        <w:tc>
          <w:tcPr>
            <w:tcW w:w="2566" w:type="dxa"/>
            <w:tcMar>
              <w:top w:w="45" w:type="dxa"/>
              <w:left w:w="45" w:type="dxa"/>
              <w:bottom w:w="45" w:type="dxa"/>
              <w:right w:w="45" w:type="dxa"/>
            </w:tcMar>
            <w:vAlign w:val="center"/>
          </w:tcPr>
          <w:p w14:paraId="618DFE10" w14:textId="77777777" w:rsidR="00BB27C4" w:rsidRDefault="00BB27C4">
            <w:pPr>
              <w:spacing w:after="0"/>
              <w:jc w:val="center"/>
            </w:pPr>
          </w:p>
        </w:tc>
        <w:tc>
          <w:tcPr>
            <w:tcW w:w="2566" w:type="dxa"/>
            <w:tcMar>
              <w:top w:w="45" w:type="dxa"/>
              <w:left w:w="45" w:type="dxa"/>
              <w:bottom w:w="45" w:type="dxa"/>
              <w:right w:w="45" w:type="dxa"/>
            </w:tcMar>
            <w:vAlign w:val="center"/>
          </w:tcPr>
          <w:p w14:paraId="1F589264" w14:textId="77777777" w:rsidR="00BB27C4" w:rsidRDefault="00BB27C4">
            <w:pPr>
              <w:spacing w:after="0"/>
              <w:jc w:val="center"/>
            </w:pPr>
          </w:p>
        </w:tc>
        <w:tc>
          <w:tcPr>
            <w:tcW w:w="2566" w:type="dxa"/>
            <w:tcMar>
              <w:top w:w="45" w:type="dxa"/>
              <w:left w:w="45" w:type="dxa"/>
              <w:bottom w:w="45" w:type="dxa"/>
              <w:right w:w="45" w:type="dxa"/>
            </w:tcMar>
            <w:vAlign w:val="center"/>
          </w:tcPr>
          <w:p w14:paraId="23F4D35B" w14:textId="77777777" w:rsidR="00BB27C4" w:rsidRDefault="00BB27C4">
            <w:pPr>
              <w:spacing w:after="0"/>
              <w:jc w:val="center"/>
            </w:pPr>
          </w:p>
        </w:tc>
        <w:tc>
          <w:tcPr>
            <w:tcW w:w="2566" w:type="dxa"/>
            <w:tcMar>
              <w:top w:w="45" w:type="dxa"/>
              <w:left w:w="45" w:type="dxa"/>
              <w:bottom w:w="45" w:type="dxa"/>
              <w:right w:w="45" w:type="dxa"/>
            </w:tcMar>
            <w:vAlign w:val="center"/>
          </w:tcPr>
          <w:p w14:paraId="025D1969" w14:textId="77777777" w:rsidR="00BB27C4" w:rsidRDefault="00BB27C4">
            <w:pPr>
              <w:spacing w:after="0"/>
              <w:jc w:val="center"/>
            </w:pPr>
          </w:p>
        </w:tc>
        <w:tc>
          <w:tcPr>
            <w:tcW w:w="2566" w:type="dxa"/>
            <w:tcMar>
              <w:top w:w="45" w:type="dxa"/>
              <w:left w:w="45" w:type="dxa"/>
              <w:bottom w:w="45" w:type="dxa"/>
              <w:right w:w="45" w:type="dxa"/>
            </w:tcMar>
            <w:vAlign w:val="center"/>
          </w:tcPr>
          <w:p w14:paraId="48A49255" w14:textId="77777777" w:rsidR="00BB27C4" w:rsidRDefault="00BB27C4">
            <w:pPr>
              <w:spacing w:after="0"/>
              <w:jc w:val="center"/>
            </w:pPr>
          </w:p>
        </w:tc>
      </w:tr>
      <w:tr w:rsidR="00BB27C4" w14:paraId="1CF8EC3B" w14:textId="77777777">
        <w:trPr>
          <w:jc w:val="center"/>
        </w:trPr>
        <w:tc>
          <w:tcPr>
            <w:tcW w:w="2566" w:type="dxa"/>
            <w:tcMar>
              <w:top w:w="45" w:type="dxa"/>
              <w:left w:w="45" w:type="dxa"/>
              <w:bottom w:w="45" w:type="dxa"/>
              <w:right w:w="45" w:type="dxa"/>
            </w:tcMar>
            <w:vAlign w:val="center"/>
          </w:tcPr>
          <w:p w14:paraId="36E0D9B5" w14:textId="77777777" w:rsidR="00BB27C4" w:rsidRDefault="00000000">
            <w:pPr>
              <w:spacing w:after="0"/>
            </w:pPr>
            <w:r>
              <w:rPr>
                <w:b/>
                <w:color w:val="1F2933"/>
                <w:sz w:val="13"/>
              </w:rPr>
              <w:t>Walls / paint / wallpaper</w:t>
            </w:r>
          </w:p>
        </w:tc>
        <w:tc>
          <w:tcPr>
            <w:tcW w:w="2566" w:type="dxa"/>
            <w:tcMar>
              <w:top w:w="45" w:type="dxa"/>
              <w:left w:w="45" w:type="dxa"/>
              <w:bottom w:w="45" w:type="dxa"/>
              <w:right w:w="45" w:type="dxa"/>
            </w:tcMar>
            <w:vAlign w:val="center"/>
          </w:tcPr>
          <w:p w14:paraId="6B0CD82E" w14:textId="77777777" w:rsidR="00BB27C4" w:rsidRDefault="00BB27C4">
            <w:pPr>
              <w:spacing w:after="0"/>
              <w:jc w:val="center"/>
            </w:pPr>
          </w:p>
        </w:tc>
        <w:tc>
          <w:tcPr>
            <w:tcW w:w="2566" w:type="dxa"/>
            <w:tcMar>
              <w:top w:w="45" w:type="dxa"/>
              <w:left w:w="45" w:type="dxa"/>
              <w:bottom w:w="45" w:type="dxa"/>
              <w:right w:w="45" w:type="dxa"/>
            </w:tcMar>
            <w:vAlign w:val="center"/>
          </w:tcPr>
          <w:p w14:paraId="66CE5E56" w14:textId="77777777" w:rsidR="00BB27C4" w:rsidRDefault="00BB27C4">
            <w:pPr>
              <w:spacing w:after="0"/>
              <w:jc w:val="center"/>
            </w:pPr>
          </w:p>
        </w:tc>
        <w:tc>
          <w:tcPr>
            <w:tcW w:w="2566" w:type="dxa"/>
            <w:tcMar>
              <w:top w:w="45" w:type="dxa"/>
              <w:left w:w="45" w:type="dxa"/>
              <w:bottom w:w="45" w:type="dxa"/>
              <w:right w:w="45" w:type="dxa"/>
            </w:tcMar>
            <w:vAlign w:val="center"/>
          </w:tcPr>
          <w:p w14:paraId="1605EC60" w14:textId="77777777" w:rsidR="00BB27C4" w:rsidRDefault="00BB27C4">
            <w:pPr>
              <w:spacing w:after="0"/>
              <w:jc w:val="center"/>
            </w:pPr>
          </w:p>
        </w:tc>
        <w:tc>
          <w:tcPr>
            <w:tcW w:w="2566" w:type="dxa"/>
            <w:tcMar>
              <w:top w:w="45" w:type="dxa"/>
              <w:left w:w="45" w:type="dxa"/>
              <w:bottom w:w="45" w:type="dxa"/>
              <w:right w:w="45" w:type="dxa"/>
            </w:tcMar>
            <w:vAlign w:val="center"/>
          </w:tcPr>
          <w:p w14:paraId="7C49DE43" w14:textId="77777777" w:rsidR="00BB27C4" w:rsidRDefault="00BB27C4">
            <w:pPr>
              <w:spacing w:after="0"/>
              <w:jc w:val="center"/>
            </w:pPr>
          </w:p>
        </w:tc>
        <w:tc>
          <w:tcPr>
            <w:tcW w:w="2566" w:type="dxa"/>
            <w:tcMar>
              <w:top w:w="45" w:type="dxa"/>
              <w:left w:w="45" w:type="dxa"/>
              <w:bottom w:w="45" w:type="dxa"/>
              <w:right w:w="45" w:type="dxa"/>
            </w:tcMar>
            <w:vAlign w:val="center"/>
          </w:tcPr>
          <w:p w14:paraId="38E0A3CE" w14:textId="77777777" w:rsidR="00BB27C4" w:rsidRDefault="00BB27C4">
            <w:pPr>
              <w:spacing w:after="0"/>
              <w:jc w:val="center"/>
            </w:pPr>
          </w:p>
        </w:tc>
      </w:tr>
      <w:tr w:rsidR="00BB27C4" w14:paraId="09479107" w14:textId="77777777">
        <w:trPr>
          <w:jc w:val="center"/>
        </w:trPr>
        <w:tc>
          <w:tcPr>
            <w:tcW w:w="2566" w:type="dxa"/>
            <w:tcMar>
              <w:top w:w="45" w:type="dxa"/>
              <w:left w:w="45" w:type="dxa"/>
              <w:bottom w:w="45" w:type="dxa"/>
              <w:right w:w="45" w:type="dxa"/>
            </w:tcMar>
            <w:vAlign w:val="center"/>
          </w:tcPr>
          <w:p w14:paraId="148B5779" w14:textId="77777777" w:rsidR="00BB27C4" w:rsidRDefault="00000000">
            <w:pPr>
              <w:spacing w:after="0"/>
            </w:pPr>
            <w:r>
              <w:rPr>
                <w:b/>
                <w:color w:val="1F2933"/>
                <w:sz w:val="13"/>
              </w:rPr>
              <w:t>Ceiling / coving</w:t>
            </w:r>
          </w:p>
        </w:tc>
        <w:tc>
          <w:tcPr>
            <w:tcW w:w="2566" w:type="dxa"/>
            <w:tcMar>
              <w:top w:w="45" w:type="dxa"/>
              <w:left w:w="45" w:type="dxa"/>
              <w:bottom w:w="45" w:type="dxa"/>
              <w:right w:w="45" w:type="dxa"/>
            </w:tcMar>
            <w:vAlign w:val="center"/>
          </w:tcPr>
          <w:p w14:paraId="40A76DBC" w14:textId="77777777" w:rsidR="00BB27C4" w:rsidRDefault="00BB27C4">
            <w:pPr>
              <w:spacing w:after="0"/>
              <w:jc w:val="center"/>
            </w:pPr>
          </w:p>
        </w:tc>
        <w:tc>
          <w:tcPr>
            <w:tcW w:w="2566" w:type="dxa"/>
            <w:tcMar>
              <w:top w:w="45" w:type="dxa"/>
              <w:left w:w="45" w:type="dxa"/>
              <w:bottom w:w="45" w:type="dxa"/>
              <w:right w:w="45" w:type="dxa"/>
            </w:tcMar>
            <w:vAlign w:val="center"/>
          </w:tcPr>
          <w:p w14:paraId="7229A8A6" w14:textId="77777777" w:rsidR="00BB27C4" w:rsidRDefault="00BB27C4">
            <w:pPr>
              <w:spacing w:after="0"/>
              <w:jc w:val="center"/>
            </w:pPr>
          </w:p>
        </w:tc>
        <w:tc>
          <w:tcPr>
            <w:tcW w:w="2566" w:type="dxa"/>
            <w:tcMar>
              <w:top w:w="45" w:type="dxa"/>
              <w:left w:w="45" w:type="dxa"/>
              <w:bottom w:w="45" w:type="dxa"/>
              <w:right w:w="45" w:type="dxa"/>
            </w:tcMar>
            <w:vAlign w:val="center"/>
          </w:tcPr>
          <w:p w14:paraId="4337E2F6" w14:textId="77777777" w:rsidR="00BB27C4" w:rsidRDefault="00BB27C4">
            <w:pPr>
              <w:spacing w:after="0"/>
              <w:jc w:val="center"/>
            </w:pPr>
          </w:p>
        </w:tc>
        <w:tc>
          <w:tcPr>
            <w:tcW w:w="2566" w:type="dxa"/>
            <w:tcMar>
              <w:top w:w="45" w:type="dxa"/>
              <w:left w:w="45" w:type="dxa"/>
              <w:bottom w:w="45" w:type="dxa"/>
              <w:right w:w="45" w:type="dxa"/>
            </w:tcMar>
            <w:vAlign w:val="center"/>
          </w:tcPr>
          <w:p w14:paraId="520ADE8B" w14:textId="77777777" w:rsidR="00BB27C4" w:rsidRDefault="00BB27C4">
            <w:pPr>
              <w:spacing w:after="0"/>
              <w:jc w:val="center"/>
            </w:pPr>
          </w:p>
        </w:tc>
        <w:tc>
          <w:tcPr>
            <w:tcW w:w="2566" w:type="dxa"/>
            <w:tcMar>
              <w:top w:w="45" w:type="dxa"/>
              <w:left w:w="45" w:type="dxa"/>
              <w:bottom w:w="45" w:type="dxa"/>
              <w:right w:w="45" w:type="dxa"/>
            </w:tcMar>
            <w:vAlign w:val="center"/>
          </w:tcPr>
          <w:p w14:paraId="060858E9" w14:textId="77777777" w:rsidR="00BB27C4" w:rsidRDefault="00BB27C4">
            <w:pPr>
              <w:spacing w:after="0"/>
              <w:jc w:val="center"/>
            </w:pPr>
          </w:p>
        </w:tc>
      </w:tr>
      <w:tr w:rsidR="00BB27C4" w14:paraId="4A7EDFEB" w14:textId="77777777">
        <w:trPr>
          <w:jc w:val="center"/>
        </w:trPr>
        <w:tc>
          <w:tcPr>
            <w:tcW w:w="2566" w:type="dxa"/>
            <w:tcMar>
              <w:top w:w="45" w:type="dxa"/>
              <w:left w:w="45" w:type="dxa"/>
              <w:bottom w:w="45" w:type="dxa"/>
              <w:right w:w="45" w:type="dxa"/>
            </w:tcMar>
            <w:vAlign w:val="center"/>
          </w:tcPr>
          <w:p w14:paraId="19937DBB" w14:textId="77777777" w:rsidR="00BB27C4" w:rsidRDefault="00000000">
            <w:pPr>
              <w:spacing w:after="0"/>
            </w:pPr>
            <w:r>
              <w:rPr>
                <w:b/>
                <w:color w:val="1F2933"/>
                <w:sz w:val="13"/>
              </w:rPr>
              <w:t>Windows / glazing / handles</w:t>
            </w:r>
          </w:p>
        </w:tc>
        <w:tc>
          <w:tcPr>
            <w:tcW w:w="2566" w:type="dxa"/>
            <w:tcMar>
              <w:top w:w="45" w:type="dxa"/>
              <w:left w:w="45" w:type="dxa"/>
              <w:bottom w:w="45" w:type="dxa"/>
              <w:right w:w="45" w:type="dxa"/>
            </w:tcMar>
            <w:vAlign w:val="center"/>
          </w:tcPr>
          <w:p w14:paraId="4A4B2DA6" w14:textId="77777777" w:rsidR="00BB27C4" w:rsidRDefault="00BB27C4">
            <w:pPr>
              <w:spacing w:after="0"/>
              <w:jc w:val="center"/>
            </w:pPr>
          </w:p>
        </w:tc>
        <w:tc>
          <w:tcPr>
            <w:tcW w:w="2566" w:type="dxa"/>
            <w:tcMar>
              <w:top w:w="45" w:type="dxa"/>
              <w:left w:w="45" w:type="dxa"/>
              <w:bottom w:w="45" w:type="dxa"/>
              <w:right w:w="45" w:type="dxa"/>
            </w:tcMar>
            <w:vAlign w:val="center"/>
          </w:tcPr>
          <w:p w14:paraId="4123146B" w14:textId="77777777" w:rsidR="00BB27C4" w:rsidRDefault="00BB27C4">
            <w:pPr>
              <w:spacing w:after="0"/>
              <w:jc w:val="center"/>
            </w:pPr>
          </w:p>
        </w:tc>
        <w:tc>
          <w:tcPr>
            <w:tcW w:w="2566" w:type="dxa"/>
            <w:tcMar>
              <w:top w:w="45" w:type="dxa"/>
              <w:left w:w="45" w:type="dxa"/>
              <w:bottom w:w="45" w:type="dxa"/>
              <w:right w:w="45" w:type="dxa"/>
            </w:tcMar>
            <w:vAlign w:val="center"/>
          </w:tcPr>
          <w:p w14:paraId="79D321E9" w14:textId="77777777" w:rsidR="00BB27C4" w:rsidRDefault="00BB27C4">
            <w:pPr>
              <w:spacing w:after="0"/>
              <w:jc w:val="center"/>
            </w:pPr>
          </w:p>
        </w:tc>
        <w:tc>
          <w:tcPr>
            <w:tcW w:w="2566" w:type="dxa"/>
            <w:tcMar>
              <w:top w:w="45" w:type="dxa"/>
              <w:left w:w="45" w:type="dxa"/>
              <w:bottom w:w="45" w:type="dxa"/>
              <w:right w:w="45" w:type="dxa"/>
            </w:tcMar>
            <w:vAlign w:val="center"/>
          </w:tcPr>
          <w:p w14:paraId="33C8EE11" w14:textId="77777777" w:rsidR="00BB27C4" w:rsidRDefault="00BB27C4">
            <w:pPr>
              <w:spacing w:after="0"/>
              <w:jc w:val="center"/>
            </w:pPr>
          </w:p>
        </w:tc>
        <w:tc>
          <w:tcPr>
            <w:tcW w:w="2566" w:type="dxa"/>
            <w:tcMar>
              <w:top w:w="45" w:type="dxa"/>
              <w:left w:w="45" w:type="dxa"/>
              <w:bottom w:w="45" w:type="dxa"/>
              <w:right w:w="45" w:type="dxa"/>
            </w:tcMar>
            <w:vAlign w:val="center"/>
          </w:tcPr>
          <w:p w14:paraId="3E61D6EC" w14:textId="77777777" w:rsidR="00BB27C4" w:rsidRDefault="00BB27C4">
            <w:pPr>
              <w:spacing w:after="0"/>
              <w:jc w:val="center"/>
            </w:pPr>
          </w:p>
        </w:tc>
      </w:tr>
      <w:tr w:rsidR="00BB27C4" w14:paraId="352C9F9F" w14:textId="77777777">
        <w:trPr>
          <w:jc w:val="center"/>
        </w:trPr>
        <w:tc>
          <w:tcPr>
            <w:tcW w:w="2566" w:type="dxa"/>
            <w:tcMar>
              <w:top w:w="45" w:type="dxa"/>
              <w:left w:w="45" w:type="dxa"/>
              <w:bottom w:w="45" w:type="dxa"/>
              <w:right w:w="45" w:type="dxa"/>
            </w:tcMar>
            <w:vAlign w:val="center"/>
          </w:tcPr>
          <w:p w14:paraId="00611F74" w14:textId="77777777" w:rsidR="00BB27C4" w:rsidRDefault="00000000">
            <w:pPr>
              <w:spacing w:after="0"/>
            </w:pPr>
            <w:r>
              <w:rPr>
                <w:b/>
                <w:color w:val="1F2933"/>
                <w:sz w:val="13"/>
              </w:rPr>
              <w:t>Curtains / blinds / rails</w:t>
            </w:r>
          </w:p>
        </w:tc>
        <w:tc>
          <w:tcPr>
            <w:tcW w:w="2566" w:type="dxa"/>
            <w:tcMar>
              <w:top w:w="45" w:type="dxa"/>
              <w:left w:w="45" w:type="dxa"/>
              <w:bottom w:w="45" w:type="dxa"/>
              <w:right w:w="45" w:type="dxa"/>
            </w:tcMar>
            <w:vAlign w:val="center"/>
          </w:tcPr>
          <w:p w14:paraId="290059E4" w14:textId="77777777" w:rsidR="00BB27C4" w:rsidRDefault="00BB27C4">
            <w:pPr>
              <w:spacing w:after="0"/>
              <w:jc w:val="center"/>
            </w:pPr>
          </w:p>
        </w:tc>
        <w:tc>
          <w:tcPr>
            <w:tcW w:w="2566" w:type="dxa"/>
            <w:tcMar>
              <w:top w:w="45" w:type="dxa"/>
              <w:left w:w="45" w:type="dxa"/>
              <w:bottom w:w="45" w:type="dxa"/>
              <w:right w:w="45" w:type="dxa"/>
            </w:tcMar>
            <w:vAlign w:val="center"/>
          </w:tcPr>
          <w:p w14:paraId="0D8554E0" w14:textId="77777777" w:rsidR="00BB27C4" w:rsidRDefault="00BB27C4">
            <w:pPr>
              <w:spacing w:after="0"/>
              <w:jc w:val="center"/>
            </w:pPr>
          </w:p>
        </w:tc>
        <w:tc>
          <w:tcPr>
            <w:tcW w:w="2566" w:type="dxa"/>
            <w:tcMar>
              <w:top w:w="45" w:type="dxa"/>
              <w:left w:w="45" w:type="dxa"/>
              <w:bottom w:w="45" w:type="dxa"/>
              <w:right w:w="45" w:type="dxa"/>
            </w:tcMar>
            <w:vAlign w:val="center"/>
          </w:tcPr>
          <w:p w14:paraId="4F15DD75" w14:textId="77777777" w:rsidR="00BB27C4" w:rsidRDefault="00BB27C4">
            <w:pPr>
              <w:spacing w:after="0"/>
              <w:jc w:val="center"/>
            </w:pPr>
          </w:p>
        </w:tc>
        <w:tc>
          <w:tcPr>
            <w:tcW w:w="2566" w:type="dxa"/>
            <w:tcMar>
              <w:top w:w="45" w:type="dxa"/>
              <w:left w:w="45" w:type="dxa"/>
              <w:bottom w:w="45" w:type="dxa"/>
              <w:right w:w="45" w:type="dxa"/>
            </w:tcMar>
            <w:vAlign w:val="center"/>
          </w:tcPr>
          <w:p w14:paraId="14DDA14E" w14:textId="77777777" w:rsidR="00BB27C4" w:rsidRDefault="00BB27C4">
            <w:pPr>
              <w:spacing w:after="0"/>
              <w:jc w:val="center"/>
            </w:pPr>
          </w:p>
        </w:tc>
        <w:tc>
          <w:tcPr>
            <w:tcW w:w="2566" w:type="dxa"/>
            <w:tcMar>
              <w:top w:w="45" w:type="dxa"/>
              <w:left w:w="45" w:type="dxa"/>
              <w:bottom w:w="45" w:type="dxa"/>
              <w:right w:w="45" w:type="dxa"/>
            </w:tcMar>
            <w:vAlign w:val="center"/>
          </w:tcPr>
          <w:p w14:paraId="1581F1F9" w14:textId="77777777" w:rsidR="00BB27C4" w:rsidRDefault="00BB27C4">
            <w:pPr>
              <w:spacing w:after="0"/>
              <w:jc w:val="center"/>
            </w:pPr>
          </w:p>
        </w:tc>
      </w:tr>
      <w:tr w:rsidR="00BB27C4" w14:paraId="2DD23704" w14:textId="77777777">
        <w:trPr>
          <w:jc w:val="center"/>
        </w:trPr>
        <w:tc>
          <w:tcPr>
            <w:tcW w:w="2566" w:type="dxa"/>
            <w:tcMar>
              <w:top w:w="45" w:type="dxa"/>
              <w:left w:w="45" w:type="dxa"/>
              <w:bottom w:w="45" w:type="dxa"/>
              <w:right w:w="45" w:type="dxa"/>
            </w:tcMar>
            <w:vAlign w:val="center"/>
          </w:tcPr>
          <w:p w14:paraId="0BF45927" w14:textId="77777777" w:rsidR="00BB27C4" w:rsidRDefault="00000000">
            <w:pPr>
              <w:spacing w:after="0"/>
            </w:pPr>
            <w:r>
              <w:rPr>
                <w:b/>
                <w:color w:val="1F2933"/>
                <w:sz w:val="13"/>
              </w:rPr>
              <w:t>Radiator / controls</w:t>
            </w:r>
          </w:p>
        </w:tc>
        <w:tc>
          <w:tcPr>
            <w:tcW w:w="2566" w:type="dxa"/>
            <w:tcMar>
              <w:top w:w="45" w:type="dxa"/>
              <w:left w:w="45" w:type="dxa"/>
              <w:bottom w:w="45" w:type="dxa"/>
              <w:right w:w="45" w:type="dxa"/>
            </w:tcMar>
            <w:vAlign w:val="center"/>
          </w:tcPr>
          <w:p w14:paraId="380CDE19" w14:textId="77777777" w:rsidR="00BB27C4" w:rsidRDefault="00BB27C4">
            <w:pPr>
              <w:spacing w:after="0"/>
              <w:jc w:val="center"/>
            </w:pPr>
          </w:p>
        </w:tc>
        <w:tc>
          <w:tcPr>
            <w:tcW w:w="2566" w:type="dxa"/>
            <w:tcMar>
              <w:top w:w="45" w:type="dxa"/>
              <w:left w:w="45" w:type="dxa"/>
              <w:bottom w:w="45" w:type="dxa"/>
              <w:right w:w="45" w:type="dxa"/>
            </w:tcMar>
            <w:vAlign w:val="center"/>
          </w:tcPr>
          <w:p w14:paraId="60B13002" w14:textId="77777777" w:rsidR="00BB27C4" w:rsidRDefault="00BB27C4">
            <w:pPr>
              <w:spacing w:after="0"/>
              <w:jc w:val="center"/>
            </w:pPr>
          </w:p>
        </w:tc>
        <w:tc>
          <w:tcPr>
            <w:tcW w:w="2566" w:type="dxa"/>
            <w:tcMar>
              <w:top w:w="45" w:type="dxa"/>
              <w:left w:w="45" w:type="dxa"/>
              <w:bottom w:w="45" w:type="dxa"/>
              <w:right w:w="45" w:type="dxa"/>
            </w:tcMar>
            <w:vAlign w:val="center"/>
          </w:tcPr>
          <w:p w14:paraId="088BAF25" w14:textId="77777777" w:rsidR="00BB27C4" w:rsidRDefault="00BB27C4">
            <w:pPr>
              <w:spacing w:after="0"/>
              <w:jc w:val="center"/>
            </w:pPr>
          </w:p>
        </w:tc>
        <w:tc>
          <w:tcPr>
            <w:tcW w:w="2566" w:type="dxa"/>
            <w:tcMar>
              <w:top w:w="45" w:type="dxa"/>
              <w:left w:w="45" w:type="dxa"/>
              <w:bottom w:w="45" w:type="dxa"/>
              <w:right w:w="45" w:type="dxa"/>
            </w:tcMar>
            <w:vAlign w:val="center"/>
          </w:tcPr>
          <w:p w14:paraId="71CADFED" w14:textId="77777777" w:rsidR="00BB27C4" w:rsidRDefault="00BB27C4">
            <w:pPr>
              <w:spacing w:after="0"/>
              <w:jc w:val="center"/>
            </w:pPr>
          </w:p>
        </w:tc>
        <w:tc>
          <w:tcPr>
            <w:tcW w:w="2566" w:type="dxa"/>
            <w:tcMar>
              <w:top w:w="45" w:type="dxa"/>
              <w:left w:w="45" w:type="dxa"/>
              <w:bottom w:w="45" w:type="dxa"/>
              <w:right w:w="45" w:type="dxa"/>
            </w:tcMar>
            <w:vAlign w:val="center"/>
          </w:tcPr>
          <w:p w14:paraId="0EFD7DDD" w14:textId="77777777" w:rsidR="00BB27C4" w:rsidRDefault="00BB27C4">
            <w:pPr>
              <w:spacing w:after="0"/>
              <w:jc w:val="center"/>
            </w:pPr>
          </w:p>
        </w:tc>
      </w:tr>
      <w:tr w:rsidR="00BB27C4" w14:paraId="76623D9D" w14:textId="77777777">
        <w:trPr>
          <w:jc w:val="center"/>
        </w:trPr>
        <w:tc>
          <w:tcPr>
            <w:tcW w:w="2566" w:type="dxa"/>
            <w:tcMar>
              <w:top w:w="45" w:type="dxa"/>
              <w:left w:w="45" w:type="dxa"/>
              <w:bottom w:w="45" w:type="dxa"/>
              <w:right w:w="45" w:type="dxa"/>
            </w:tcMar>
            <w:vAlign w:val="center"/>
          </w:tcPr>
          <w:p w14:paraId="749562FA" w14:textId="77777777" w:rsidR="00BB27C4" w:rsidRDefault="00000000">
            <w:pPr>
              <w:spacing w:after="0"/>
            </w:pPr>
            <w:r>
              <w:rPr>
                <w:b/>
                <w:color w:val="1F2933"/>
                <w:sz w:val="13"/>
              </w:rPr>
              <w:t>Light fittings / switches / sockets</w:t>
            </w:r>
          </w:p>
        </w:tc>
        <w:tc>
          <w:tcPr>
            <w:tcW w:w="2566" w:type="dxa"/>
            <w:tcMar>
              <w:top w:w="45" w:type="dxa"/>
              <w:left w:w="45" w:type="dxa"/>
              <w:bottom w:w="45" w:type="dxa"/>
              <w:right w:w="45" w:type="dxa"/>
            </w:tcMar>
            <w:vAlign w:val="center"/>
          </w:tcPr>
          <w:p w14:paraId="2202F873" w14:textId="77777777" w:rsidR="00BB27C4" w:rsidRDefault="00BB27C4">
            <w:pPr>
              <w:spacing w:after="0"/>
              <w:jc w:val="center"/>
            </w:pPr>
          </w:p>
        </w:tc>
        <w:tc>
          <w:tcPr>
            <w:tcW w:w="2566" w:type="dxa"/>
            <w:tcMar>
              <w:top w:w="45" w:type="dxa"/>
              <w:left w:w="45" w:type="dxa"/>
              <w:bottom w:w="45" w:type="dxa"/>
              <w:right w:w="45" w:type="dxa"/>
            </w:tcMar>
            <w:vAlign w:val="center"/>
          </w:tcPr>
          <w:p w14:paraId="67020F58" w14:textId="77777777" w:rsidR="00BB27C4" w:rsidRDefault="00BB27C4">
            <w:pPr>
              <w:spacing w:after="0"/>
              <w:jc w:val="center"/>
            </w:pPr>
          </w:p>
        </w:tc>
        <w:tc>
          <w:tcPr>
            <w:tcW w:w="2566" w:type="dxa"/>
            <w:tcMar>
              <w:top w:w="45" w:type="dxa"/>
              <w:left w:w="45" w:type="dxa"/>
              <w:bottom w:w="45" w:type="dxa"/>
              <w:right w:w="45" w:type="dxa"/>
            </w:tcMar>
            <w:vAlign w:val="center"/>
          </w:tcPr>
          <w:p w14:paraId="55138C51" w14:textId="77777777" w:rsidR="00BB27C4" w:rsidRDefault="00BB27C4">
            <w:pPr>
              <w:spacing w:after="0"/>
              <w:jc w:val="center"/>
            </w:pPr>
          </w:p>
        </w:tc>
        <w:tc>
          <w:tcPr>
            <w:tcW w:w="2566" w:type="dxa"/>
            <w:tcMar>
              <w:top w:w="45" w:type="dxa"/>
              <w:left w:w="45" w:type="dxa"/>
              <w:bottom w:w="45" w:type="dxa"/>
              <w:right w:w="45" w:type="dxa"/>
            </w:tcMar>
            <w:vAlign w:val="center"/>
          </w:tcPr>
          <w:p w14:paraId="69FAE819" w14:textId="77777777" w:rsidR="00BB27C4" w:rsidRDefault="00BB27C4">
            <w:pPr>
              <w:spacing w:after="0"/>
              <w:jc w:val="center"/>
            </w:pPr>
          </w:p>
        </w:tc>
        <w:tc>
          <w:tcPr>
            <w:tcW w:w="2566" w:type="dxa"/>
            <w:tcMar>
              <w:top w:w="45" w:type="dxa"/>
              <w:left w:w="45" w:type="dxa"/>
              <w:bottom w:w="45" w:type="dxa"/>
              <w:right w:w="45" w:type="dxa"/>
            </w:tcMar>
            <w:vAlign w:val="center"/>
          </w:tcPr>
          <w:p w14:paraId="59A6FDC4" w14:textId="77777777" w:rsidR="00BB27C4" w:rsidRDefault="00BB27C4">
            <w:pPr>
              <w:spacing w:after="0"/>
              <w:jc w:val="center"/>
            </w:pPr>
          </w:p>
        </w:tc>
      </w:tr>
      <w:tr w:rsidR="00BB27C4" w14:paraId="185376D3" w14:textId="77777777">
        <w:trPr>
          <w:jc w:val="center"/>
        </w:trPr>
        <w:tc>
          <w:tcPr>
            <w:tcW w:w="2566" w:type="dxa"/>
            <w:tcMar>
              <w:top w:w="45" w:type="dxa"/>
              <w:left w:w="45" w:type="dxa"/>
              <w:bottom w:w="45" w:type="dxa"/>
              <w:right w:w="45" w:type="dxa"/>
            </w:tcMar>
            <w:vAlign w:val="center"/>
          </w:tcPr>
          <w:p w14:paraId="31E2A214" w14:textId="77777777" w:rsidR="00BB27C4" w:rsidRDefault="00000000">
            <w:pPr>
              <w:spacing w:after="0"/>
            </w:pPr>
            <w:r>
              <w:rPr>
                <w:b/>
                <w:color w:val="1F2933"/>
                <w:sz w:val="13"/>
              </w:rPr>
              <w:t>Internal doors / handles</w:t>
            </w:r>
          </w:p>
        </w:tc>
        <w:tc>
          <w:tcPr>
            <w:tcW w:w="2566" w:type="dxa"/>
            <w:tcMar>
              <w:top w:w="45" w:type="dxa"/>
              <w:left w:w="45" w:type="dxa"/>
              <w:bottom w:w="45" w:type="dxa"/>
              <w:right w:w="45" w:type="dxa"/>
            </w:tcMar>
            <w:vAlign w:val="center"/>
          </w:tcPr>
          <w:p w14:paraId="5E709E6C" w14:textId="77777777" w:rsidR="00BB27C4" w:rsidRDefault="00BB27C4">
            <w:pPr>
              <w:spacing w:after="0"/>
              <w:jc w:val="center"/>
            </w:pPr>
          </w:p>
        </w:tc>
        <w:tc>
          <w:tcPr>
            <w:tcW w:w="2566" w:type="dxa"/>
            <w:tcMar>
              <w:top w:w="45" w:type="dxa"/>
              <w:left w:w="45" w:type="dxa"/>
              <w:bottom w:w="45" w:type="dxa"/>
              <w:right w:w="45" w:type="dxa"/>
            </w:tcMar>
            <w:vAlign w:val="center"/>
          </w:tcPr>
          <w:p w14:paraId="217A882D" w14:textId="77777777" w:rsidR="00BB27C4" w:rsidRDefault="00BB27C4">
            <w:pPr>
              <w:spacing w:after="0"/>
              <w:jc w:val="center"/>
            </w:pPr>
          </w:p>
        </w:tc>
        <w:tc>
          <w:tcPr>
            <w:tcW w:w="2566" w:type="dxa"/>
            <w:tcMar>
              <w:top w:w="45" w:type="dxa"/>
              <w:left w:w="45" w:type="dxa"/>
              <w:bottom w:w="45" w:type="dxa"/>
              <w:right w:w="45" w:type="dxa"/>
            </w:tcMar>
            <w:vAlign w:val="center"/>
          </w:tcPr>
          <w:p w14:paraId="74C6F23F" w14:textId="77777777" w:rsidR="00BB27C4" w:rsidRDefault="00BB27C4">
            <w:pPr>
              <w:spacing w:after="0"/>
              <w:jc w:val="center"/>
            </w:pPr>
          </w:p>
        </w:tc>
        <w:tc>
          <w:tcPr>
            <w:tcW w:w="2566" w:type="dxa"/>
            <w:tcMar>
              <w:top w:w="45" w:type="dxa"/>
              <w:left w:w="45" w:type="dxa"/>
              <w:bottom w:w="45" w:type="dxa"/>
              <w:right w:w="45" w:type="dxa"/>
            </w:tcMar>
            <w:vAlign w:val="center"/>
          </w:tcPr>
          <w:p w14:paraId="0F485B2B" w14:textId="77777777" w:rsidR="00BB27C4" w:rsidRDefault="00BB27C4">
            <w:pPr>
              <w:spacing w:after="0"/>
              <w:jc w:val="center"/>
            </w:pPr>
          </w:p>
        </w:tc>
        <w:tc>
          <w:tcPr>
            <w:tcW w:w="2566" w:type="dxa"/>
            <w:tcMar>
              <w:top w:w="45" w:type="dxa"/>
              <w:left w:w="45" w:type="dxa"/>
              <w:bottom w:w="45" w:type="dxa"/>
              <w:right w:w="45" w:type="dxa"/>
            </w:tcMar>
            <w:vAlign w:val="center"/>
          </w:tcPr>
          <w:p w14:paraId="65DE32E5" w14:textId="77777777" w:rsidR="00BB27C4" w:rsidRDefault="00BB27C4">
            <w:pPr>
              <w:spacing w:after="0"/>
              <w:jc w:val="center"/>
            </w:pPr>
          </w:p>
        </w:tc>
      </w:tr>
      <w:tr w:rsidR="00BB27C4" w14:paraId="18A14362" w14:textId="77777777">
        <w:trPr>
          <w:jc w:val="center"/>
        </w:trPr>
        <w:tc>
          <w:tcPr>
            <w:tcW w:w="2566" w:type="dxa"/>
            <w:tcMar>
              <w:top w:w="45" w:type="dxa"/>
              <w:left w:w="45" w:type="dxa"/>
              <w:bottom w:w="45" w:type="dxa"/>
              <w:right w:w="45" w:type="dxa"/>
            </w:tcMar>
            <w:vAlign w:val="center"/>
          </w:tcPr>
          <w:p w14:paraId="55024B40" w14:textId="77777777" w:rsidR="00BB27C4" w:rsidRDefault="00000000">
            <w:pPr>
              <w:spacing w:after="0"/>
            </w:pPr>
            <w:r>
              <w:rPr>
                <w:b/>
                <w:color w:val="1F2933"/>
                <w:sz w:val="13"/>
              </w:rPr>
              <w:t>Furniture / furnishings (if provided)</w:t>
            </w:r>
          </w:p>
        </w:tc>
        <w:tc>
          <w:tcPr>
            <w:tcW w:w="2566" w:type="dxa"/>
            <w:tcMar>
              <w:top w:w="45" w:type="dxa"/>
              <w:left w:w="45" w:type="dxa"/>
              <w:bottom w:w="45" w:type="dxa"/>
              <w:right w:w="45" w:type="dxa"/>
            </w:tcMar>
            <w:vAlign w:val="center"/>
          </w:tcPr>
          <w:p w14:paraId="540DC4D8" w14:textId="77777777" w:rsidR="00BB27C4" w:rsidRDefault="00BB27C4">
            <w:pPr>
              <w:spacing w:after="0"/>
              <w:jc w:val="center"/>
            </w:pPr>
          </w:p>
        </w:tc>
        <w:tc>
          <w:tcPr>
            <w:tcW w:w="2566" w:type="dxa"/>
            <w:tcMar>
              <w:top w:w="45" w:type="dxa"/>
              <w:left w:w="45" w:type="dxa"/>
              <w:bottom w:w="45" w:type="dxa"/>
              <w:right w:w="45" w:type="dxa"/>
            </w:tcMar>
            <w:vAlign w:val="center"/>
          </w:tcPr>
          <w:p w14:paraId="2F457035" w14:textId="77777777" w:rsidR="00BB27C4" w:rsidRDefault="00BB27C4">
            <w:pPr>
              <w:spacing w:after="0"/>
              <w:jc w:val="center"/>
            </w:pPr>
          </w:p>
        </w:tc>
        <w:tc>
          <w:tcPr>
            <w:tcW w:w="2566" w:type="dxa"/>
            <w:tcMar>
              <w:top w:w="45" w:type="dxa"/>
              <w:left w:w="45" w:type="dxa"/>
              <w:bottom w:w="45" w:type="dxa"/>
              <w:right w:w="45" w:type="dxa"/>
            </w:tcMar>
            <w:vAlign w:val="center"/>
          </w:tcPr>
          <w:p w14:paraId="15EE5DA6" w14:textId="77777777" w:rsidR="00BB27C4" w:rsidRDefault="00BB27C4">
            <w:pPr>
              <w:spacing w:after="0"/>
              <w:jc w:val="center"/>
            </w:pPr>
          </w:p>
        </w:tc>
        <w:tc>
          <w:tcPr>
            <w:tcW w:w="2566" w:type="dxa"/>
            <w:tcMar>
              <w:top w:w="45" w:type="dxa"/>
              <w:left w:w="45" w:type="dxa"/>
              <w:bottom w:w="45" w:type="dxa"/>
              <w:right w:w="45" w:type="dxa"/>
            </w:tcMar>
            <w:vAlign w:val="center"/>
          </w:tcPr>
          <w:p w14:paraId="748B6C36" w14:textId="77777777" w:rsidR="00BB27C4" w:rsidRDefault="00BB27C4">
            <w:pPr>
              <w:spacing w:after="0"/>
              <w:jc w:val="center"/>
            </w:pPr>
          </w:p>
        </w:tc>
        <w:tc>
          <w:tcPr>
            <w:tcW w:w="2566" w:type="dxa"/>
            <w:tcMar>
              <w:top w:w="45" w:type="dxa"/>
              <w:left w:w="45" w:type="dxa"/>
              <w:bottom w:w="45" w:type="dxa"/>
              <w:right w:w="45" w:type="dxa"/>
            </w:tcMar>
            <w:vAlign w:val="center"/>
          </w:tcPr>
          <w:p w14:paraId="23C35BB0" w14:textId="77777777" w:rsidR="00BB27C4" w:rsidRDefault="00BB27C4">
            <w:pPr>
              <w:spacing w:after="0"/>
              <w:jc w:val="center"/>
            </w:pPr>
          </w:p>
        </w:tc>
      </w:tr>
    </w:tbl>
    <w:p w14:paraId="7DA2D546" w14:textId="77777777" w:rsidR="00BB27C4" w:rsidRDefault="00000000">
      <w:r>
        <w:br w:type="page"/>
      </w:r>
    </w:p>
    <w:p w14:paraId="6ADCD3FD" w14:textId="77777777" w:rsidR="00BB27C4" w:rsidRDefault="00000000">
      <w:pPr>
        <w:spacing w:after="40"/>
      </w:pPr>
      <w:r>
        <w:rPr>
          <w:rFonts w:ascii="Aptos Display" w:hAnsi="Aptos Display"/>
          <w:b/>
          <w:color w:val="102632"/>
          <w:sz w:val="36"/>
        </w:rPr>
        <w:lastRenderedPageBreak/>
        <w:t>ROOM-BY-ROOM INVENTORY</w:t>
      </w:r>
    </w:p>
    <w:p w14:paraId="34BD90F7" w14:textId="77777777" w:rsidR="00BB27C4" w:rsidRDefault="00000000">
      <w:pPr>
        <w:spacing w:after="80"/>
      </w:pPr>
      <w:r>
        <w:rPr>
          <w:color w:val="6B7280"/>
        </w:rPr>
        <w:t>Kitchen.</w:t>
      </w: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4688"/>
      </w:tblGrid>
      <w:tr w:rsidR="00BB27C4" w14:paraId="2BE6F1BC" w14:textId="77777777">
        <w:trPr>
          <w:jc w:val="center"/>
        </w:trPr>
        <w:tc>
          <w:tcPr>
            <w:tcW w:w="14688" w:type="dxa"/>
            <w:shd w:val="clear" w:color="auto" w:fill="F2EBDC"/>
            <w:tcMar>
              <w:top w:w="45" w:type="dxa"/>
              <w:left w:w="45" w:type="dxa"/>
              <w:bottom w:w="45" w:type="dxa"/>
              <w:right w:w="45" w:type="dxa"/>
            </w:tcMar>
            <w:vAlign w:val="center"/>
          </w:tcPr>
          <w:p w14:paraId="676F178A" w14:textId="77777777" w:rsidR="00BB27C4" w:rsidRDefault="00000000">
            <w:pPr>
              <w:spacing w:after="0"/>
            </w:pPr>
            <w:r>
              <w:rPr>
                <w:b/>
                <w:color w:val="102632"/>
                <w:sz w:val="18"/>
              </w:rPr>
              <w:t>KITCHEN</w:t>
            </w:r>
          </w:p>
        </w:tc>
      </w:tr>
    </w:tbl>
    <w:p w14:paraId="55D482A7" w14:textId="77777777" w:rsidR="00BB27C4" w:rsidRDefault="00BB27C4">
      <w:pPr>
        <w:spacing w:after="20"/>
      </w:pP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2592"/>
        <w:gridCol w:w="2736"/>
        <w:gridCol w:w="2566"/>
        <w:gridCol w:w="2566"/>
        <w:gridCol w:w="2880"/>
        <w:gridCol w:w="2566"/>
      </w:tblGrid>
      <w:tr w:rsidR="00BB27C4" w14:paraId="28CF7132" w14:textId="77777777">
        <w:trPr>
          <w:jc w:val="center"/>
        </w:trPr>
        <w:tc>
          <w:tcPr>
            <w:tcW w:w="2592" w:type="dxa"/>
            <w:shd w:val="clear" w:color="auto" w:fill="102632"/>
            <w:tcMar>
              <w:top w:w="45" w:type="dxa"/>
              <w:left w:w="45" w:type="dxa"/>
              <w:bottom w:w="45" w:type="dxa"/>
              <w:right w:w="45" w:type="dxa"/>
            </w:tcMar>
            <w:vAlign w:val="center"/>
          </w:tcPr>
          <w:p w14:paraId="54A513D6" w14:textId="77777777" w:rsidR="00BB27C4" w:rsidRDefault="00000000">
            <w:pPr>
              <w:spacing w:after="0"/>
              <w:jc w:val="center"/>
            </w:pPr>
            <w:r>
              <w:rPr>
                <w:b/>
                <w:color w:val="F2EBDC"/>
                <w:sz w:val="13"/>
              </w:rPr>
              <w:t>Item / Area</w:t>
            </w:r>
          </w:p>
        </w:tc>
        <w:tc>
          <w:tcPr>
            <w:tcW w:w="2736" w:type="dxa"/>
            <w:shd w:val="clear" w:color="auto" w:fill="102632"/>
            <w:tcMar>
              <w:top w:w="45" w:type="dxa"/>
              <w:left w:w="45" w:type="dxa"/>
              <w:bottom w:w="45" w:type="dxa"/>
              <w:right w:w="45" w:type="dxa"/>
            </w:tcMar>
            <w:vAlign w:val="center"/>
          </w:tcPr>
          <w:p w14:paraId="5BF6EA68" w14:textId="77777777" w:rsidR="00BB27C4" w:rsidRDefault="00000000">
            <w:pPr>
              <w:spacing w:after="0"/>
              <w:jc w:val="center"/>
            </w:pPr>
            <w:r>
              <w:rPr>
                <w:b/>
                <w:color w:val="F2EBDC"/>
                <w:sz w:val="13"/>
              </w:rPr>
              <w:t>Description / Specification</w:t>
            </w:r>
          </w:p>
        </w:tc>
        <w:tc>
          <w:tcPr>
            <w:tcW w:w="1584" w:type="dxa"/>
            <w:shd w:val="clear" w:color="auto" w:fill="102632"/>
            <w:tcMar>
              <w:top w:w="45" w:type="dxa"/>
              <w:left w:w="45" w:type="dxa"/>
              <w:bottom w:w="45" w:type="dxa"/>
              <w:right w:w="45" w:type="dxa"/>
            </w:tcMar>
            <w:vAlign w:val="center"/>
          </w:tcPr>
          <w:p w14:paraId="2A8B86AD" w14:textId="77777777" w:rsidR="00BB27C4" w:rsidRDefault="00000000">
            <w:pPr>
              <w:spacing w:after="0"/>
              <w:jc w:val="center"/>
            </w:pPr>
            <w:r>
              <w:rPr>
                <w:b/>
                <w:color w:val="F2EBDC"/>
                <w:sz w:val="13"/>
              </w:rPr>
              <w:t>Condition</w:t>
            </w:r>
          </w:p>
        </w:tc>
        <w:tc>
          <w:tcPr>
            <w:tcW w:w="1152" w:type="dxa"/>
            <w:shd w:val="clear" w:color="auto" w:fill="102632"/>
            <w:tcMar>
              <w:top w:w="45" w:type="dxa"/>
              <w:left w:w="45" w:type="dxa"/>
              <w:bottom w:w="45" w:type="dxa"/>
              <w:right w:w="45" w:type="dxa"/>
            </w:tcMar>
            <w:vAlign w:val="center"/>
          </w:tcPr>
          <w:p w14:paraId="45BA6E18" w14:textId="77777777" w:rsidR="00BB27C4" w:rsidRDefault="00000000">
            <w:pPr>
              <w:spacing w:after="0"/>
              <w:jc w:val="center"/>
            </w:pPr>
            <w:r>
              <w:rPr>
                <w:b/>
                <w:color w:val="F2EBDC"/>
                <w:sz w:val="13"/>
              </w:rPr>
              <w:t>Clean</w:t>
            </w:r>
          </w:p>
        </w:tc>
        <w:tc>
          <w:tcPr>
            <w:tcW w:w="2880" w:type="dxa"/>
            <w:shd w:val="clear" w:color="auto" w:fill="102632"/>
            <w:tcMar>
              <w:top w:w="45" w:type="dxa"/>
              <w:left w:w="45" w:type="dxa"/>
              <w:bottom w:w="45" w:type="dxa"/>
              <w:right w:w="45" w:type="dxa"/>
            </w:tcMar>
            <w:vAlign w:val="center"/>
          </w:tcPr>
          <w:p w14:paraId="1C1E60FE" w14:textId="77777777" w:rsidR="00BB27C4" w:rsidRDefault="00000000">
            <w:pPr>
              <w:spacing w:after="0"/>
              <w:jc w:val="center"/>
            </w:pPr>
            <w:r>
              <w:rPr>
                <w:b/>
                <w:color w:val="F2EBDC"/>
                <w:sz w:val="13"/>
              </w:rPr>
              <w:t>Defects / Comments</w:t>
            </w:r>
          </w:p>
        </w:tc>
        <w:tc>
          <w:tcPr>
            <w:tcW w:w="1008" w:type="dxa"/>
            <w:shd w:val="clear" w:color="auto" w:fill="102632"/>
            <w:tcMar>
              <w:top w:w="45" w:type="dxa"/>
              <w:left w:w="45" w:type="dxa"/>
              <w:bottom w:w="45" w:type="dxa"/>
              <w:right w:w="45" w:type="dxa"/>
            </w:tcMar>
            <w:vAlign w:val="center"/>
          </w:tcPr>
          <w:p w14:paraId="547BB4AF" w14:textId="77777777" w:rsidR="00BB27C4" w:rsidRDefault="00000000">
            <w:pPr>
              <w:spacing w:after="0"/>
              <w:jc w:val="center"/>
            </w:pPr>
            <w:r>
              <w:rPr>
                <w:b/>
                <w:color w:val="F2EBDC"/>
                <w:sz w:val="13"/>
              </w:rPr>
              <w:t>Photo</w:t>
            </w:r>
          </w:p>
        </w:tc>
      </w:tr>
      <w:tr w:rsidR="00BB27C4" w14:paraId="1505EEB0" w14:textId="77777777">
        <w:trPr>
          <w:jc w:val="center"/>
        </w:trPr>
        <w:tc>
          <w:tcPr>
            <w:tcW w:w="2566" w:type="dxa"/>
            <w:tcMar>
              <w:top w:w="45" w:type="dxa"/>
              <w:left w:w="45" w:type="dxa"/>
              <w:bottom w:w="45" w:type="dxa"/>
              <w:right w:w="45" w:type="dxa"/>
            </w:tcMar>
            <w:vAlign w:val="center"/>
          </w:tcPr>
          <w:p w14:paraId="393659EA" w14:textId="77777777" w:rsidR="00BB27C4" w:rsidRDefault="00000000">
            <w:pPr>
              <w:spacing w:after="0"/>
            </w:pPr>
            <w:r>
              <w:rPr>
                <w:b/>
                <w:color w:val="1F2933"/>
                <w:sz w:val="13"/>
              </w:rPr>
              <w:t>Units / doors / handles</w:t>
            </w:r>
          </w:p>
        </w:tc>
        <w:tc>
          <w:tcPr>
            <w:tcW w:w="2566" w:type="dxa"/>
            <w:tcMar>
              <w:top w:w="45" w:type="dxa"/>
              <w:left w:w="45" w:type="dxa"/>
              <w:bottom w:w="45" w:type="dxa"/>
              <w:right w:w="45" w:type="dxa"/>
            </w:tcMar>
            <w:vAlign w:val="center"/>
          </w:tcPr>
          <w:p w14:paraId="75243C2C" w14:textId="77777777" w:rsidR="00BB27C4" w:rsidRDefault="00BB27C4">
            <w:pPr>
              <w:spacing w:after="0"/>
              <w:jc w:val="center"/>
            </w:pPr>
          </w:p>
        </w:tc>
        <w:tc>
          <w:tcPr>
            <w:tcW w:w="2566" w:type="dxa"/>
            <w:tcMar>
              <w:top w:w="45" w:type="dxa"/>
              <w:left w:w="45" w:type="dxa"/>
              <w:bottom w:w="45" w:type="dxa"/>
              <w:right w:w="45" w:type="dxa"/>
            </w:tcMar>
            <w:vAlign w:val="center"/>
          </w:tcPr>
          <w:p w14:paraId="0A255FD8" w14:textId="77777777" w:rsidR="00BB27C4" w:rsidRDefault="00BB27C4">
            <w:pPr>
              <w:spacing w:after="0"/>
              <w:jc w:val="center"/>
            </w:pPr>
          </w:p>
        </w:tc>
        <w:tc>
          <w:tcPr>
            <w:tcW w:w="2566" w:type="dxa"/>
            <w:tcMar>
              <w:top w:w="45" w:type="dxa"/>
              <w:left w:w="45" w:type="dxa"/>
              <w:bottom w:w="45" w:type="dxa"/>
              <w:right w:w="45" w:type="dxa"/>
            </w:tcMar>
            <w:vAlign w:val="center"/>
          </w:tcPr>
          <w:p w14:paraId="56DA9EAF" w14:textId="77777777" w:rsidR="00BB27C4" w:rsidRDefault="00BB27C4">
            <w:pPr>
              <w:spacing w:after="0"/>
              <w:jc w:val="center"/>
            </w:pPr>
          </w:p>
        </w:tc>
        <w:tc>
          <w:tcPr>
            <w:tcW w:w="2566" w:type="dxa"/>
            <w:tcMar>
              <w:top w:w="45" w:type="dxa"/>
              <w:left w:w="45" w:type="dxa"/>
              <w:bottom w:w="45" w:type="dxa"/>
              <w:right w:w="45" w:type="dxa"/>
            </w:tcMar>
            <w:vAlign w:val="center"/>
          </w:tcPr>
          <w:p w14:paraId="1C0688C7" w14:textId="77777777" w:rsidR="00BB27C4" w:rsidRDefault="00BB27C4">
            <w:pPr>
              <w:spacing w:after="0"/>
              <w:jc w:val="center"/>
            </w:pPr>
          </w:p>
        </w:tc>
        <w:tc>
          <w:tcPr>
            <w:tcW w:w="2566" w:type="dxa"/>
            <w:tcMar>
              <w:top w:w="45" w:type="dxa"/>
              <w:left w:w="45" w:type="dxa"/>
              <w:bottom w:w="45" w:type="dxa"/>
              <w:right w:w="45" w:type="dxa"/>
            </w:tcMar>
            <w:vAlign w:val="center"/>
          </w:tcPr>
          <w:p w14:paraId="41B9EEAB" w14:textId="77777777" w:rsidR="00BB27C4" w:rsidRDefault="00BB27C4">
            <w:pPr>
              <w:spacing w:after="0"/>
              <w:jc w:val="center"/>
            </w:pPr>
          </w:p>
        </w:tc>
      </w:tr>
      <w:tr w:rsidR="00BB27C4" w14:paraId="29FC1ED3" w14:textId="77777777">
        <w:trPr>
          <w:jc w:val="center"/>
        </w:trPr>
        <w:tc>
          <w:tcPr>
            <w:tcW w:w="2566" w:type="dxa"/>
            <w:tcMar>
              <w:top w:w="45" w:type="dxa"/>
              <w:left w:w="45" w:type="dxa"/>
              <w:bottom w:w="45" w:type="dxa"/>
              <w:right w:w="45" w:type="dxa"/>
            </w:tcMar>
            <w:vAlign w:val="center"/>
          </w:tcPr>
          <w:p w14:paraId="1FA2A43D" w14:textId="77777777" w:rsidR="00BB27C4" w:rsidRDefault="00000000">
            <w:pPr>
              <w:spacing w:after="0"/>
            </w:pPr>
            <w:r>
              <w:rPr>
                <w:b/>
                <w:color w:val="1F2933"/>
                <w:sz w:val="13"/>
              </w:rPr>
              <w:t>Worktops</w:t>
            </w:r>
          </w:p>
        </w:tc>
        <w:tc>
          <w:tcPr>
            <w:tcW w:w="2566" w:type="dxa"/>
            <w:tcMar>
              <w:top w:w="45" w:type="dxa"/>
              <w:left w:w="45" w:type="dxa"/>
              <w:bottom w:w="45" w:type="dxa"/>
              <w:right w:w="45" w:type="dxa"/>
            </w:tcMar>
            <w:vAlign w:val="center"/>
          </w:tcPr>
          <w:p w14:paraId="3D838AE2" w14:textId="77777777" w:rsidR="00BB27C4" w:rsidRDefault="00BB27C4">
            <w:pPr>
              <w:spacing w:after="0"/>
              <w:jc w:val="center"/>
            </w:pPr>
          </w:p>
        </w:tc>
        <w:tc>
          <w:tcPr>
            <w:tcW w:w="2566" w:type="dxa"/>
            <w:tcMar>
              <w:top w:w="45" w:type="dxa"/>
              <w:left w:w="45" w:type="dxa"/>
              <w:bottom w:w="45" w:type="dxa"/>
              <w:right w:w="45" w:type="dxa"/>
            </w:tcMar>
            <w:vAlign w:val="center"/>
          </w:tcPr>
          <w:p w14:paraId="7A73C7F4" w14:textId="77777777" w:rsidR="00BB27C4" w:rsidRDefault="00BB27C4">
            <w:pPr>
              <w:spacing w:after="0"/>
              <w:jc w:val="center"/>
            </w:pPr>
          </w:p>
        </w:tc>
        <w:tc>
          <w:tcPr>
            <w:tcW w:w="2566" w:type="dxa"/>
            <w:tcMar>
              <w:top w:w="45" w:type="dxa"/>
              <w:left w:w="45" w:type="dxa"/>
              <w:bottom w:w="45" w:type="dxa"/>
              <w:right w:w="45" w:type="dxa"/>
            </w:tcMar>
            <w:vAlign w:val="center"/>
          </w:tcPr>
          <w:p w14:paraId="46CAE343" w14:textId="77777777" w:rsidR="00BB27C4" w:rsidRDefault="00BB27C4">
            <w:pPr>
              <w:spacing w:after="0"/>
              <w:jc w:val="center"/>
            </w:pPr>
          </w:p>
        </w:tc>
        <w:tc>
          <w:tcPr>
            <w:tcW w:w="2566" w:type="dxa"/>
            <w:tcMar>
              <w:top w:w="45" w:type="dxa"/>
              <w:left w:w="45" w:type="dxa"/>
              <w:bottom w:w="45" w:type="dxa"/>
              <w:right w:w="45" w:type="dxa"/>
            </w:tcMar>
            <w:vAlign w:val="center"/>
          </w:tcPr>
          <w:p w14:paraId="707D527C" w14:textId="77777777" w:rsidR="00BB27C4" w:rsidRDefault="00BB27C4">
            <w:pPr>
              <w:spacing w:after="0"/>
              <w:jc w:val="center"/>
            </w:pPr>
          </w:p>
        </w:tc>
        <w:tc>
          <w:tcPr>
            <w:tcW w:w="2566" w:type="dxa"/>
            <w:tcMar>
              <w:top w:w="45" w:type="dxa"/>
              <w:left w:w="45" w:type="dxa"/>
              <w:bottom w:w="45" w:type="dxa"/>
              <w:right w:w="45" w:type="dxa"/>
            </w:tcMar>
            <w:vAlign w:val="center"/>
          </w:tcPr>
          <w:p w14:paraId="12D25463" w14:textId="77777777" w:rsidR="00BB27C4" w:rsidRDefault="00BB27C4">
            <w:pPr>
              <w:spacing w:after="0"/>
              <w:jc w:val="center"/>
            </w:pPr>
          </w:p>
        </w:tc>
      </w:tr>
      <w:tr w:rsidR="00BB27C4" w14:paraId="59BE46BA" w14:textId="77777777">
        <w:trPr>
          <w:jc w:val="center"/>
        </w:trPr>
        <w:tc>
          <w:tcPr>
            <w:tcW w:w="2566" w:type="dxa"/>
            <w:tcMar>
              <w:top w:w="45" w:type="dxa"/>
              <w:left w:w="45" w:type="dxa"/>
              <w:bottom w:w="45" w:type="dxa"/>
              <w:right w:w="45" w:type="dxa"/>
            </w:tcMar>
            <w:vAlign w:val="center"/>
          </w:tcPr>
          <w:p w14:paraId="48375BB8" w14:textId="77777777" w:rsidR="00BB27C4" w:rsidRDefault="00000000">
            <w:pPr>
              <w:spacing w:after="0"/>
            </w:pPr>
            <w:r>
              <w:rPr>
                <w:b/>
                <w:color w:val="1F2933"/>
                <w:sz w:val="13"/>
              </w:rPr>
              <w:t>Sink / taps / waste</w:t>
            </w:r>
          </w:p>
        </w:tc>
        <w:tc>
          <w:tcPr>
            <w:tcW w:w="2566" w:type="dxa"/>
            <w:tcMar>
              <w:top w:w="45" w:type="dxa"/>
              <w:left w:w="45" w:type="dxa"/>
              <w:bottom w:w="45" w:type="dxa"/>
              <w:right w:w="45" w:type="dxa"/>
            </w:tcMar>
            <w:vAlign w:val="center"/>
          </w:tcPr>
          <w:p w14:paraId="0EC67E3C" w14:textId="77777777" w:rsidR="00BB27C4" w:rsidRDefault="00BB27C4">
            <w:pPr>
              <w:spacing w:after="0"/>
              <w:jc w:val="center"/>
            </w:pPr>
          </w:p>
        </w:tc>
        <w:tc>
          <w:tcPr>
            <w:tcW w:w="2566" w:type="dxa"/>
            <w:tcMar>
              <w:top w:w="45" w:type="dxa"/>
              <w:left w:w="45" w:type="dxa"/>
              <w:bottom w:w="45" w:type="dxa"/>
              <w:right w:w="45" w:type="dxa"/>
            </w:tcMar>
            <w:vAlign w:val="center"/>
          </w:tcPr>
          <w:p w14:paraId="6FE575D9" w14:textId="77777777" w:rsidR="00BB27C4" w:rsidRDefault="00BB27C4">
            <w:pPr>
              <w:spacing w:after="0"/>
              <w:jc w:val="center"/>
            </w:pPr>
          </w:p>
        </w:tc>
        <w:tc>
          <w:tcPr>
            <w:tcW w:w="2566" w:type="dxa"/>
            <w:tcMar>
              <w:top w:w="45" w:type="dxa"/>
              <w:left w:w="45" w:type="dxa"/>
              <w:bottom w:w="45" w:type="dxa"/>
              <w:right w:w="45" w:type="dxa"/>
            </w:tcMar>
            <w:vAlign w:val="center"/>
          </w:tcPr>
          <w:p w14:paraId="50E6EC8F" w14:textId="77777777" w:rsidR="00BB27C4" w:rsidRDefault="00BB27C4">
            <w:pPr>
              <w:spacing w:after="0"/>
              <w:jc w:val="center"/>
            </w:pPr>
          </w:p>
        </w:tc>
        <w:tc>
          <w:tcPr>
            <w:tcW w:w="2566" w:type="dxa"/>
            <w:tcMar>
              <w:top w:w="45" w:type="dxa"/>
              <w:left w:w="45" w:type="dxa"/>
              <w:bottom w:w="45" w:type="dxa"/>
              <w:right w:w="45" w:type="dxa"/>
            </w:tcMar>
            <w:vAlign w:val="center"/>
          </w:tcPr>
          <w:p w14:paraId="460E04FD" w14:textId="77777777" w:rsidR="00BB27C4" w:rsidRDefault="00BB27C4">
            <w:pPr>
              <w:spacing w:after="0"/>
              <w:jc w:val="center"/>
            </w:pPr>
          </w:p>
        </w:tc>
        <w:tc>
          <w:tcPr>
            <w:tcW w:w="2566" w:type="dxa"/>
            <w:tcMar>
              <w:top w:w="45" w:type="dxa"/>
              <w:left w:w="45" w:type="dxa"/>
              <w:bottom w:w="45" w:type="dxa"/>
              <w:right w:w="45" w:type="dxa"/>
            </w:tcMar>
            <w:vAlign w:val="center"/>
          </w:tcPr>
          <w:p w14:paraId="22E22BFD" w14:textId="77777777" w:rsidR="00BB27C4" w:rsidRDefault="00BB27C4">
            <w:pPr>
              <w:spacing w:after="0"/>
              <w:jc w:val="center"/>
            </w:pPr>
          </w:p>
        </w:tc>
      </w:tr>
      <w:tr w:rsidR="00BB27C4" w14:paraId="74C1BD48" w14:textId="77777777">
        <w:trPr>
          <w:jc w:val="center"/>
        </w:trPr>
        <w:tc>
          <w:tcPr>
            <w:tcW w:w="2566" w:type="dxa"/>
            <w:tcMar>
              <w:top w:w="45" w:type="dxa"/>
              <w:left w:w="45" w:type="dxa"/>
              <w:bottom w:w="45" w:type="dxa"/>
              <w:right w:w="45" w:type="dxa"/>
            </w:tcMar>
            <w:vAlign w:val="center"/>
          </w:tcPr>
          <w:p w14:paraId="73AC21C9" w14:textId="77777777" w:rsidR="00BB27C4" w:rsidRDefault="00000000">
            <w:pPr>
              <w:spacing w:after="0"/>
            </w:pPr>
            <w:r>
              <w:rPr>
                <w:b/>
                <w:color w:val="1F2933"/>
                <w:sz w:val="13"/>
              </w:rPr>
              <w:t>Splashback / tiling</w:t>
            </w:r>
          </w:p>
        </w:tc>
        <w:tc>
          <w:tcPr>
            <w:tcW w:w="2566" w:type="dxa"/>
            <w:tcMar>
              <w:top w:w="45" w:type="dxa"/>
              <w:left w:w="45" w:type="dxa"/>
              <w:bottom w:w="45" w:type="dxa"/>
              <w:right w:w="45" w:type="dxa"/>
            </w:tcMar>
            <w:vAlign w:val="center"/>
          </w:tcPr>
          <w:p w14:paraId="2D992284" w14:textId="77777777" w:rsidR="00BB27C4" w:rsidRDefault="00BB27C4">
            <w:pPr>
              <w:spacing w:after="0"/>
              <w:jc w:val="center"/>
            </w:pPr>
          </w:p>
        </w:tc>
        <w:tc>
          <w:tcPr>
            <w:tcW w:w="2566" w:type="dxa"/>
            <w:tcMar>
              <w:top w:w="45" w:type="dxa"/>
              <w:left w:w="45" w:type="dxa"/>
              <w:bottom w:w="45" w:type="dxa"/>
              <w:right w:w="45" w:type="dxa"/>
            </w:tcMar>
            <w:vAlign w:val="center"/>
          </w:tcPr>
          <w:p w14:paraId="66CDFD97" w14:textId="77777777" w:rsidR="00BB27C4" w:rsidRDefault="00BB27C4">
            <w:pPr>
              <w:spacing w:after="0"/>
              <w:jc w:val="center"/>
            </w:pPr>
          </w:p>
        </w:tc>
        <w:tc>
          <w:tcPr>
            <w:tcW w:w="2566" w:type="dxa"/>
            <w:tcMar>
              <w:top w:w="45" w:type="dxa"/>
              <w:left w:w="45" w:type="dxa"/>
              <w:bottom w:w="45" w:type="dxa"/>
              <w:right w:w="45" w:type="dxa"/>
            </w:tcMar>
            <w:vAlign w:val="center"/>
          </w:tcPr>
          <w:p w14:paraId="07866951" w14:textId="77777777" w:rsidR="00BB27C4" w:rsidRDefault="00BB27C4">
            <w:pPr>
              <w:spacing w:after="0"/>
              <w:jc w:val="center"/>
            </w:pPr>
          </w:p>
        </w:tc>
        <w:tc>
          <w:tcPr>
            <w:tcW w:w="2566" w:type="dxa"/>
            <w:tcMar>
              <w:top w:w="45" w:type="dxa"/>
              <w:left w:w="45" w:type="dxa"/>
              <w:bottom w:w="45" w:type="dxa"/>
              <w:right w:w="45" w:type="dxa"/>
            </w:tcMar>
            <w:vAlign w:val="center"/>
          </w:tcPr>
          <w:p w14:paraId="4A830BA3" w14:textId="77777777" w:rsidR="00BB27C4" w:rsidRDefault="00BB27C4">
            <w:pPr>
              <w:spacing w:after="0"/>
              <w:jc w:val="center"/>
            </w:pPr>
          </w:p>
        </w:tc>
        <w:tc>
          <w:tcPr>
            <w:tcW w:w="2566" w:type="dxa"/>
            <w:tcMar>
              <w:top w:w="45" w:type="dxa"/>
              <w:left w:w="45" w:type="dxa"/>
              <w:bottom w:w="45" w:type="dxa"/>
              <w:right w:w="45" w:type="dxa"/>
            </w:tcMar>
            <w:vAlign w:val="center"/>
          </w:tcPr>
          <w:p w14:paraId="2062436F" w14:textId="77777777" w:rsidR="00BB27C4" w:rsidRDefault="00BB27C4">
            <w:pPr>
              <w:spacing w:after="0"/>
              <w:jc w:val="center"/>
            </w:pPr>
          </w:p>
        </w:tc>
      </w:tr>
      <w:tr w:rsidR="00BB27C4" w14:paraId="7FEBBE30" w14:textId="77777777">
        <w:trPr>
          <w:jc w:val="center"/>
        </w:trPr>
        <w:tc>
          <w:tcPr>
            <w:tcW w:w="2566" w:type="dxa"/>
            <w:tcMar>
              <w:top w:w="45" w:type="dxa"/>
              <w:left w:w="45" w:type="dxa"/>
              <w:bottom w:w="45" w:type="dxa"/>
              <w:right w:w="45" w:type="dxa"/>
            </w:tcMar>
            <w:vAlign w:val="center"/>
          </w:tcPr>
          <w:p w14:paraId="478769B1" w14:textId="77777777" w:rsidR="00BB27C4" w:rsidRDefault="00000000">
            <w:pPr>
              <w:spacing w:after="0"/>
            </w:pPr>
            <w:r>
              <w:rPr>
                <w:b/>
                <w:color w:val="1F2933"/>
                <w:sz w:val="13"/>
              </w:rPr>
              <w:t>Cooker / hob / oven</w:t>
            </w:r>
          </w:p>
        </w:tc>
        <w:tc>
          <w:tcPr>
            <w:tcW w:w="2566" w:type="dxa"/>
            <w:tcMar>
              <w:top w:w="45" w:type="dxa"/>
              <w:left w:w="45" w:type="dxa"/>
              <w:bottom w:w="45" w:type="dxa"/>
              <w:right w:w="45" w:type="dxa"/>
            </w:tcMar>
            <w:vAlign w:val="center"/>
          </w:tcPr>
          <w:p w14:paraId="30EE92EE" w14:textId="77777777" w:rsidR="00BB27C4" w:rsidRDefault="00BB27C4">
            <w:pPr>
              <w:spacing w:after="0"/>
              <w:jc w:val="center"/>
            </w:pPr>
          </w:p>
        </w:tc>
        <w:tc>
          <w:tcPr>
            <w:tcW w:w="2566" w:type="dxa"/>
            <w:tcMar>
              <w:top w:w="45" w:type="dxa"/>
              <w:left w:w="45" w:type="dxa"/>
              <w:bottom w:w="45" w:type="dxa"/>
              <w:right w:w="45" w:type="dxa"/>
            </w:tcMar>
            <w:vAlign w:val="center"/>
          </w:tcPr>
          <w:p w14:paraId="4B876FF4" w14:textId="77777777" w:rsidR="00BB27C4" w:rsidRDefault="00BB27C4">
            <w:pPr>
              <w:spacing w:after="0"/>
              <w:jc w:val="center"/>
            </w:pPr>
          </w:p>
        </w:tc>
        <w:tc>
          <w:tcPr>
            <w:tcW w:w="2566" w:type="dxa"/>
            <w:tcMar>
              <w:top w:w="45" w:type="dxa"/>
              <w:left w:w="45" w:type="dxa"/>
              <w:bottom w:w="45" w:type="dxa"/>
              <w:right w:w="45" w:type="dxa"/>
            </w:tcMar>
            <w:vAlign w:val="center"/>
          </w:tcPr>
          <w:p w14:paraId="25DEC606" w14:textId="77777777" w:rsidR="00BB27C4" w:rsidRDefault="00BB27C4">
            <w:pPr>
              <w:spacing w:after="0"/>
              <w:jc w:val="center"/>
            </w:pPr>
          </w:p>
        </w:tc>
        <w:tc>
          <w:tcPr>
            <w:tcW w:w="2566" w:type="dxa"/>
            <w:tcMar>
              <w:top w:w="45" w:type="dxa"/>
              <w:left w:w="45" w:type="dxa"/>
              <w:bottom w:w="45" w:type="dxa"/>
              <w:right w:w="45" w:type="dxa"/>
            </w:tcMar>
            <w:vAlign w:val="center"/>
          </w:tcPr>
          <w:p w14:paraId="6E5F9A9C" w14:textId="77777777" w:rsidR="00BB27C4" w:rsidRDefault="00BB27C4">
            <w:pPr>
              <w:spacing w:after="0"/>
              <w:jc w:val="center"/>
            </w:pPr>
          </w:p>
        </w:tc>
        <w:tc>
          <w:tcPr>
            <w:tcW w:w="2566" w:type="dxa"/>
            <w:tcMar>
              <w:top w:w="45" w:type="dxa"/>
              <w:left w:w="45" w:type="dxa"/>
              <w:bottom w:w="45" w:type="dxa"/>
              <w:right w:w="45" w:type="dxa"/>
            </w:tcMar>
            <w:vAlign w:val="center"/>
          </w:tcPr>
          <w:p w14:paraId="64BB48FB" w14:textId="77777777" w:rsidR="00BB27C4" w:rsidRDefault="00BB27C4">
            <w:pPr>
              <w:spacing w:after="0"/>
              <w:jc w:val="center"/>
            </w:pPr>
          </w:p>
        </w:tc>
      </w:tr>
      <w:tr w:rsidR="00BB27C4" w14:paraId="119C98BA" w14:textId="77777777">
        <w:trPr>
          <w:jc w:val="center"/>
        </w:trPr>
        <w:tc>
          <w:tcPr>
            <w:tcW w:w="2566" w:type="dxa"/>
            <w:tcMar>
              <w:top w:w="45" w:type="dxa"/>
              <w:left w:w="45" w:type="dxa"/>
              <w:bottom w:w="45" w:type="dxa"/>
              <w:right w:w="45" w:type="dxa"/>
            </w:tcMar>
            <w:vAlign w:val="center"/>
          </w:tcPr>
          <w:p w14:paraId="11EC450E" w14:textId="77777777" w:rsidR="00BB27C4" w:rsidRDefault="00000000">
            <w:pPr>
              <w:spacing w:after="0"/>
            </w:pPr>
            <w:r>
              <w:rPr>
                <w:b/>
                <w:color w:val="1F2933"/>
                <w:sz w:val="13"/>
              </w:rPr>
              <w:t>Extractor hood</w:t>
            </w:r>
          </w:p>
        </w:tc>
        <w:tc>
          <w:tcPr>
            <w:tcW w:w="2566" w:type="dxa"/>
            <w:tcMar>
              <w:top w:w="45" w:type="dxa"/>
              <w:left w:w="45" w:type="dxa"/>
              <w:bottom w:w="45" w:type="dxa"/>
              <w:right w:w="45" w:type="dxa"/>
            </w:tcMar>
            <w:vAlign w:val="center"/>
          </w:tcPr>
          <w:p w14:paraId="3021E940" w14:textId="77777777" w:rsidR="00BB27C4" w:rsidRDefault="00BB27C4">
            <w:pPr>
              <w:spacing w:after="0"/>
              <w:jc w:val="center"/>
            </w:pPr>
          </w:p>
        </w:tc>
        <w:tc>
          <w:tcPr>
            <w:tcW w:w="2566" w:type="dxa"/>
            <w:tcMar>
              <w:top w:w="45" w:type="dxa"/>
              <w:left w:w="45" w:type="dxa"/>
              <w:bottom w:w="45" w:type="dxa"/>
              <w:right w:w="45" w:type="dxa"/>
            </w:tcMar>
            <w:vAlign w:val="center"/>
          </w:tcPr>
          <w:p w14:paraId="1FFE1AD0" w14:textId="77777777" w:rsidR="00BB27C4" w:rsidRDefault="00BB27C4">
            <w:pPr>
              <w:spacing w:after="0"/>
              <w:jc w:val="center"/>
            </w:pPr>
          </w:p>
        </w:tc>
        <w:tc>
          <w:tcPr>
            <w:tcW w:w="2566" w:type="dxa"/>
            <w:tcMar>
              <w:top w:w="45" w:type="dxa"/>
              <w:left w:w="45" w:type="dxa"/>
              <w:bottom w:w="45" w:type="dxa"/>
              <w:right w:w="45" w:type="dxa"/>
            </w:tcMar>
            <w:vAlign w:val="center"/>
          </w:tcPr>
          <w:p w14:paraId="725759E1" w14:textId="77777777" w:rsidR="00BB27C4" w:rsidRDefault="00BB27C4">
            <w:pPr>
              <w:spacing w:after="0"/>
              <w:jc w:val="center"/>
            </w:pPr>
          </w:p>
        </w:tc>
        <w:tc>
          <w:tcPr>
            <w:tcW w:w="2566" w:type="dxa"/>
            <w:tcMar>
              <w:top w:w="45" w:type="dxa"/>
              <w:left w:w="45" w:type="dxa"/>
              <w:bottom w:w="45" w:type="dxa"/>
              <w:right w:w="45" w:type="dxa"/>
            </w:tcMar>
            <w:vAlign w:val="center"/>
          </w:tcPr>
          <w:p w14:paraId="1C1FEF0C" w14:textId="77777777" w:rsidR="00BB27C4" w:rsidRDefault="00BB27C4">
            <w:pPr>
              <w:spacing w:after="0"/>
              <w:jc w:val="center"/>
            </w:pPr>
          </w:p>
        </w:tc>
        <w:tc>
          <w:tcPr>
            <w:tcW w:w="2566" w:type="dxa"/>
            <w:tcMar>
              <w:top w:w="45" w:type="dxa"/>
              <w:left w:w="45" w:type="dxa"/>
              <w:bottom w:w="45" w:type="dxa"/>
              <w:right w:w="45" w:type="dxa"/>
            </w:tcMar>
            <w:vAlign w:val="center"/>
          </w:tcPr>
          <w:p w14:paraId="10225ED4" w14:textId="77777777" w:rsidR="00BB27C4" w:rsidRDefault="00BB27C4">
            <w:pPr>
              <w:spacing w:after="0"/>
              <w:jc w:val="center"/>
            </w:pPr>
          </w:p>
        </w:tc>
      </w:tr>
      <w:tr w:rsidR="00BB27C4" w14:paraId="79FB0CA9" w14:textId="77777777">
        <w:trPr>
          <w:jc w:val="center"/>
        </w:trPr>
        <w:tc>
          <w:tcPr>
            <w:tcW w:w="2566" w:type="dxa"/>
            <w:tcMar>
              <w:top w:w="45" w:type="dxa"/>
              <w:left w:w="45" w:type="dxa"/>
              <w:bottom w:w="45" w:type="dxa"/>
              <w:right w:w="45" w:type="dxa"/>
            </w:tcMar>
            <w:vAlign w:val="center"/>
          </w:tcPr>
          <w:p w14:paraId="3F9BC367" w14:textId="77777777" w:rsidR="00BB27C4" w:rsidRDefault="00000000">
            <w:pPr>
              <w:spacing w:after="0"/>
            </w:pPr>
            <w:r>
              <w:rPr>
                <w:b/>
                <w:color w:val="1F2933"/>
                <w:sz w:val="13"/>
              </w:rPr>
              <w:t>Fridge / freezer</w:t>
            </w:r>
          </w:p>
        </w:tc>
        <w:tc>
          <w:tcPr>
            <w:tcW w:w="2566" w:type="dxa"/>
            <w:tcMar>
              <w:top w:w="45" w:type="dxa"/>
              <w:left w:w="45" w:type="dxa"/>
              <w:bottom w:w="45" w:type="dxa"/>
              <w:right w:w="45" w:type="dxa"/>
            </w:tcMar>
            <w:vAlign w:val="center"/>
          </w:tcPr>
          <w:p w14:paraId="55A42A39" w14:textId="77777777" w:rsidR="00BB27C4" w:rsidRDefault="00BB27C4">
            <w:pPr>
              <w:spacing w:after="0"/>
              <w:jc w:val="center"/>
            </w:pPr>
          </w:p>
        </w:tc>
        <w:tc>
          <w:tcPr>
            <w:tcW w:w="2566" w:type="dxa"/>
            <w:tcMar>
              <w:top w:w="45" w:type="dxa"/>
              <w:left w:w="45" w:type="dxa"/>
              <w:bottom w:w="45" w:type="dxa"/>
              <w:right w:w="45" w:type="dxa"/>
            </w:tcMar>
            <w:vAlign w:val="center"/>
          </w:tcPr>
          <w:p w14:paraId="15F4A473" w14:textId="77777777" w:rsidR="00BB27C4" w:rsidRDefault="00BB27C4">
            <w:pPr>
              <w:spacing w:after="0"/>
              <w:jc w:val="center"/>
            </w:pPr>
          </w:p>
        </w:tc>
        <w:tc>
          <w:tcPr>
            <w:tcW w:w="2566" w:type="dxa"/>
            <w:tcMar>
              <w:top w:w="45" w:type="dxa"/>
              <w:left w:w="45" w:type="dxa"/>
              <w:bottom w:w="45" w:type="dxa"/>
              <w:right w:w="45" w:type="dxa"/>
            </w:tcMar>
            <w:vAlign w:val="center"/>
          </w:tcPr>
          <w:p w14:paraId="65559E26" w14:textId="77777777" w:rsidR="00BB27C4" w:rsidRDefault="00BB27C4">
            <w:pPr>
              <w:spacing w:after="0"/>
              <w:jc w:val="center"/>
            </w:pPr>
          </w:p>
        </w:tc>
        <w:tc>
          <w:tcPr>
            <w:tcW w:w="2566" w:type="dxa"/>
            <w:tcMar>
              <w:top w:w="45" w:type="dxa"/>
              <w:left w:w="45" w:type="dxa"/>
              <w:bottom w:w="45" w:type="dxa"/>
              <w:right w:w="45" w:type="dxa"/>
            </w:tcMar>
            <w:vAlign w:val="center"/>
          </w:tcPr>
          <w:p w14:paraId="20A117DC" w14:textId="77777777" w:rsidR="00BB27C4" w:rsidRDefault="00BB27C4">
            <w:pPr>
              <w:spacing w:after="0"/>
              <w:jc w:val="center"/>
            </w:pPr>
          </w:p>
        </w:tc>
        <w:tc>
          <w:tcPr>
            <w:tcW w:w="2566" w:type="dxa"/>
            <w:tcMar>
              <w:top w:w="45" w:type="dxa"/>
              <w:left w:w="45" w:type="dxa"/>
              <w:bottom w:w="45" w:type="dxa"/>
              <w:right w:w="45" w:type="dxa"/>
            </w:tcMar>
            <w:vAlign w:val="center"/>
          </w:tcPr>
          <w:p w14:paraId="5F1D16A8" w14:textId="77777777" w:rsidR="00BB27C4" w:rsidRDefault="00BB27C4">
            <w:pPr>
              <w:spacing w:after="0"/>
              <w:jc w:val="center"/>
            </w:pPr>
          </w:p>
        </w:tc>
      </w:tr>
      <w:tr w:rsidR="00BB27C4" w14:paraId="07B32A85" w14:textId="77777777">
        <w:trPr>
          <w:jc w:val="center"/>
        </w:trPr>
        <w:tc>
          <w:tcPr>
            <w:tcW w:w="2566" w:type="dxa"/>
            <w:tcMar>
              <w:top w:w="45" w:type="dxa"/>
              <w:left w:w="45" w:type="dxa"/>
              <w:bottom w:w="45" w:type="dxa"/>
              <w:right w:w="45" w:type="dxa"/>
            </w:tcMar>
            <w:vAlign w:val="center"/>
          </w:tcPr>
          <w:p w14:paraId="2F21A33C" w14:textId="77777777" w:rsidR="00BB27C4" w:rsidRDefault="00000000">
            <w:pPr>
              <w:spacing w:after="0"/>
            </w:pPr>
            <w:r>
              <w:rPr>
                <w:b/>
                <w:color w:val="1F2933"/>
                <w:sz w:val="13"/>
              </w:rPr>
              <w:t>Washing machine</w:t>
            </w:r>
          </w:p>
        </w:tc>
        <w:tc>
          <w:tcPr>
            <w:tcW w:w="2566" w:type="dxa"/>
            <w:tcMar>
              <w:top w:w="45" w:type="dxa"/>
              <w:left w:w="45" w:type="dxa"/>
              <w:bottom w:w="45" w:type="dxa"/>
              <w:right w:w="45" w:type="dxa"/>
            </w:tcMar>
            <w:vAlign w:val="center"/>
          </w:tcPr>
          <w:p w14:paraId="388007BE" w14:textId="77777777" w:rsidR="00BB27C4" w:rsidRDefault="00BB27C4">
            <w:pPr>
              <w:spacing w:after="0"/>
              <w:jc w:val="center"/>
            </w:pPr>
          </w:p>
        </w:tc>
        <w:tc>
          <w:tcPr>
            <w:tcW w:w="2566" w:type="dxa"/>
            <w:tcMar>
              <w:top w:w="45" w:type="dxa"/>
              <w:left w:w="45" w:type="dxa"/>
              <w:bottom w:w="45" w:type="dxa"/>
              <w:right w:w="45" w:type="dxa"/>
            </w:tcMar>
            <w:vAlign w:val="center"/>
          </w:tcPr>
          <w:p w14:paraId="22B5E0C9" w14:textId="77777777" w:rsidR="00BB27C4" w:rsidRDefault="00BB27C4">
            <w:pPr>
              <w:spacing w:after="0"/>
              <w:jc w:val="center"/>
            </w:pPr>
          </w:p>
        </w:tc>
        <w:tc>
          <w:tcPr>
            <w:tcW w:w="2566" w:type="dxa"/>
            <w:tcMar>
              <w:top w:w="45" w:type="dxa"/>
              <w:left w:w="45" w:type="dxa"/>
              <w:bottom w:w="45" w:type="dxa"/>
              <w:right w:w="45" w:type="dxa"/>
            </w:tcMar>
            <w:vAlign w:val="center"/>
          </w:tcPr>
          <w:p w14:paraId="367D53EA" w14:textId="77777777" w:rsidR="00BB27C4" w:rsidRDefault="00BB27C4">
            <w:pPr>
              <w:spacing w:after="0"/>
              <w:jc w:val="center"/>
            </w:pPr>
          </w:p>
        </w:tc>
        <w:tc>
          <w:tcPr>
            <w:tcW w:w="2566" w:type="dxa"/>
            <w:tcMar>
              <w:top w:w="45" w:type="dxa"/>
              <w:left w:w="45" w:type="dxa"/>
              <w:bottom w:w="45" w:type="dxa"/>
              <w:right w:w="45" w:type="dxa"/>
            </w:tcMar>
            <w:vAlign w:val="center"/>
          </w:tcPr>
          <w:p w14:paraId="01090A22" w14:textId="77777777" w:rsidR="00BB27C4" w:rsidRDefault="00BB27C4">
            <w:pPr>
              <w:spacing w:after="0"/>
              <w:jc w:val="center"/>
            </w:pPr>
          </w:p>
        </w:tc>
        <w:tc>
          <w:tcPr>
            <w:tcW w:w="2566" w:type="dxa"/>
            <w:tcMar>
              <w:top w:w="45" w:type="dxa"/>
              <w:left w:w="45" w:type="dxa"/>
              <w:bottom w:w="45" w:type="dxa"/>
              <w:right w:w="45" w:type="dxa"/>
            </w:tcMar>
            <w:vAlign w:val="center"/>
          </w:tcPr>
          <w:p w14:paraId="52D670D3" w14:textId="77777777" w:rsidR="00BB27C4" w:rsidRDefault="00BB27C4">
            <w:pPr>
              <w:spacing w:after="0"/>
              <w:jc w:val="center"/>
            </w:pPr>
          </w:p>
        </w:tc>
      </w:tr>
      <w:tr w:rsidR="00BB27C4" w14:paraId="246307C3" w14:textId="77777777">
        <w:trPr>
          <w:jc w:val="center"/>
        </w:trPr>
        <w:tc>
          <w:tcPr>
            <w:tcW w:w="2566" w:type="dxa"/>
            <w:tcMar>
              <w:top w:w="45" w:type="dxa"/>
              <w:left w:w="45" w:type="dxa"/>
              <w:bottom w:w="45" w:type="dxa"/>
              <w:right w:w="45" w:type="dxa"/>
            </w:tcMar>
            <w:vAlign w:val="center"/>
          </w:tcPr>
          <w:p w14:paraId="7F72E36A" w14:textId="77777777" w:rsidR="00BB27C4" w:rsidRDefault="00000000">
            <w:pPr>
              <w:spacing w:after="0"/>
            </w:pPr>
            <w:r>
              <w:rPr>
                <w:b/>
                <w:color w:val="1F2933"/>
                <w:sz w:val="13"/>
              </w:rPr>
              <w:t>Dishwasher / other appliance</w:t>
            </w:r>
          </w:p>
        </w:tc>
        <w:tc>
          <w:tcPr>
            <w:tcW w:w="2566" w:type="dxa"/>
            <w:tcMar>
              <w:top w:w="45" w:type="dxa"/>
              <w:left w:w="45" w:type="dxa"/>
              <w:bottom w:w="45" w:type="dxa"/>
              <w:right w:w="45" w:type="dxa"/>
            </w:tcMar>
            <w:vAlign w:val="center"/>
          </w:tcPr>
          <w:p w14:paraId="758B5510" w14:textId="77777777" w:rsidR="00BB27C4" w:rsidRDefault="00BB27C4">
            <w:pPr>
              <w:spacing w:after="0"/>
              <w:jc w:val="center"/>
            </w:pPr>
          </w:p>
        </w:tc>
        <w:tc>
          <w:tcPr>
            <w:tcW w:w="2566" w:type="dxa"/>
            <w:tcMar>
              <w:top w:w="45" w:type="dxa"/>
              <w:left w:w="45" w:type="dxa"/>
              <w:bottom w:w="45" w:type="dxa"/>
              <w:right w:w="45" w:type="dxa"/>
            </w:tcMar>
            <w:vAlign w:val="center"/>
          </w:tcPr>
          <w:p w14:paraId="7D4B34E1" w14:textId="77777777" w:rsidR="00BB27C4" w:rsidRDefault="00BB27C4">
            <w:pPr>
              <w:spacing w:after="0"/>
              <w:jc w:val="center"/>
            </w:pPr>
          </w:p>
        </w:tc>
        <w:tc>
          <w:tcPr>
            <w:tcW w:w="2566" w:type="dxa"/>
            <w:tcMar>
              <w:top w:w="45" w:type="dxa"/>
              <w:left w:w="45" w:type="dxa"/>
              <w:bottom w:w="45" w:type="dxa"/>
              <w:right w:w="45" w:type="dxa"/>
            </w:tcMar>
            <w:vAlign w:val="center"/>
          </w:tcPr>
          <w:p w14:paraId="4938957F" w14:textId="77777777" w:rsidR="00BB27C4" w:rsidRDefault="00BB27C4">
            <w:pPr>
              <w:spacing w:after="0"/>
              <w:jc w:val="center"/>
            </w:pPr>
          </w:p>
        </w:tc>
        <w:tc>
          <w:tcPr>
            <w:tcW w:w="2566" w:type="dxa"/>
            <w:tcMar>
              <w:top w:w="45" w:type="dxa"/>
              <w:left w:w="45" w:type="dxa"/>
              <w:bottom w:w="45" w:type="dxa"/>
              <w:right w:w="45" w:type="dxa"/>
            </w:tcMar>
            <w:vAlign w:val="center"/>
          </w:tcPr>
          <w:p w14:paraId="1ACC096C" w14:textId="77777777" w:rsidR="00BB27C4" w:rsidRDefault="00BB27C4">
            <w:pPr>
              <w:spacing w:after="0"/>
              <w:jc w:val="center"/>
            </w:pPr>
          </w:p>
        </w:tc>
        <w:tc>
          <w:tcPr>
            <w:tcW w:w="2566" w:type="dxa"/>
            <w:tcMar>
              <w:top w:w="45" w:type="dxa"/>
              <w:left w:w="45" w:type="dxa"/>
              <w:bottom w:w="45" w:type="dxa"/>
              <w:right w:w="45" w:type="dxa"/>
            </w:tcMar>
            <w:vAlign w:val="center"/>
          </w:tcPr>
          <w:p w14:paraId="2092375F" w14:textId="77777777" w:rsidR="00BB27C4" w:rsidRDefault="00BB27C4">
            <w:pPr>
              <w:spacing w:after="0"/>
              <w:jc w:val="center"/>
            </w:pPr>
          </w:p>
        </w:tc>
      </w:tr>
      <w:tr w:rsidR="00BB27C4" w14:paraId="7794E9A1" w14:textId="77777777">
        <w:trPr>
          <w:jc w:val="center"/>
        </w:trPr>
        <w:tc>
          <w:tcPr>
            <w:tcW w:w="2566" w:type="dxa"/>
            <w:tcMar>
              <w:top w:w="45" w:type="dxa"/>
              <w:left w:w="45" w:type="dxa"/>
              <w:bottom w:w="45" w:type="dxa"/>
              <w:right w:w="45" w:type="dxa"/>
            </w:tcMar>
            <w:vAlign w:val="center"/>
          </w:tcPr>
          <w:p w14:paraId="062D8BED" w14:textId="77777777" w:rsidR="00BB27C4" w:rsidRDefault="00000000">
            <w:pPr>
              <w:spacing w:after="0"/>
            </w:pPr>
            <w:r>
              <w:rPr>
                <w:b/>
                <w:color w:val="1F2933"/>
                <w:sz w:val="13"/>
              </w:rPr>
              <w:t>Flooring</w:t>
            </w:r>
          </w:p>
        </w:tc>
        <w:tc>
          <w:tcPr>
            <w:tcW w:w="2566" w:type="dxa"/>
            <w:tcMar>
              <w:top w:w="45" w:type="dxa"/>
              <w:left w:w="45" w:type="dxa"/>
              <w:bottom w:w="45" w:type="dxa"/>
              <w:right w:w="45" w:type="dxa"/>
            </w:tcMar>
            <w:vAlign w:val="center"/>
          </w:tcPr>
          <w:p w14:paraId="1C5DAC89" w14:textId="77777777" w:rsidR="00BB27C4" w:rsidRDefault="00BB27C4">
            <w:pPr>
              <w:spacing w:after="0"/>
              <w:jc w:val="center"/>
            </w:pPr>
          </w:p>
        </w:tc>
        <w:tc>
          <w:tcPr>
            <w:tcW w:w="2566" w:type="dxa"/>
            <w:tcMar>
              <w:top w:w="45" w:type="dxa"/>
              <w:left w:w="45" w:type="dxa"/>
              <w:bottom w:w="45" w:type="dxa"/>
              <w:right w:w="45" w:type="dxa"/>
            </w:tcMar>
            <w:vAlign w:val="center"/>
          </w:tcPr>
          <w:p w14:paraId="50B0C867" w14:textId="77777777" w:rsidR="00BB27C4" w:rsidRDefault="00BB27C4">
            <w:pPr>
              <w:spacing w:after="0"/>
              <w:jc w:val="center"/>
            </w:pPr>
          </w:p>
        </w:tc>
        <w:tc>
          <w:tcPr>
            <w:tcW w:w="2566" w:type="dxa"/>
            <w:tcMar>
              <w:top w:w="45" w:type="dxa"/>
              <w:left w:w="45" w:type="dxa"/>
              <w:bottom w:w="45" w:type="dxa"/>
              <w:right w:w="45" w:type="dxa"/>
            </w:tcMar>
            <w:vAlign w:val="center"/>
          </w:tcPr>
          <w:p w14:paraId="2904FFF2" w14:textId="77777777" w:rsidR="00BB27C4" w:rsidRDefault="00BB27C4">
            <w:pPr>
              <w:spacing w:after="0"/>
              <w:jc w:val="center"/>
            </w:pPr>
          </w:p>
        </w:tc>
        <w:tc>
          <w:tcPr>
            <w:tcW w:w="2566" w:type="dxa"/>
            <w:tcMar>
              <w:top w:w="45" w:type="dxa"/>
              <w:left w:w="45" w:type="dxa"/>
              <w:bottom w:w="45" w:type="dxa"/>
              <w:right w:w="45" w:type="dxa"/>
            </w:tcMar>
            <w:vAlign w:val="center"/>
          </w:tcPr>
          <w:p w14:paraId="3FDBA94D" w14:textId="77777777" w:rsidR="00BB27C4" w:rsidRDefault="00BB27C4">
            <w:pPr>
              <w:spacing w:after="0"/>
              <w:jc w:val="center"/>
            </w:pPr>
          </w:p>
        </w:tc>
        <w:tc>
          <w:tcPr>
            <w:tcW w:w="2566" w:type="dxa"/>
            <w:tcMar>
              <w:top w:w="45" w:type="dxa"/>
              <w:left w:w="45" w:type="dxa"/>
              <w:bottom w:w="45" w:type="dxa"/>
              <w:right w:w="45" w:type="dxa"/>
            </w:tcMar>
            <w:vAlign w:val="center"/>
          </w:tcPr>
          <w:p w14:paraId="68FAC643" w14:textId="77777777" w:rsidR="00BB27C4" w:rsidRDefault="00BB27C4">
            <w:pPr>
              <w:spacing w:after="0"/>
              <w:jc w:val="center"/>
            </w:pPr>
          </w:p>
        </w:tc>
      </w:tr>
      <w:tr w:rsidR="00BB27C4" w14:paraId="19924D18" w14:textId="77777777">
        <w:trPr>
          <w:jc w:val="center"/>
        </w:trPr>
        <w:tc>
          <w:tcPr>
            <w:tcW w:w="2566" w:type="dxa"/>
            <w:tcMar>
              <w:top w:w="45" w:type="dxa"/>
              <w:left w:w="45" w:type="dxa"/>
              <w:bottom w:w="45" w:type="dxa"/>
              <w:right w:w="45" w:type="dxa"/>
            </w:tcMar>
            <w:vAlign w:val="center"/>
          </w:tcPr>
          <w:p w14:paraId="26D3B7E8" w14:textId="77777777" w:rsidR="00BB27C4" w:rsidRDefault="00000000">
            <w:pPr>
              <w:spacing w:after="0"/>
            </w:pPr>
            <w:r>
              <w:rPr>
                <w:b/>
                <w:color w:val="1F2933"/>
                <w:sz w:val="13"/>
              </w:rPr>
              <w:t>Walls / ceiling</w:t>
            </w:r>
          </w:p>
        </w:tc>
        <w:tc>
          <w:tcPr>
            <w:tcW w:w="2566" w:type="dxa"/>
            <w:tcMar>
              <w:top w:w="45" w:type="dxa"/>
              <w:left w:w="45" w:type="dxa"/>
              <w:bottom w:w="45" w:type="dxa"/>
              <w:right w:w="45" w:type="dxa"/>
            </w:tcMar>
            <w:vAlign w:val="center"/>
          </w:tcPr>
          <w:p w14:paraId="234300D8" w14:textId="77777777" w:rsidR="00BB27C4" w:rsidRDefault="00BB27C4">
            <w:pPr>
              <w:spacing w:after="0"/>
              <w:jc w:val="center"/>
            </w:pPr>
          </w:p>
        </w:tc>
        <w:tc>
          <w:tcPr>
            <w:tcW w:w="2566" w:type="dxa"/>
            <w:tcMar>
              <w:top w:w="45" w:type="dxa"/>
              <w:left w:w="45" w:type="dxa"/>
              <w:bottom w:w="45" w:type="dxa"/>
              <w:right w:w="45" w:type="dxa"/>
            </w:tcMar>
            <w:vAlign w:val="center"/>
          </w:tcPr>
          <w:p w14:paraId="5C8435D5" w14:textId="77777777" w:rsidR="00BB27C4" w:rsidRDefault="00BB27C4">
            <w:pPr>
              <w:spacing w:after="0"/>
              <w:jc w:val="center"/>
            </w:pPr>
          </w:p>
        </w:tc>
        <w:tc>
          <w:tcPr>
            <w:tcW w:w="2566" w:type="dxa"/>
            <w:tcMar>
              <w:top w:w="45" w:type="dxa"/>
              <w:left w:w="45" w:type="dxa"/>
              <w:bottom w:w="45" w:type="dxa"/>
              <w:right w:w="45" w:type="dxa"/>
            </w:tcMar>
            <w:vAlign w:val="center"/>
          </w:tcPr>
          <w:p w14:paraId="571224A3" w14:textId="77777777" w:rsidR="00BB27C4" w:rsidRDefault="00BB27C4">
            <w:pPr>
              <w:spacing w:after="0"/>
              <w:jc w:val="center"/>
            </w:pPr>
          </w:p>
        </w:tc>
        <w:tc>
          <w:tcPr>
            <w:tcW w:w="2566" w:type="dxa"/>
            <w:tcMar>
              <w:top w:w="45" w:type="dxa"/>
              <w:left w:w="45" w:type="dxa"/>
              <w:bottom w:w="45" w:type="dxa"/>
              <w:right w:w="45" w:type="dxa"/>
            </w:tcMar>
            <w:vAlign w:val="center"/>
          </w:tcPr>
          <w:p w14:paraId="6E146F82" w14:textId="77777777" w:rsidR="00BB27C4" w:rsidRDefault="00BB27C4">
            <w:pPr>
              <w:spacing w:after="0"/>
              <w:jc w:val="center"/>
            </w:pPr>
          </w:p>
        </w:tc>
        <w:tc>
          <w:tcPr>
            <w:tcW w:w="2566" w:type="dxa"/>
            <w:tcMar>
              <w:top w:w="45" w:type="dxa"/>
              <w:left w:w="45" w:type="dxa"/>
              <w:bottom w:w="45" w:type="dxa"/>
              <w:right w:w="45" w:type="dxa"/>
            </w:tcMar>
            <w:vAlign w:val="center"/>
          </w:tcPr>
          <w:p w14:paraId="2106B674" w14:textId="77777777" w:rsidR="00BB27C4" w:rsidRDefault="00BB27C4">
            <w:pPr>
              <w:spacing w:after="0"/>
              <w:jc w:val="center"/>
            </w:pPr>
          </w:p>
        </w:tc>
      </w:tr>
      <w:tr w:rsidR="00BB27C4" w14:paraId="5EADD538" w14:textId="77777777">
        <w:trPr>
          <w:jc w:val="center"/>
        </w:trPr>
        <w:tc>
          <w:tcPr>
            <w:tcW w:w="2566" w:type="dxa"/>
            <w:tcMar>
              <w:top w:w="45" w:type="dxa"/>
              <w:left w:w="45" w:type="dxa"/>
              <w:bottom w:w="45" w:type="dxa"/>
              <w:right w:w="45" w:type="dxa"/>
            </w:tcMar>
            <w:vAlign w:val="center"/>
          </w:tcPr>
          <w:p w14:paraId="1CA45A1A" w14:textId="77777777" w:rsidR="00BB27C4" w:rsidRDefault="00000000">
            <w:pPr>
              <w:spacing w:after="0"/>
            </w:pPr>
            <w:r>
              <w:rPr>
                <w:b/>
                <w:color w:val="1F2933"/>
                <w:sz w:val="13"/>
              </w:rPr>
              <w:t>Windows / blinds</w:t>
            </w:r>
          </w:p>
        </w:tc>
        <w:tc>
          <w:tcPr>
            <w:tcW w:w="2566" w:type="dxa"/>
            <w:tcMar>
              <w:top w:w="45" w:type="dxa"/>
              <w:left w:w="45" w:type="dxa"/>
              <w:bottom w:w="45" w:type="dxa"/>
              <w:right w:w="45" w:type="dxa"/>
            </w:tcMar>
            <w:vAlign w:val="center"/>
          </w:tcPr>
          <w:p w14:paraId="68215CC0" w14:textId="77777777" w:rsidR="00BB27C4" w:rsidRDefault="00BB27C4">
            <w:pPr>
              <w:spacing w:after="0"/>
              <w:jc w:val="center"/>
            </w:pPr>
          </w:p>
        </w:tc>
        <w:tc>
          <w:tcPr>
            <w:tcW w:w="2566" w:type="dxa"/>
            <w:tcMar>
              <w:top w:w="45" w:type="dxa"/>
              <w:left w:w="45" w:type="dxa"/>
              <w:bottom w:w="45" w:type="dxa"/>
              <w:right w:w="45" w:type="dxa"/>
            </w:tcMar>
            <w:vAlign w:val="center"/>
          </w:tcPr>
          <w:p w14:paraId="62F032A0" w14:textId="77777777" w:rsidR="00BB27C4" w:rsidRDefault="00BB27C4">
            <w:pPr>
              <w:spacing w:after="0"/>
              <w:jc w:val="center"/>
            </w:pPr>
          </w:p>
        </w:tc>
        <w:tc>
          <w:tcPr>
            <w:tcW w:w="2566" w:type="dxa"/>
            <w:tcMar>
              <w:top w:w="45" w:type="dxa"/>
              <w:left w:w="45" w:type="dxa"/>
              <w:bottom w:w="45" w:type="dxa"/>
              <w:right w:w="45" w:type="dxa"/>
            </w:tcMar>
            <w:vAlign w:val="center"/>
          </w:tcPr>
          <w:p w14:paraId="33D30E26" w14:textId="77777777" w:rsidR="00BB27C4" w:rsidRDefault="00BB27C4">
            <w:pPr>
              <w:spacing w:after="0"/>
              <w:jc w:val="center"/>
            </w:pPr>
          </w:p>
        </w:tc>
        <w:tc>
          <w:tcPr>
            <w:tcW w:w="2566" w:type="dxa"/>
            <w:tcMar>
              <w:top w:w="45" w:type="dxa"/>
              <w:left w:w="45" w:type="dxa"/>
              <w:bottom w:w="45" w:type="dxa"/>
              <w:right w:w="45" w:type="dxa"/>
            </w:tcMar>
            <w:vAlign w:val="center"/>
          </w:tcPr>
          <w:p w14:paraId="42D2A278" w14:textId="77777777" w:rsidR="00BB27C4" w:rsidRDefault="00BB27C4">
            <w:pPr>
              <w:spacing w:after="0"/>
              <w:jc w:val="center"/>
            </w:pPr>
          </w:p>
        </w:tc>
        <w:tc>
          <w:tcPr>
            <w:tcW w:w="2566" w:type="dxa"/>
            <w:tcMar>
              <w:top w:w="45" w:type="dxa"/>
              <w:left w:w="45" w:type="dxa"/>
              <w:bottom w:w="45" w:type="dxa"/>
              <w:right w:w="45" w:type="dxa"/>
            </w:tcMar>
            <w:vAlign w:val="center"/>
          </w:tcPr>
          <w:p w14:paraId="25AFA731" w14:textId="77777777" w:rsidR="00BB27C4" w:rsidRDefault="00BB27C4">
            <w:pPr>
              <w:spacing w:after="0"/>
              <w:jc w:val="center"/>
            </w:pPr>
          </w:p>
        </w:tc>
      </w:tr>
      <w:tr w:rsidR="00BB27C4" w14:paraId="543A0379" w14:textId="77777777">
        <w:trPr>
          <w:jc w:val="center"/>
        </w:trPr>
        <w:tc>
          <w:tcPr>
            <w:tcW w:w="2566" w:type="dxa"/>
            <w:tcMar>
              <w:top w:w="45" w:type="dxa"/>
              <w:left w:w="45" w:type="dxa"/>
              <w:bottom w:w="45" w:type="dxa"/>
              <w:right w:w="45" w:type="dxa"/>
            </w:tcMar>
            <w:vAlign w:val="center"/>
          </w:tcPr>
          <w:p w14:paraId="4DD9BE0D" w14:textId="77777777" w:rsidR="00BB27C4" w:rsidRDefault="00000000">
            <w:pPr>
              <w:spacing w:after="0"/>
            </w:pPr>
            <w:r>
              <w:rPr>
                <w:b/>
                <w:color w:val="1F2933"/>
                <w:sz w:val="13"/>
              </w:rPr>
              <w:t>Lighting / sockets</w:t>
            </w:r>
          </w:p>
        </w:tc>
        <w:tc>
          <w:tcPr>
            <w:tcW w:w="2566" w:type="dxa"/>
            <w:tcMar>
              <w:top w:w="45" w:type="dxa"/>
              <w:left w:w="45" w:type="dxa"/>
              <w:bottom w:w="45" w:type="dxa"/>
              <w:right w:w="45" w:type="dxa"/>
            </w:tcMar>
            <w:vAlign w:val="center"/>
          </w:tcPr>
          <w:p w14:paraId="355CEA77" w14:textId="77777777" w:rsidR="00BB27C4" w:rsidRDefault="00BB27C4">
            <w:pPr>
              <w:spacing w:after="0"/>
              <w:jc w:val="center"/>
            </w:pPr>
          </w:p>
        </w:tc>
        <w:tc>
          <w:tcPr>
            <w:tcW w:w="2566" w:type="dxa"/>
            <w:tcMar>
              <w:top w:w="45" w:type="dxa"/>
              <w:left w:w="45" w:type="dxa"/>
              <w:bottom w:w="45" w:type="dxa"/>
              <w:right w:w="45" w:type="dxa"/>
            </w:tcMar>
            <w:vAlign w:val="center"/>
          </w:tcPr>
          <w:p w14:paraId="489BA6BB" w14:textId="77777777" w:rsidR="00BB27C4" w:rsidRDefault="00BB27C4">
            <w:pPr>
              <w:spacing w:after="0"/>
              <w:jc w:val="center"/>
            </w:pPr>
          </w:p>
        </w:tc>
        <w:tc>
          <w:tcPr>
            <w:tcW w:w="2566" w:type="dxa"/>
            <w:tcMar>
              <w:top w:w="45" w:type="dxa"/>
              <w:left w:w="45" w:type="dxa"/>
              <w:bottom w:w="45" w:type="dxa"/>
              <w:right w:w="45" w:type="dxa"/>
            </w:tcMar>
            <w:vAlign w:val="center"/>
          </w:tcPr>
          <w:p w14:paraId="16582310" w14:textId="77777777" w:rsidR="00BB27C4" w:rsidRDefault="00BB27C4">
            <w:pPr>
              <w:spacing w:after="0"/>
              <w:jc w:val="center"/>
            </w:pPr>
          </w:p>
        </w:tc>
        <w:tc>
          <w:tcPr>
            <w:tcW w:w="2566" w:type="dxa"/>
            <w:tcMar>
              <w:top w:w="45" w:type="dxa"/>
              <w:left w:w="45" w:type="dxa"/>
              <w:bottom w:w="45" w:type="dxa"/>
              <w:right w:w="45" w:type="dxa"/>
            </w:tcMar>
            <w:vAlign w:val="center"/>
          </w:tcPr>
          <w:p w14:paraId="4E45C918" w14:textId="77777777" w:rsidR="00BB27C4" w:rsidRDefault="00BB27C4">
            <w:pPr>
              <w:spacing w:after="0"/>
              <w:jc w:val="center"/>
            </w:pPr>
          </w:p>
        </w:tc>
        <w:tc>
          <w:tcPr>
            <w:tcW w:w="2566" w:type="dxa"/>
            <w:tcMar>
              <w:top w:w="45" w:type="dxa"/>
              <w:left w:w="45" w:type="dxa"/>
              <w:bottom w:w="45" w:type="dxa"/>
              <w:right w:w="45" w:type="dxa"/>
            </w:tcMar>
            <w:vAlign w:val="center"/>
          </w:tcPr>
          <w:p w14:paraId="664084F8" w14:textId="77777777" w:rsidR="00BB27C4" w:rsidRDefault="00BB27C4">
            <w:pPr>
              <w:spacing w:after="0"/>
              <w:jc w:val="center"/>
            </w:pPr>
          </w:p>
        </w:tc>
      </w:tr>
    </w:tbl>
    <w:p w14:paraId="50A40994" w14:textId="77777777" w:rsidR="00BB27C4" w:rsidRDefault="00000000">
      <w:r>
        <w:br w:type="page"/>
      </w:r>
    </w:p>
    <w:p w14:paraId="40105DB0" w14:textId="77777777" w:rsidR="00BB27C4" w:rsidRDefault="00000000">
      <w:pPr>
        <w:spacing w:after="40"/>
      </w:pPr>
      <w:r>
        <w:rPr>
          <w:rFonts w:ascii="Aptos Display" w:hAnsi="Aptos Display"/>
          <w:b/>
          <w:color w:val="102632"/>
          <w:sz w:val="36"/>
        </w:rPr>
        <w:lastRenderedPageBreak/>
        <w:t>ROOM-BY-ROOM INVENTORY</w:t>
      </w:r>
    </w:p>
    <w:p w14:paraId="4EE70A7E" w14:textId="77777777" w:rsidR="00BB27C4" w:rsidRDefault="00000000">
      <w:pPr>
        <w:spacing w:after="80"/>
      </w:pPr>
      <w:r>
        <w:rPr>
          <w:color w:val="6B7280"/>
        </w:rPr>
        <w:t>Bathroom and WC.</w:t>
      </w: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4688"/>
      </w:tblGrid>
      <w:tr w:rsidR="00BB27C4" w14:paraId="2A1040DC" w14:textId="77777777">
        <w:trPr>
          <w:jc w:val="center"/>
        </w:trPr>
        <w:tc>
          <w:tcPr>
            <w:tcW w:w="14688" w:type="dxa"/>
            <w:shd w:val="clear" w:color="auto" w:fill="F2EBDC"/>
            <w:tcMar>
              <w:top w:w="45" w:type="dxa"/>
              <w:left w:w="45" w:type="dxa"/>
              <w:bottom w:w="45" w:type="dxa"/>
              <w:right w:w="45" w:type="dxa"/>
            </w:tcMar>
            <w:vAlign w:val="center"/>
          </w:tcPr>
          <w:p w14:paraId="108A70A6" w14:textId="77777777" w:rsidR="00BB27C4" w:rsidRDefault="00000000">
            <w:pPr>
              <w:spacing w:after="0"/>
            </w:pPr>
            <w:r>
              <w:rPr>
                <w:b/>
                <w:color w:val="102632"/>
                <w:sz w:val="18"/>
              </w:rPr>
              <w:t>BATHROOM / WC / EN-SUITE</w:t>
            </w:r>
          </w:p>
        </w:tc>
      </w:tr>
    </w:tbl>
    <w:p w14:paraId="4C95065F" w14:textId="77777777" w:rsidR="00BB27C4" w:rsidRDefault="00BB27C4">
      <w:pPr>
        <w:spacing w:after="20"/>
      </w:pP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2592"/>
        <w:gridCol w:w="2736"/>
        <w:gridCol w:w="2566"/>
        <w:gridCol w:w="2566"/>
        <w:gridCol w:w="2880"/>
        <w:gridCol w:w="2566"/>
      </w:tblGrid>
      <w:tr w:rsidR="00BB27C4" w14:paraId="2DD72317" w14:textId="77777777">
        <w:trPr>
          <w:jc w:val="center"/>
        </w:trPr>
        <w:tc>
          <w:tcPr>
            <w:tcW w:w="2592" w:type="dxa"/>
            <w:shd w:val="clear" w:color="auto" w:fill="102632"/>
            <w:tcMar>
              <w:top w:w="45" w:type="dxa"/>
              <w:left w:w="45" w:type="dxa"/>
              <w:bottom w:w="45" w:type="dxa"/>
              <w:right w:w="45" w:type="dxa"/>
            </w:tcMar>
            <w:vAlign w:val="center"/>
          </w:tcPr>
          <w:p w14:paraId="0C224B2C" w14:textId="77777777" w:rsidR="00BB27C4" w:rsidRDefault="00000000">
            <w:pPr>
              <w:spacing w:after="0"/>
              <w:jc w:val="center"/>
            </w:pPr>
            <w:r>
              <w:rPr>
                <w:b/>
                <w:color w:val="F2EBDC"/>
                <w:sz w:val="13"/>
              </w:rPr>
              <w:t>Item / Area</w:t>
            </w:r>
          </w:p>
        </w:tc>
        <w:tc>
          <w:tcPr>
            <w:tcW w:w="2736" w:type="dxa"/>
            <w:shd w:val="clear" w:color="auto" w:fill="102632"/>
            <w:tcMar>
              <w:top w:w="45" w:type="dxa"/>
              <w:left w:w="45" w:type="dxa"/>
              <w:bottom w:w="45" w:type="dxa"/>
              <w:right w:w="45" w:type="dxa"/>
            </w:tcMar>
            <w:vAlign w:val="center"/>
          </w:tcPr>
          <w:p w14:paraId="1AAA969A" w14:textId="77777777" w:rsidR="00BB27C4" w:rsidRDefault="00000000">
            <w:pPr>
              <w:spacing w:after="0"/>
              <w:jc w:val="center"/>
            </w:pPr>
            <w:r>
              <w:rPr>
                <w:b/>
                <w:color w:val="F2EBDC"/>
                <w:sz w:val="13"/>
              </w:rPr>
              <w:t>Description / Specification</w:t>
            </w:r>
          </w:p>
        </w:tc>
        <w:tc>
          <w:tcPr>
            <w:tcW w:w="1584" w:type="dxa"/>
            <w:shd w:val="clear" w:color="auto" w:fill="102632"/>
            <w:tcMar>
              <w:top w:w="45" w:type="dxa"/>
              <w:left w:w="45" w:type="dxa"/>
              <w:bottom w:w="45" w:type="dxa"/>
              <w:right w:w="45" w:type="dxa"/>
            </w:tcMar>
            <w:vAlign w:val="center"/>
          </w:tcPr>
          <w:p w14:paraId="1D604D97" w14:textId="77777777" w:rsidR="00BB27C4" w:rsidRDefault="00000000">
            <w:pPr>
              <w:spacing w:after="0"/>
              <w:jc w:val="center"/>
            </w:pPr>
            <w:r>
              <w:rPr>
                <w:b/>
                <w:color w:val="F2EBDC"/>
                <w:sz w:val="13"/>
              </w:rPr>
              <w:t>Condition</w:t>
            </w:r>
          </w:p>
        </w:tc>
        <w:tc>
          <w:tcPr>
            <w:tcW w:w="1152" w:type="dxa"/>
            <w:shd w:val="clear" w:color="auto" w:fill="102632"/>
            <w:tcMar>
              <w:top w:w="45" w:type="dxa"/>
              <w:left w:w="45" w:type="dxa"/>
              <w:bottom w:w="45" w:type="dxa"/>
              <w:right w:w="45" w:type="dxa"/>
            </w:tcMar>
            <w:vAlign w:val="center"/>
          </w:tcPr>
          <w:p w14:paraId="128D63D0" w14:textId="77777777" w:rsidR="00BB27C4" w:rsidRDefault="00000000">
            <w:pPr>
              <w:spacing w:after="0"/>
              <w:jc w:val="center"/>
            </w:pPr>
            <w:r>
              <w:rPr>
                <w:b/>
                <w:color w:val="F2EBDC"/>
                <w:sz w:val="13"/>
              </w:rPr>
              <w:t>Clean</w:t>
            </w:r>
          </w:p>
        </w:tc>
        <w:tc>
          <w:tcPr>
            <w:tcW w:w="2880" w:type="dxa"/>
            <w:shd w:val="clear" w:color="auto" w:fill="102632"/>
            <w:tcMar>
              <w:top w:w="45" w:type="dxa"/>
              <w:left w:w="45" w:type="dxa"/>
              <w:bottom w:w="45" w:type="dxa"/>
              <w:right w:w="45" w:type="dxa"/>
            </w:tcMar>
            <w:vAlign w:val="center"/>
          </w:tcPr>
          <w:p w14:paraId="553AE0C1" w14:textId="77777777" w:rsidR="00BB27C4" w:rsidRDefault="00000000">
            <w:pPr>
              <w:spacing w:after="0"/>
              <w:jc w:val="center"/>
            </w:pPr>
            <w:r>
              <w:rPr>
                <w:b/>
                <w:color w:val="F2EBDC"/>
                <w:sz w:val="13"/>
              </w:rPr>
              <w:t>Defects / Comments</w:t>
            </w:r>
          </w:p>
        </w:tc>
        <w:tc>
          <w:tcPr>
            <w:tcW w:w="1008" w:type="dxa"/>
            <w:shd w:val="clear" w:color="auto" w:fill="102632"/>
            <w:tcMar>
              <w:top w:w="45" w:type="dxa"/>
              <w:left w:w="45" w:type="dxa"/>
              <w:bottom w:w="45" w:type="dxa"/>
              <w:right w:w="45" w:type="dxa"/>
            </w:tcMar>
            <w:vAlign w:val="center"/>
          </w:tcPr>
          <w:p w14:paraId="4ECD1CCF" w14:textId="77777777" w:rsidR="00BB27C4" w:rsidRDefault="00000000">
            <w:pPr>
              <w:spacing w:after="0"/>
              <w:jc w:val="center"/>
            </w:pPr>
            <w:r>
              <w:rPr>
                <w:b/>
                <w:color w:val="F2EBDC"/>
                <w:sz w:val="13"/>
              </w:rPr>
              <w:t>Photo</w:t>
            </w:r>
          </w:p>
        </w:tc>
      </w:tr>
      <w:tr w:rsidR="00BB27C4" w14:paraId="36A3FF8B" w14:textId="77777777">
        <w:trPr>
          <w:jc w:val="center"/>
        </w:trPr>
        <w:tc>
          <w:tcPr>
            <w:tcW w:w="2566" w:type="dxa"/>
            <w:tcMar>
              <w:top w:w="45" w:type="dxa"/>
              <w:left w:w="45" w:type="dxa"/>
              <w:bottom w:w="45" w:type="dxa"/>
              <w:right w:w="45" w:type="dxa"/>
            </w:tcMar>
            <w:vAlign w:val="center"/>
          </w:tcPr>
          <w:p w14:paraId="316A06CB" w14:textId="77777777" w:rsidR="00BB27C4" w:rsidRDefault="00000000">
            <w:pPr>
              <w:spacing w:after="0"/>
            </w:pPr>
            <w:r>
              <w:rPr>
                <w:b/>
                <w:color w:val="1F2933"/>
                <w:sz w:val="13"/>
              </w:rPr>
              <w:t>Bath / shower / enclosure</w:t>
            </w:r>
          </w:p>
        </w:tc>
        <w:tc>
          <w:tcPr>
            <w:tcW w:w="2566" w:type="dxa"/>
            <w:tcMar>
              <w:top w:w="45" w:type="dxa"/>
              <w:left w:w="45" w:type="dxa"/>
              <w:bottom w:w="45" w:type="dxa"/>
              <w:right w:w="45" w:type="dxa"/>
            </w:tcMar>
            <w:vAlign w:val="center"/>
          </w:tcPr>
          <w:p w14:paraId="4B9360A1" w14:textId="77777777" w:rsidR="00BB27C4" w:rsidRDefault="00BB27C4">
            <w:pPr>
              <w:spacing w:after="0"/>
              <w:jc w:val="center"/>
            </w:pPr>
          </w:p>
        </w:tc>
        <w:tc>
          <w:tcPr>
            <w:tcW w:w="2566" w:type="dxa"/>
            <w:tcMar>
              <w:top w:w="45" w:type="dxa"/>
              <w:left w:w="45" w:type="dxa"/>
              <w:bottom w:w="45" w:type="dxa"/>
              <w:right w:w="45" w:type="dxa"/>
            </w:tcMar>
            <w:vAlign w:val="center"/>
          </w:tcPr>
          <w:p w14:paraId="6FEED3E2" w14:textId="77777777" w:rsidR="00BB27C4" w:rsidRDefault="00BB27C4">
            <w:pPr>
              <w:spacing w:after="0"/>
              <w:jc w:val="center"/>
            </w:pPr>
          </w:p>
        </w:tc>
        <w:tc>
          <w:tcPr>
            <w:tcW w:w="2566" w:type="dxa"/>
            <w:tcMar>
              <w:top w:w="45" w:type="dxa"/>
              <w:left w:w="45" w:type="dxa"/>
              <w:bottom w:w="45" w:type="dxa"/>
              <w:right w:w="45" w:type="dxa"/>
            </w:tcMar>
            <w:vAlign w:val="center"/>
          </w:tcPr>
          <w:p w14:paraId="3843654F" w14:textId="77777777" w:rsidR="00BB27C4" w:rsidRDefault="00BB27C4">
            <w:pPr>
              <w:spacing w:after="0"/>
              <w:jc w:val="center"/>
            </w:pPr>
          </w:p>
        </w:tc>
        <w:tc>
          <w:tcPr>
            <w:tcW w:w="2566" w:type="dxa"/>
            <w:tcMar>
              <w:top w:w="45" w:type="dxa"/>
              <w:left w:w="45" w:type="dxa"/>
              <w:bottom w:w="45" w:type="dxa"/>
              <w:right w:w="45" w:type="dxa"/>
            </w:tcMar>
            <w:vAlign w:val="center"/>
          </w:tcPr>
          <w:p w14:paraId="0C926A3C" w14:textId="77777777" w:rsidR="00BB27C4" w:rsidRDefault="00BB27C4">
            <w:pPr>
              <w:spacing w:after="0"/>
              <w:jc w:val="center"/>
            </w:pPr>
          </w:p>
        </w:tc>
        <w:tc>
          <w:tcPr>
            <w:tcW w:w="2566" w:type="dxa"/>
            <w:tcMar>
              <w:top w:w="45" w:type="dxa"/>
              <w:left w:w="45" w:type="dxa"/>
              <w:bottom w:w="45" w:type="dxa"/>
              <w:right w:w="45" w:type="dxa"/>
            </w:tcMar>
            <w:vAlign w:val="center"/>
          </w:tcPr>
          <w:p w14:paraId="68022DCD" w14:textId="77777777" w:rsidR="00BB27C4" w:rsidRDefault="00BB27C4">
            <w:pPr>
              <w:spacing w:after="0"/>
              <w:jc w:val="center"/>
            </w:pPr>
          </w:p>
        </w:tc>
      </w:tr>
      <w:tr w:rsidR="00BB27C4" w14:paraId="0D888C49" w14:textId="77777777">
        <w:trPr>
          <w:jc w:val="center"/>
        </w:trPr>
        <w:tc>
          <w:tcPr>
            <w:tcW w:w="2566" w:type="dxa"/>
            <w:tcMar>
              <w:top w:w="45" w:type="dxa"/>
              <w:left w:w="45" w:type="dxa"/>
              <w:bottom w:w="45" w:type="dxa"/>
              <w:right w:w="45" w:type="dxa"/>
            </w:tcMar>
            <w:vAlign w:val="center"/>
          </w:tcPr>
          <w:p w14:paraId="4C8F4AD1" w14:textId="77777777" w:rsidR="00BB27C4" w:rsidRDefault="00000000">
            <w:pPr>
              <w:spacing w:after="0"/>
            </w:pPr>
            <w:r>
              <w:rPr>
                <w:b/>
                <w:color w:val="1F2933"/>
                <w:sz w:val="13"/>
              </w:rPr>
              <w:t>WC / cistern / seat</w:t>
            </w:r>
          </w:p>
        </w:tc>
        <w:tc>
          <w:tcPr>
            <w:tcW w:w="2566" w:type="dxa"/>
            <w:tcMar>
              <w:top w:w="45" w:type="dxa"/>
              <w:left w:w="45" w:type="dxa"/>
              <w:bottom w:w="45" w:type="dxa"/>
              <w:right w:w="45" w:type="dxa"/>
            </w:tcMar>
            <w:vAlign w:val="center"/>
          </w:tcPr>
          <w:p w14:paraId="30360D2B" w14:textId="77777777" w:rsidR="00BB27C4" w:rsidRDefault="00BB27C4">
            <w:pPr>
              <w:spacing w:after="0"/>
              <w:jc w:val="center"/>
            </w:pPr>
          </w:p>
        </w:tc>
        <w:tc>
          <w:tcPr>
            <w:tcW w:w="2566" w:type="dxa"/>
            <w:tcMar>
              <w:top w:w="45" w:type="dxa"/>
              <w:left w:w="45" w:type="dxa"/>
              <w:bottom w:w="45" w:type="dxa"/>
              <w:right w:w="45" w:type="dxa"/>
            </w:tcMar>
            <w:vAlign w:val="center"/>
          </w:tcPr>
          <w:p w14:paraId="24A3EAE9" w14:textId="77777777" w:rsidR="00BB27C4" w:rsidRDefault="00BB27C4">
            <w:pPr>
              <w:spacing w:after="0"/>
              <w:jc w:val="center"/>
            </w:pPr>
          </w:p>
        </w:tc>
        <w:tc>
          <w:tcPr>
            <w:tcW w:w="2566" w:type="dxa"/>
            <w:tcMar>
              <w:top w:w="45" w:type="dxa"/>
              <w:left w:w="45" w:type="dxa"/>
              <w:bottom w:w="45" w:type="dxa"/>
              <w:right w:w="45" w:type="dxa"/>
            </w:tcMar>
            <w:vAlign w:val="center"/>
          </w:tcPr>
          <w:p w14:paraId="3F77C0A4" w14:textId="77777777" w:rsidR="00BB27C4" w:rsidRDefault="00BB27C4">
            <w:pPr>
              <w:spacing w:after="0"/>
              <w:jc w:val="center"/>
            </w:pPr>
          </w:p>
        </w:tc>
        <w:tc>
          <w:tcPr>
            <w:tcW w:w="2566" w:type="dxa"/>
            <w:tcMar>
              <w:top w:w="45" w:type="dxa"/>
              <w:left w:w="45" w:type="dxa"/>
              <w:bottom w:w="45" w:type="dxa"/>
              <w:right w:w="45" w:type="dxa"/>
            </w:tcMar>
            <w:vAlign w:val="center"/>
          </w:tcPr>
          <w:p w14:paraId="70261ECE" w14:textId="77777777" w:rsidR="00BB27C4" w:rsidRDefault="00BB27C4">
            <w:pPr>
              <w:spacing w:after="0"/>
              <w:jc w:val="center"/>
            </w:pPr>
          </w:p>
        </w:tc>
        <w:tc>
          <w:tcPr>
            <w:tcW w:w="2566" w:type="dxa"/>
            <w:tcMar>
              <w:top w:w="45" w:type="dxa"/>
              <w:left w:w="45" w:type="dxa"/>
              <w:bottom w:w="45" w:type="dxa"/>
              <w:right w:w="45" w:type="dxa"/>
            </w:tcMar>
            <w:vAlign w:val="center"/>
          </w:tcPr>
          <w:p w14:paraId="0178ACC4" w14:textId="77777777" w:rsidR="00BB27C4" w:rsidRDefault="00BB27C4">
            <w:pPr>
              <w:spacing w:after="0"/>
              <w:jc w:val="center"/>
            </w:pPr>
          </w:p>
        </w:tc>
      </w:tr>
      <w:tr w:rsidR="00BB27C4" w14:paraId="59D77FF6" w14:textId="77777777">
        <w:trPr>
          <w:jc w:val="center"/>
        </w:trPr>
        <w:tc>
          <w:tcPr>
            <w:tcW w:w="2566" w:type="dxa"/>
            <w:tcMar>
              <w:top w:w="45" w:type="dxa"/>
              <w:left w:w="45" w:type="dxa"/>
              <w:bottom w:w="45" w:type="dxa"/>
              <w:right w:w="45" w:type="dxa"/>
            </w:tcMar>
            <w:vAlign w:val="center"/>
          </w:tcPr>
          <w:p w14:paraId="4A7A7F06" w14:textId="77777777" w:rsidR="00BB27C4" w:rsidRDefault="00000000">
            <w:pPr>
              <w:spacing w:after="0"/>
            </w:pPr>
            <w:r>
              <w:rPr>
                <w:b/>
                <w:color w:val="1F2933"/>
                <w:sz w:val="13"/>
              </w:rPr>
              <w:t>Basin / taps / waste</w:t>
            </w:r>
          </w:p>
        </w:tc>
        <w:tc>
          <w:tcPr>
            <w:tcW w:w="2566" w:type="dxa"/>
            <w:tcMar>
              <w:top w:w="45" w:type="dxa"/>
              <w:left w:w="45" w:type="dxa"/>
              <w:bottom w:w="45" w:type="dxa"/>
              <w:right w:w="45" w:type="dxa"/>
            </w:tcMar>
            <w:vAlign w:val="center"/>
          </w:tcPr>
          <w:p w14:paraId="5867D87D" w14:textId="77777777" w:rsidR="00BB27C4" w:rsidRDefault="00BB27C4">
            <w:pPr>
              <w:spacing w:after="0"/>
              <w:jc w:val="center"/>
            </w:pPr>
          </w:p>
        </w:tc>
        <w:tc>
          <w:tcPr>
            <w:tcW w:w="2566" w:type="dxa"/>
            <w:tcMar>
              <w:top w:w="45" w:type="dxa"/>
              <w:left w:w="45" w:type="dxa"/>
              <w:bottom w:w="45" w:type="dxa"/>
              <w:right w:w="45" w:type="dxa"/>
            </w:tcMar>
            <w:vAlign w:val="center"/>
          </w:tcPr>
          <w:p w14:paraId="22E92AB3" w14:textId="77777777" w:rsidR="00BB27C4" w:rsidRDefault="00BB27C4">
            <w:pPr>
              <w:spacing w:after="0"/>
              <w:jc w:val="center"/>
            </w:pPr>
          </w:p>
        </w:tc>
        <w:tc>
          <w:tcPr>
            <w:tcW w:w="2566" w:type="dxa"/>
            <w:tcMar>
              <w:top w:w="45" w:type="dxa"/>
              <w:left w:w="45" w:type="dxa"/>
              <w:bottom w:w="45" w:type="dxa"/>
              <w:right w:w="45" w:type="dxa"/>
            </w:tcMar>
            <w:vAlign w:val="center"/>
          </w:tcPr>
          <w:p w14:paraId="6617CF18" w14:textId="77777777" w:rsidR="00BB27C4" w:rsidRDefault="00BB27C4">
            <w:pPr>
              <w:spacing w:after="0"/>
              <w:jc w:val="center"/>
            </w:pPr>
          </w:p>
        </w:tc>
        <w:tc>
          <w:tcPr>
            <w:tcW w:w="2566" w:type="dxa"/>
            <w:tcMar>
              <w:top w:w="45" w:type="dxa"/>
              <w:left w:w="45" w:type="dxa"/>
              <w:bottom w:w="45" w:type="dxa"/>
              <w:right w:w="45" w:type="dxa"/>
            </w:tcMar>
            <w:vAlign w:val="center"/>
          </w:tcPr>
          <w:p w14:paraId="3A70C328" w14:textId="77777777" w:rsidR="00BB27C4" w:rsidRDefault="00BB27C4">
            <w:pPr>
              <w:spacing w:after="0"/>
              <w:jc w:val="center"/>
            </w:pPr>
          </w:p>
        </w:tc>
        <w:tc>
          <w:tcPr>
            <w:tcW w:w="2566" w:type="dxa"/>
            <w:tcMar>
              <w:top w:w="45" w:type="dxa"/>
              <w:left w:w="45" w:type="dxa"/>
              <w:bottom w:w="45" w:type="dxa"/>
              <w:right w:w="45" w:type="dxa"/>
            </w:tcMar>
            <w:vAlign w:val="center"/>
          </w:tcPr>
          <w:p w14:paraId="12FB9D8A" w14:textId="77777777" w:rsidR="00BB27C4" w:rsidRDefault="00BB27C4">
            <w:pPr>
              <w:spacing w:after="0"/>
              <w:jc w:val="center"/>
            </w:pPr>
          </w:p>
        </w:tc>
      </w:tr>
      <w:tr w:rsidR="00BB27C4" w14:paraId="0CF5934A" w14:textId="77777777">
        <w:trPr>
          <w:jc w:val="center"/>
        </w:trPr>
        <w:tc>
          <w:tcPr>
            <w:tcW w:w="2566" w:type="dxa"/>
            <w:tcMar>
              <w:top w:w="45" w:type="dxa"/>
              <w:left w:w="45" w:type="dxa"/>
              <w:bottom w:w="45" w:type="dxa"/>
              <w:right w:w="45" w:type="dxa"/>
            </w:tcMar>
            <w:vAlign w:val="center"/>
          </w:tcPr>
          <w:p w14:paraId="3B54EF7D" w14:textId="77777777" w:rsidR="00BB27C4" w:rsidRDefault="00000000">
            <w:pPr>
              <w:spacing w:after="0"/>
            </w:pPr>
            <w:r>
              <w:rPr>
                <w:b/>
                <w:color w:val="1F2933"/>
                <w:sz w:val="13"/>
              </w:rPr>
              <w:t>Mirror / accessories</w:t>
            </w:r>
          </w:p>
        </w:tc>
        <w:tc>
          <w:tcPr>
            <w:tcW w:w="2566" w:type="dxa"/>
            <w:tcMar>
              <w:top w:w="45" w:type="dxa"/>
              <w:left w:w="45" w:type="dxa"/>
              <w:bottom w:w="45" w:type="dxa"/>
              <w:right w:w="45" w:type="dxa"/>
            </w:tcMar>
            <w:vAlign w:val="center"/>
          </w:tcPr>
          <w:p w14:paraId="44745032" w14:textId="77777777" w:rsidR="00BB27C4" w:rsidRDefault="00BB27C4">
            <w:pPr>
              <w:spacing w:after="0"/>
              <w:jc w:val="center"/>
            </w:pPr>
          </w:p>
        </w:tc>
        <w:tc>
          <w:tcPr>
            <w:tcW w:w="2566" w:type="dxa"/>
            <w:tcMar>
              <w:top w:w="45" w:type="dxa"/>
              <w:left w:w="45" w:type="dxa"/>
              <w:bottom w:w="45" w:type="dxa"/>
              <w:right w:w="45" w:type="dxa"/>
            </w:tcMar>
            <w:vAlign w:val="center"/>
          </w:tcPr>
          <w:p w14:paraId="3D357A70" w14:textId="77777777" w:rsidR="00BB27C4" w:rsidRDefault="00BB27C4">
            <w:pPr>
              <w:spacing w:after="0"/>
              <w:jc w:val="center"/>
            </w:pPr>
          </w:p>
        </w:tc>
        <w:tc>
          <w:tcPr>
            <w:tcW w:w="2566" w:type="dxa"/>
            <w:tcMar>
              <w:top w:w="45" w:type="dxa"/>
              <w:left w:w="45" w:type="dxa"/>
              <w:bottom w:w="45" w:type="dxa"/>
              <w:right w:w="45" w:type="dxa"/>
            </w:tcMar>
            <w:vAlign w:val="center"/>
          </w:tcPr>
          <w:p w14:paraId="47A6E039" w14:textId="77777777" w:rsidR="00BB27C4" w:rsidRDefault="00BB27C4">
            <w:pPr>
              <w:spacing w:after="0"/>
              <w:jc w:val="center"/>
            </w:pPr>
          </w:p>
        </w:tc>
        <w:tc>
          <w:tcPr>
            <w:tcW w:w="2566" w:type="dxa"/>
            <w:tcMar>
              <w:top w:w="45" w:type="dxa"/>
              <w:left w:w="45" w:type="dxa"/>
              <w:bottom w:w="45" w:type="dxa"/>
              <w:right w:w="45" w:type="dxa"/>
            </w:tcMar>
            <w:vAlign w:val="center"/>
          </w:tcPr>
          <w:p w14:paraId="67F4B3C3" w14:textId="77777777" w:rsidR="00BB27C4" w:rsidRDefault="00BB27C4">
            <w:pPr>
              <w:spacing w:after="0"/>
              <w:jc w:val="center"/>
            </w:pPr>
          </w:p>
        </w:tc>
        <w:tc>
          <w:tcPr>
            <w:tcW w:w="2566" w:type="dxa"/>
            <w:tcMar>
              <w:top w:w="45" w:type="dxa"/>
              <w:left w:w="45" w:type="dxa"/>
              <w:bottom w:w="45" w:type="dxa"/>
              <w:right w:w="45" w:type="dxa"/>
            </w:tcMar>
            <w:vAlign w:val="center"/>
          </w:tcPr>
          <w:p w14:paraId="31A11D80" w14:textId="77777777" w:rsidR="00BB27C4" w:rsidRDefault="00BB27C4">
            <w:pPr>
              <w:spacing w:after="0"/>
              <w:jc w:val="center"/>
            </w:pPr>
          </w:p>
        </w:tc>
      </w:tr>
      <w:tr w:rsidR="00BB27C4" w14:paraId="6C06829E" w14:textId="77777777">
        <w:trPr>
          <w:jc w:val="center"/>
        </w:trPr>
        <w:tc>
          <w:tcPr>
            <w:tcW w:w="2566" w:type="dxa"/>
            <w:tcMar>
              <w:top w:w="45" w:type="dxa"/>
              <w:left w:w="45" w:type="dxa"/>
              <w:bottom w:w="45" w:type="dxa"/>
              <w:right w:w="45" w:type="dxa"/>
            </w:tcMar>
            <w:vAlign w:val="center"/>
          </w:tcPr>
          <w:p w14:paraId="442044EA" w14:textId="77777777" w:rsidR="00BB27C4" w:rsidRDefault="00000000">
            <w:pPr>
              <w:spacing w:after="0"/>
            </w:pPr>
            <w:r>
              <w:rPr>
                <w:b/>
                <w:color w:val="1F2933"/>
                <w:sz w:val="13"/>
              </w:rPr>
              <w:t>Tiling / sealant / grout</w:t>
            </w:r>
          </w:p>
        </w:tc>
        <w:tc>
          <w:tcPr>
            <w:tcW w:w="2566" w:type="dxa"/>
            <w:tcMar>
              <w:top w:w="45" w:type="dxa"/>
              <w:left w:w="45" w:type="dxa"/>
              <w:bottom w:w="45" w:type="dxa"/>
              <w:right w:w="45" w:type="dxa"/>
            </w:tcMar>
            <w:vAlign w:val="center"/>
          </w:tcPr>
          <w:p w14:paraId="2500A657" w14:textId="77777777" w:rsidR="00BB27C4" w:rsidRDefault="00BB27C4">
            <w:pPr>
              <w:spacing w:after="0"/>
              <w:jc w:val="center"/>
            </w:pPr>
          </w:p>
        </w:tc>
        <w:tc>
          <w:tcPr>
            <w:tcW w:w="2566" w:type="dxa"/>
            <w:tcMar>
              <w:top w:w="45" w:type="dxa"/>
              <w:left w:w="45" w:type="dxa"/>
              <w:bottom w:w="45" w:type="dxa"/>
              <w:right w:w="45" w:type="dxa"/>
            </w:tcMar>
            <w:vAlign w:val="center"/>
          </w:tcPr>
          <w:p w14:paraId="24FA2F93" w14:textId="77777777" w:rsidR="00BB27C4" w:rsidRDefault="00BB27C4">
            <w:pPr>
              <w:spacing w:after="0"/>
              <w:jc w:val="center"/>
            </w:pPr>
          </w:p>
        </w:tc>
        <w:tc>
          <w:tcPr>
            <w:tcW w:w="2566" w:type="dxa"/>
            <w:tcMar>
              <w:top w:w="45" w:type="dxa"/>
              <w:left w:w="45" w:type="dxa"/>
              <w:bottom w:w="45" w:type="dxa"/>
              <w:right w:w="45" w:type="dxa"/>
            </w:tcMar>
            <w:vAlign w:val="center"/>
          </w:tcPr>
          <w:p w14:paraId="2CFFD752" w14:textId="77777777" w:rsidR="00BB27C4" w:rsidRDefault="00BB27C4">
            <w:pPr>
              <w:spacing w:after="0"/>
              <w:jc w:val="center"/>
            </w:pPr>
          </w:p>
        </w:tc>
        <w:tc>
          <w:tcPr>
            <w:tcW w:w="2566" w:type="dxa"/>
            <w:tcMar>
              <w:top w:w="45" w:type="dxa"/>
              <w:left w:w="45" w:type="dxa"/>
              <w:bottom w:w="45" w:type="dxa"/>
              <w:right w:w="45" w:type="dxa"/>
            </w:tcMar>
            <w:vAlign w:val="center"/>
          </w:tcPr>
          <w:p w14:paraId="6DF4321D" w14:textId="77777777" w:rsidR="00BB27C4" w:rsidRDefault="00BB27C4">
            <w:pPr>
              <w:spacing w:after="0"/>
              <w:jc w:val="center"/>
            </w:pPr>
          </w:p>
        </w:tc>
        <w:tc>
          <w:tcPr>
            <w:tcW w:w="2566" w:type="dxa"/>
            <w:tcMar>
              <w:top w:w="45" w:type="dxa"/>
              <w:left w:w="45" w:type="dxa"/>
              <w:bottom w:w="45" w:type="dxa"/>
              <w:right w:w="45" w:type="dxa"/>
            </w:tcMar>
            <w:vAlign w:val="center"/>
          </w:tcPr>
          <w:p w14:paraId="4C336DC2" w14:textId="77777777" w:rsidR="00BB27C4" w:rsidRDefault="00BB27C4">
            <w:pPr>
              <w:spacing w:after="0"/>
              <w:jc w:val="center"/>
            </w:pPr>
          </w:p>
        </w:tc>
      </w:tr>
      <w:tr w:rsidR="00BB27C4" w14:paraId="1C264D11" w14:textId="77777777">
        <w:trPr>
          <w:jc w:val="center"/>
        </w:trPr>
        <w:tc>
          <w:tcPr>
            <w:tcW w:w="2566" w:type="dxa"/>
            <w:tcMar>
              <w:top w:w="45" w:type="dxa"/>
              <w:left w:w="45" w:type="dxa"/>
              <w:bottom w:w="45" w:type="dxa"/>
              <w:right w:w="45" w:type="dxa"/>
            </w:tcMar>
            <w:vAlign w:val="center"/>
          </w:tcPr>
          <w:p w14:paraId="50CDCAC1" w14:textId="77777777" w:rsidR="00BB27C4" w:rsidRDefault="00000000">
            <w:pPr>
              <w:spacing w:after="0"/>
            </w:pPr>
            <w:r>
              <w:rPr>
                <w:b/>
                <w:color w:val="1F2933"/>
                <w:sz w:val="13"/>
              </w:rPr>
              <w:t>Flooring</w:t>
            </w:r>
          </w:p>
        </w:tc>
        <w:tc>
          <w:tcPr>
            <w:tcW w:w="2566" w:type="dxa"/>
            <w:tcMar>
              <w:top w:w="45" w:type="dxa"/>
              <w:left w:w="45" w:type="dxa"/>
              <w:bottom w:w="45" w:type="dxa"/>
              <w:right w:w="45" w:type="dxa"/>
            </w:tcMar>
            <w:vAlign w:val="center"/>
          </w:tcPr>
          <w:p w14:paraId="01E82290" w14:textId="77777777" w:rsidR="00BB27C4" w:rsidRDefault="00BB27C4">
            <w:pPr>
              <w:spacing w:after="0"/>
              <w:jc w:val="center"/>
            </w:pPr>
          </w:p>
        </w:tc>
        <w:tc>
          <w:tcPr>
            <w:tcW w:w="2566" w:type="dxa"/>
            <w:tcMar>
              <w:top w:w="45" w:type="dxa"/>
              <w:left w:w="45" w:type="dxa"/>
              <w:bottom w:w="45" w:type="dxa"/>
              <w:right w:w="45" w:type="dxa"/>
            </w:tcMar>
            <w:vAlign w:val="center"/>
          </w:tcPr>
          <w:p w14:paraId="418296A0" w14:textId="77777777" w:rsidR="00BB27C4" w:rsidRDefault="00BB27C4">
            <w:pPr>
              <w:spacing w:after="0"/>
              <w:jc w:val="center"/>
            </w:pPr>
          </w:p>
        </w:tc>
        <w:tc>
          <w:tcPr>
            <w:tcW w:w="2566" w:type="dxa"/>
            <w:tcMar>
              <w:top w:w="45" w:type="dxa"/>
              <w:left w:w="45" w:type="dxa"/>
              <w:bottom w:w="45" w:type="dxa"/>
              <w:right w:w="45" w:type="dxa"/>
            </w:tcMar>
            <w:vAlign w:val="center"/>
          </w:tcPr>
          <w:p w14:paraId="49D94754" w14:textId="77777777" w:rsidR="00BB27C4" w:rsidRDefault="00BB27C4">
            <w:pPr>
              <w:spacing w:after="0"/>
              <w:jc w:val="center"/>
            </w:pPr>
          </w:p>
        </w:tc>
        <w:tc>
          <w:tcPr>
            <w:tcW w:w="2566" w:type="dxa"/>
            <w:tcMar>
              <w:top w:w="45" w:type="dxa"/>
              <w:left w:w="45" w:type="dxa"/>
              <w:bottom w:w="45" w:type="dxa"/>
              <w:right w:w="45" w:type="dxa"/>
            </w:tcMar>
            <w:vAlign w:val="center"/>
          </w:tcPr>
          <w:p w14:paraId="2F922BC5" w14:textId="77777777" w:rsidR="00BB27C4" w:rsidRDefault="00BB27C4">
            <w:pPr>
              <w:spacing w:after="0"/>
              <w:jc w:val="center"/>
            </w:pPr>
          </w:p>
        </w:tc>
        <w:tc>
          <w:tcPr>
            <w:tcW w:w="2566" w:type="dxa"/>
            <w:tcMar>
              <w:top w:w="45" w:type="dxa"/>
              <w:left w:w="45" w:type="dxa"/>
              <w:bottom w:w="45" w:type="dxa"/>
              <w:right w:w="45" w:type="dxa"/>
            </w:tcMar>
            <w:vAlign w:val="center"/>
          </w:tcPr>
          <w:p w14:paraId="15A5FEA2" w14:textId="77777777" w:rsidR="00BB27C4" w:rsidRDefault="00BB27C4">
            <w:pPr>
              <w:spacing w:after="0"/>
              <w:jc w:val="center"/>
            </w:pPr>
          </w:p>
        </w:tc>
      </w:tr>
      <w:tr w:rsidR="00BB27C4" w14:paraId="5B9F7EFC" w14:textId="77777777">
        <w:trPr>
          <w:jc w:val="center"/>
        </w:trPr>
        <w:tc>
          <w:tcPr>
            <w:tcW w:w="2566" w:type="dxa"/>
            <w:tcMar>
              <w:top w:w="45" w:type="dxa"/>
              <w:left w:w="45" w:type="dxa"/>
              <w:bottom w:w="45" w:type="dxa"/>
              <w:right w:w="45" w:type="dxa"/>
            </w:tcMar>
            <w:vAlign w:val="center"/>
          </w:tcPr>
          <w:p w14:paraId="04675235" w14:textId="77777777" w:rsidR="00BB27C4" w:rsidRDefault="00000000">
            <w:pPr>
              <w:spacing w:after="0"/>
            </w:pPr>
            <w:r>
              <w:rPr>
                <w:b/>
                <w:color w:val="1F2933"/>
                <w:sz w:val="13"/>
              </w:rPr>
              <w:t>Extractor / ventilation</w:t>
            </w:r>
          </w:p>
        </w:tc>
        <w:tc>
          <w:tcPr>
            <w:tcW w:w="2566" w:type="dxa"/>
            <w:tcMar>
              <w:top w:w="45" w:type="dxa"/>
              <w:left w:w="45" w:type="dxa"/>
              <w:bottom w:w="45" w:type="dxa"/>
              <w:right w:w="45" w:type="dxa"/>
            </w:tcMar>
            <w:vAlign w:val="center"/>
          </w:tcPr>
          <w:p w14:paraId="0AC9643E" w14:textId="77777777" w:rsidR="00BB27C4" w:rsidRDefault="00BB27C4">
            <w:pPr>
              <w:spacing w:after="0"/>
              <w:jc w:val="center"/>
            </w:pPr>
          </w:p>
        </w:tc>
        <w:tc>
          <w:tcPr>
            <w:tcW w:w="2566" w:type="dxa"/>
            <w:tcMar>
              <w:top w:w="45" w:type="dxa"/>
              <w:left w:w="45" w:type="dxa"/>
              <w:bottom w:w="45" w:type="dxa"/>
              <w:right w:w="45" w:type="dxa"/>
            </w:tcMar>
            <w:vAlign w:val="center"/>
          </w:tcPr>
          <w:p w14:paraId="6B175FB5" w14:textId="77777777" w:rsidR="00BB27C4" w:rsidRDefault="00BB27C4">
            <w:pPr>
              <w:spacing w:after="0"/>
              <w:jc w:val="center"/>
            </w:pPr>
          </w:p>
        </w:tc>
        <w:tc>
          <w:tcPr>
            <w:tcW w:w="2566" w:type="dxa"/>
            <w:tcMar>
              <w:top w:w="45" w:type="dxa"/>
              <w:left w:w="45" w:type="dxa"/>
              <w:bottom w:w="45" w:type="dxa"/>
              <w:right w:w="45" w:type="dxa"/>
            </w:tcMar>
            <w:vAlign w:val="center"/>
          </w:tcPr>
          <w:p w14:paraId="7ABFA401" w14:textId="77777777" w:rsidR="00BB27C4" w:rsidRDefault="00BB27C4">
            <w:pPr>
              <w:spacing w:after="0"/>
              <w:jc w:val="center"/>
            </w:pPr>
          </w:p>
        </w:tc>
        <w:tc>
          <w:tcPr>
            <w:tcW w:w="2566" w:type="dxa"/>
            <w:tcMar>
              <w:top w:w="45" w:type="dxa"/>
              <w:left w:w="45" w:type="dxa"/>
              <w:bottom w:w="45" w:type="dxa"/>
              <w:right w:w="45" w:type="dxa"/>
            </w:tcMar>
            <w:vAlign w:val="center"/>
          </w:tcPr>
          <w:p w14:paraId="2503A0F1" w14:textId="77777777" w:rsidR="00BB27C4" w:rsidRDefault="00BB27C4">
            <w:pPr>
              <w:spacing w:after="0"/>
              <w:jc w:val="center"/>
            </w:pPr>
          </w:p>
        </w:tc>
        <w:tc>
          <w:tcPr>
            <w:tcW w:w="2566" w:type="dxa"/>
            <w:tcMar>
              <w:top w:w="45" w:type="dxa"/>
              <w:left w:w="45" w:type="dxa"/>
              <w:bottom w:w="45" w:type="dxa"/>
              <w:right w:w="45" w:type="dxa"/>
            </w:tcMar>
            <w:vAlign w:val="center"/>
          </w:tcPr>
          <w:p w14:paraId="17420AA8" w14:textId="77777777" w:rsidR="00BB27C4" w:rsidRDefault="00BB27C4">
            <w:pPr>
              <w:spacing w:after="0"/>
              <w:jc w:val="center"/>
            </w:pPr>
          </w:p>
        </w:tc>
      </w:tr>
      <w:tr w:rsidR="00BB27C4" w14:paraId="626B40AF" w14:textId="77777777">
        <w:trPr>
          <w:jc w:val="center"/>
        </w:trPr>
        <w:tc>
          <w:tcPr>
            <w:tcW w:w="2566" w:type="dxa"/>
            <w:tcMar>
              <w:top w:w="45" w:type="dxa"/>
              <w:left w:w="45" w:type="dxa"/>
              <w:bottom w:w="45" w:type="dxa"/>
              <w:right w:w="45" w:type="dxa"/>
            </w:tcMar>
            <w:vAlign w:val="center"/>
          </w:tcPr>
          <w:p w14:paraId="10D76CFB" w14:textId="77777777" w:rsidR="00BB27C4" w:rsidRDefault="00000000">
            <w:pPr>
              <w:spacing w:after="0"/>
            </w:pPr>
            <w:r>
              <w:rPr>
                <w:b/>
                <w:color w:val="1F2933"/>
                <w:sz w:val="13"/>
              </w:rPr>
              <w:t>Radiator / heated rail</w:t>
            </w:r>
          </w:p>
        </w:tc>
        <w:tc>
          <w:tcPr>
            <w:tcW w:w="2566" w:type="dxa"/>
            <w:tcMar>
              <w:top w:w="45" w:type="dxa"/>
              <w:left w:w="45" w:type="dxa"/>
              <w:bottom w:w="45" w:type="dxa"/>
              <w:right w:w="45" w:type="dxa"/>
            </w:tcMar>
            <w:vAlign w:val="center"/>
          </w:tcPr>
          <w:p w14:paraId="337C8E16" w14:textId="77777777" w:rsidR="00BB27C4" w:rsidRDefault="00BB27C4">
            <w:pPr>
              <w:spacing w:after="0"/>
              <w:jc w:val="center"/>
            </w:pPr>
          </w:p>
        </w:tc>
        <w:tc>
          <w:tcPr>
            <w:tcW w:w="2566" w:type="dxa"/>
            <w:tcMar>
              <w:top w:w="45" w:type="dxa"/>
              <w:left w:w="45" w:type="dxa"/>
              <w:bottom w:w="45" w:type="dxa"/>
              <w:right w:w="45" w:type="dxa"/>
            </w:tcMar>
            <w:vAlign w:val="center"/>
          </w:tcPr>
          <w:p w14:paraId="4C639E9C" w14:textId="77777777" w:rsidR="00BB27C4" w:rsidRDefault="00BB27C4">
            <w:pPr>
              <w:spacing w:after="0"/>
              <w:jc w:val="center"/>
            </w:pPr>
          </w:p>
        </w:tc>
        <w:tc>
          <w:tcPr>
            <w:tcW w:w="2566" w:type="dxa"/>
            <w:tcMar>
              <w:top w:w="45" w:type="dxa"/>
              <w:left w:w="45" w:type="dxa"/>
              <w:bottom w:w="45" w:type="dxa"/>
              <w:right w:w="45" w:type="dxa"/>
            </w:tcMar>
            <w:vAlign w:val="center"/>
          </w:tcPr>
          <w:p w14:paraId="24C89E7D" w14:textId="77777777" w:rsidR="00BB27C4" w:rsidRDefault="00BB27C4">
            <w:pPr>
              <w:spacing w:after="0"/>
              <w:jc w:val="center"/>
            </w:pPr>
          </w:p>
        </w:tc>
        <w:tc>
          <w:tcPr>
            <w:tcW w:w="2566" w:type="dxa"/>
            <w:tcMar>
              <w:top w:w="45" w:type="dxa"/>
              <w:left w:w="45" w:type="dxa"/>
              <w:bottom w:w="45" w:type="dxa"/>
              <w:right w:w="45" w:type="dxa"/>
            </w:tcMar>
            <w:vAlign w:val="center"/>
          </w:tcPr>
          <w:p w14:paraId="3F74F6C1" w14:textId="77777777" w:rsidR="00BB27C4" w:rsidRDefault="00BB27C4">
            <w:pPr>
              <w:spacing w:after="0"/>
              <w:jc w:val="center"/>
            </w:pPr>
          </w:p>
        </w:tc>
        <w:tc>
          <w:tcPr>
            <w:tcW w:w="2566" w:type="dxa"/>
            <w:tcMar>
              <w:top w:w="45" w:type="dxa"/>
              <w:left w:w="45" w:type="dxa"/>
              <w:bottom w:w="45" w:type="dxa"/>
              <w:right w:w="45" w:type="dxa"/>
            </w:tcMar>
            <w:vAlign w:val="center"/>
          </w:tcPr>
          <w:p w14:paraId="052B1FAF" w14:textId="77777777" w:rsidR="00BB27C4" w:rsidRDefault="00BB27C4">
            <w:pPr>
              <w:spacing w:after="0"/>
              <w:jc w:val="center"/>
            </w:pPr>
          </w:p>
        </w:tc>
      </w:tr>
      <w:tr w:rsidR="00BB27C4" w14:paraId="3A3FB6E2" w14:textId="77777777">
        <w:trPr>
          <w:jc w:val="center"/>
        </w:trPr>
        <w:tc>
          <w:tcPr>
            <w:tcW w:w="2566" w:type="dxa"/>
            <w:tcMar>
              <w:top w:w="45" w:type="dxa"/>
              <w:left w:w="45" w:type="dxa"/>
              <w:bottom w:w="45" w:type="dxa"/>
              <w:right w:w="45" w:type="dxa"/>
            </w:tcMar>
            <w:vAlign w:val="center"/>
          </w:tcPr>
          <w:p w14:paraId="479D57AF" w14:textId="77777777" w:rsidR="00BB27C4" w:rsidRDefault="00000000">
            <w:pPr>
              <w:spacing w:after="0"/>
            </w:pPr>
            <w:r>
              <w:rPr>
                <w:b/>
                <w:color w:val="1F2933"/>
                <w:sz w:val="13"/>
              </w:rPr>
              <w:t>Walls / ceiling</w:t>
            </w:r>
          </w:p>
        </w:tc>
        <w:tc>
          <w:tcPr>
            <w:tcW w:w="2566" w:type="dxa"/>
            <w:tcMar>
              <w:top w:w="45" w:type="dxa"/>
              <w:left w:w="45" w:type="dxa"/>
              <w:bottom w:w="45" w:type="dxa"/>
              <w:right w:w="45" w:type="dxa"/>
            </w:tcMar>
            <w:vAlign w:val="center"/>
          </w:tcPr>
          <w:p w14:paraId="7A39B3CE" w14:textId="77777777" w:rsidR="00BB27C4" w:rsidRDefault="00BB27C4">
            <w:pPr>
              <w:spacing w:after="0"/>
              <w:jc w:val="center"/>
            </w:pPr>
          </w:p>
        </w:tc>
        <w:tc>
          <w:tcPr>
            <w:tcW w:w="2566" w:type="dxa"/>
            <w:tcMar>
              <w:top w:w="45" w:type="dxa"/>
              <w:left w:w="45" w:type="dxa"/>
              <w:bottom w:w="45" w:type="dxa"/>
              <w:right w:w="45" w:type="dxa"/>
            </w:tcMar>
            <w:vAlign w:val="center"/>
          </w:tcPr>
          <w:p w14:paraId="12B3E0DF" w14:textId="77777777" w:rsidR="00BB27C4" w:rsidRDefault="00BB27C4">
            <w:pPr>
              <w:spacing w:after="0"/>
              <w:jc w:val="center"/>
            </w:pPr>
          </w:p>
        </w:tc>
        <w:tc>
          <w:tcPr>
            <w:tcW w:w="2566" w:type="dxa"/>
            <w:tcMar>
              <w:top w:w="45" w:type="dxa"/>
              <w:left w:w="45" w:type="dxa"/>
              <w:bottom w:w="45" w:type="dxa"/>
              <w:right w:w="45" w:type="dxa"/>
            </w:tcMar>
            <w:vAlign w:val="center"/>
          </w:tcPr>
          <w:p w14:paraId="19C68861" w14:textId="77777777" w:rsidR="00BB27C4" w:rsidRDefault="00BB27C4">
            <w:pPr>
              <w:spacing w:after="0"/>
              <w:jc w:val="center"/>
            </w:pPr>
          </w:p>
        </w:tc>
        <w:tc>
          <w:tcPr>
            <w:tcW w:w="2566" w:type="dxa"/>
            <w:tcMar>
              <w:top w:w="45" w:type="dxa"/>
              <w:left w:w="45" w:type="dxa"/>
              <w:bottom w:w="45" w:type="dxa"/>
              <w:right w:w="45" w:type="dxa"/>
            </w:tcMar>
            <w:vAlign w:val="center"/>
          </w:tcPr>
          <w:p w14:paraId="706AC202" w14:textId="77777777" w:rsidR="00BB27C4" w:rsidRDefault="00BB27C4">
            <w:pPr>
              <w:spacing w:after="0"/>
              <w:jc w:val="center"/>
            </w:pPr>
          </w:p>
        </w:tc>
        <w:tc>
          <w:tcPr>
            <w:tcW w:w="2566" w:type="dxa"/>
            <w:tcMar>
              <w:top w:w="45" w:type="dxa"/>
              <w:left w:w="45" w:type="dxa"/>
              <w:bottom w:w="45" w:type="dxa"/>
              <w:right w:w="45" w:type="dxa"/>
            </w:tcMar>
            <w:vAlign w:val="center"/>
          </w:tcPr>
          <w:p w14:paraId="4AA1BF96" w14:textId="77777777" w:rsidR="00BB27C4" w:rsidRDefault="00BB27C4">
            <w:pPr>
              <w:spacing w:after="0"/>
              <w:jc w:val="center"/>
            </w:pPr>
          </w:p>
        </w:tc>
      </w:tr>
      <w:tr w:rsidR="00BB27C4" w14:paraId="5678053F" w14:textId="77777777">
        <w:trPr>
          <w:jc w:val="center"/>
        </w:trPr>
        <w:tc>
          <w:tcPr>
            <w:tcW w:w="2566" w:type="dxa"/>
            <w:tcMar>
              <w:top w:w="45" w:type="dxa"/>
              <w:left w:w="45" w:type="dxa"/>
              <w:bottom w:w="45" w:type="dxa"/>
              <w:right w:w="45" w:type="dxa"/>
            </w:tcMar>
            <w:vAlign w:val="center"/>
          </w:tcPr>
          <w:p w14:paraId="3957CA54" w14:textId="77777777" w:rsidR="00BB27C4" w:rsidRDefault="00000000">
            <w:pPr>
              <w:spacing w:after="0"/>
            </w:pPr>
            <w:r>
              <w:rPr>
                <w:b/>
                <w:color w:val="1F2933"/>
                <w:sz w:val="13"/>
              </w:rPr>
              <w:t>Lighting / sockets</w:t>
            </w:r>
          </w:p>
        </w:tc>
        <w:tc>
          <w:tcPr>
            <w:tcW w:w="2566" w:type="dxa"/>
            <w:tcMar>
              <w:top w:w="45" w:type="dxa"/>
              <w:left w:w="45" w:type="dxa"/>
              <w:bottom w:w="45" w:type="dxa"/>
              <w:right w:w="45" w:type="dxa"/>
            </w:tcMar>
            <w:vAlign w:val="center"/>
          </w:tcPr>
          <w:p w14:paraId="77F9C444" w14:textId="77777777" w:rsidR="00BB27C4" w:rsidRDefault="00BB27C4">
            <w:pPr>
              <w:spacing w:after="0"/>
              <w:jc w:val="center"/>
            </w:pPr>
          </w:p>
        </w:tc>
        <w:tc>
          <w:tcPr>
            <w:tcW w:w="2566" w:type="dxa"/>
            <w:tcMar>
              <w:top w:w="45" w:type="dxa"/>
              <w:left w:w="45" w:type="dxa"/>
              <w:bottom w:w="45" w:type="dxa"/>
              <w:right w:w="45" w:type="dxa"/>
            </w:tcMar>
            <w:vAlign w:val="center"/>
          </w:tcPr>
          <w:p w14:paraId="43EB570B" w14:textId="77777777" w:rsidR="00BB27C4" w:rsidRDefault="00BB27C4">
            <w:pPr>
              <w:spacing w:after="0"/>
              <w:jc w:val="center"/>
            </w:pPr>
          </w:p>
        </w:tc>
        <w:tc>
          <w:tcPr>
            <w:tcW w:w="2566" w:type="dxa"/>
            <w:tcMar>
              <w:top w:w="45" w:type="dxa"/>
              <w:left w:w="45" w:type="dxa"/>
              <w:bottom w:w="45" w:type="dxa"/>
              <w:right w:w="45" w:type="dxa"/>
            </w:tcMar>
            <w:vAlign w:val="center"/>
          </w:tcPr>
          <w:p w14:paraId="36772207" w14:textId="77777777" w:rsidR="00BB27C4" w:rsidRDefault="00BB27C4">
            <w:pPr>
              <w:spacing w:after="0"/>
              <w:jc w:val="center"/>
            </w:pPr>
          </w:p>
        </w:tc>
        <w:tc>
          <w:tcPr>
            <w:tcW w:w="2566" w:type="dxa"/>
            <w:tcMar>
              <w:top w:w="45" w:type="dxa"/>
              <w:left w:w="45" w:type="dxa"/>
              <w:bottom w:w="45" w:type="dxa"/>
              <w:right w:w="45" w:type="dxa"/>
            </w:tcMar>
            <w:vAlign w:val="center"/>
          </w:tcPr>
          <w:p w14:paraId="13614900" w14:textId="77777777" w:rsidR="00BB27C4" w:rsidRDefault="00BB27C4">
            <w:pPr>
              <w:spacing w:after="0"/>
              <w:jc w:val="center"/>
            </w:pPr>
          </w:p>
        </w:tc>
        <w:tc>
          <w:tcPr>
            <w:tcW w:w="2566" w:type="dxa"/>
            <w:tcMar>
              <w:top w:w="45" w:type="dxa"/>
              <w:left w:w="45" w:type="dxa"/>
              <w:bottom w:w="45" w:type="dxa"/>
              <w:right w:w="45" w:type="dxa"/>
            </w:tcMar>
            <w:vAlign w:val="center"/>
          </w:tcPr>
          <w:p w14:paraId="163A5267" w14:textId="77777777" w:rsidR="00BB27C4" w:rsidRDefault="00BB27C4">
            <w:pPr>
              <w:spacing w:after="0"/>
              <w:jc w:val="center"/>
            </w:pPr>
          </w:p>
        </w:tc>
      </w:tr>
    </w:tbl>
    <w:p w14:paraId="556E14D5" w14:textId="77777777" w:rsidR="00BB27C4" w:rsidRDefault="00000000">
      <w:r>
        <w:br w:type="page"/>
      </w:r>
    </w:p>
    <w:p w14:paraId="7B220C23" w14:textId="77777777" w:rsidR="00BB27C4" w:rsidRDefault="00000000">
      <w:pPr>
        <w:spacing w:after="40"/>
      </w:pPr>
      <w:r>
        <w:rPr>
          <w:rFonts w:ascii="Aptos Display" w:hAnsi="Aptos Display"/>
          <w:b/>
          <w:color w:val="102632"/>
          <w:sz w:val="36"/>
        </w:rPr>
        <w:lastRenderedPageBreak/>
        <w:t>ROOM-BY-ROOM INVENTORY</w:t>
      </w:r>
    </w:p>
    <w:p w14:paraId="643895F8" w14:textId="77777777" w:rsidR="00BB27C4" w:rsidRDefault="00000000">
      <w:pPr>
        <w:spacing w:after="80"/>
      </w:pPr>
      <w:r>
        <w:rPr>
          <w:color w:val="6B7280"/>
        </w:rPr>
        <w:t>Bedrooms 1 and 2.</w:t>
      </w: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4688"/>
      </w:tblGrid>
      <w:tr w:rsidR="00BB27C4" w14:paraId="0ED6417A" w14:textId="77777777">
        <w:trPr>
          <w:jc w:val="center"/>
        </w:trPr>
        <w:tc>
          <w:tcPr>
            <w:tcW w:w="14688" w:type="dxa"/>
            <w:shd w:val="clear" w:color="auto" w:fill="F2EBDC"/>
            <w:tcMar>
              <w:top w:w="45" w:type="dxa"/>
              <w:left w:w="45" w:type="dxa"/>
              <w:bottom w:w="45" w:type="dxa"/>
              <w:right w:w="45" w:type="dxa"/>
            </w:tcMar>
            <w:vAlign w:val="center"/>
          </w:tcPr>
          <w:p w14:paraId="69DE43A7" w14:textId="77777777" w:rsidR="00BB27C4" w:rsidRDefault="00000000">
            <w:pPr>
              <w:spacing w:after="0"/>
            </w:pPr>
            <w:r>
              <w:rPr>
                <w:b/>
                <w:color w:val="102632"/>
                <w:sz w:val="18"/>
              </w:rPr>
              <w:t>BEDROOM 1</w:t>
            </w:r>
          </w:p>
        </w:tc>
      </w:tr>
    </w:tbl>
    <w:p w14:paraId="4C9A96B3" w14:textId="77777777" w:rsidR="00BB27C4" w:rsidRDefault="00BB27C4">
      <w:pPr>
        <w:spacing w:after="20"/>
      </w:pPr>
    </w:p>
    <w:tbl>
      <w:tblPr>
        <w:tblW w:w="15906" w:type="dxa"/>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2592"/>
        <w:gridCol w:w="2736"/>
        <w:gridCol w:w="2566"/>
        <w:gridCol w:w="2566"/>
        <w:gridCol w:w="2880"/>
        <w:gridCol w:w="2566"/>
      </w:tblGrid>
      <w:tr w:rsidR="00BB27C4" w14:paraId="340EC04B" w14:textId="77777777" w:rsidTr="00BB7B50">
        <w:trPr>
          <w:jc w:val="center"/>
        </w:trPr>
        <w:tc>
          <w:tcPr>
            <w:tcW w:w="2592" w:type="dxa"/>
            <w:shd w:val="clear" w:color="auto" w:fill="102632"/>
            <w:tcMar>
              <w:top w:w="45" w:type="dxa"/>
              <w:left w:w="45" w:type="dxa"/>
              <w:bottom w:w="45" w:type="dxa"/>
              <w:right w:w="45" w:type="dxa"/>
            </w:tcMar>
            <w:vAlign w:val="center"/>
          </w:tcPr>
          <w:p w14:paraId="61941F67" w14:textId="77777777" w:rsidR="00BB27C4" w:rsidRDefault="00000000">
            <w:pPr>
              <w:spacing w:after="0"/>
              <w:jc w:val="center"/>
            </w:pPr>
            <w:r>
              <w:rPr>
                <w:b/>
                <w:color w:val="F2EBDC"/>
                <w:sz w:val="13"/>
              </w:rPr>
              <w:t>Item / Area</w:t>
            </w:r>
          </w:p>
        </w:tc>
        <w:tc>
          <w:tcPr>
            <w:tcW w:w="2736" w:type="dxa"/>
            <w:shd w:val="clear" w:color="auto" w:fill="102632"/>
            <w:tcMar>
              <w:top w:w="45" w:type="dxa"/>
              <w:left w:w="45" w:type="dxa"/>
              <w:bottom w:w="45" w:type="dxa"/>
              <w:right w:w="45" w:type="dxa"/>
            </w:tcMar>
            <w:vAlign w:val="center"/>
          </w:tcPr>
          <w:p w14:paraId="0A858C1C" w14:textId="77777777" w:rsidR="00BB27C4" w:rsidRDefault="00000000">
            <w:pPr>
              <w:spacing w:after="0"/>
              <w:jc w:val="center"/>
            </w:pPr>
            <w:r>
              <w:rPr>
                <w:b/>
                <w:color w:val="F2EBDC"/>
                <w:sz w:val="13"/>
              </w:rPr>
              <w:t>Description / Specification</w:t>
            </w:r>
          </w:p>
        </w:tc>
        <w:tc>
          <w:tcPr>
            <w:tcW w:w="2566" w:type="dxa"/>
            <w:shd w:val="clear" w:color="auto" w:fill="102632"/>
            <w:tcMar>
              <w:top w:w="45" w:type="dxa"/>
              <w:left w:w="45" w:type="dxa"/>
              <w:bottom w:w="45" w:type="dxa"/>
              <w:right w:w="45" w:type="dxa"/>
            </w:tcMar>
            <w:vAlign w:val="center"/>
          </w:tcPr>
          <w:p w14:paraId="405CD1E8" w14:textId="77777777" w:rsidR="00BB27C4" w:rsidRDefault="00000000">
            <w:pPr>
              <w:spacing w:after="0"/>
              <w:jc w:val="center"/>
            </w:pPr>
            <w:r>
              <w:rPr>
                <w:b/>
                <w:color w:val="F2EBDC"/>
                <w:sz w:val="13"/>
              </w:rPr>
              <w:t>Condition</w:t>
            </w:r>
          </w:p>
        </w:tc>
        <w:tc>
          <w:tcPr>
            <w:tcW w:w="2566" w:type="dxa"/>
            <w:shd w:val="clear" w:color="auto" w:fill="102632"/>
            <w:tcMar>
              <w:top w:w="45" w:type="dxa"/>
              <w:left w:w="45" w:type="dxa"/>
              <w:bottom w:w="45" w:type="dxa"/>
              <w:right w:w="45" w:type="dxa"/>
            </w:tcMar>
            <w:vAlign w:val="center"/>
          </w:tcPr>
          <w:p w14:paraId="43ED92EA" w14:textId="77777777" w:rsidR="00BB27C4" w:rsidRDefault="00000000">
            <w:pPr>
              <w:spacing w:after="0"/>
              <w:jc w:val="center"/>
            </w:pPr>
            <w:r>
              <w:rPr>
                <w:b/>
                <w:color w:val="F2EBDC"/>
                <w:sz w:val="13"/>
              </w:rPr>
              <w:t>Clean</w:t>
            </w:r>
          </w:p>
        </w:tc>
        <w:tc>
          <w:tcPr>
            <w:tcW w:w="2880" w:type="dxa"/>
            <w:shd w:val="clear" w:color="auto" w:fill="102632"/>
            <w:tcMar>
              <w:top w:w="45" w:type="dxa"/>
              <w:left w:w="45" w:type="dxa"/>
              <w:bottom w:w="45" w:type="dxa"/>
              <w:right w:w="45" w:type="dxa"/>
            </w:tcMar>
            <w:vAlign w:val="center"/>
          </w:tcPr>
          <w:p w14:paraId="0C29E87D" w14:textId="77777777" w:rsidR="00BB27C4" w:rsidRDefault="00000000">
            <w:pPr>
              <w:spacing w:after="0"/>
              <w:jc w:val="center"/>
            </w:pPr>
            <w:r>
              <w:rPr>
                <w:b/>
                <w:color w:val="F2EBDC"/>
                <w:sz w:val="13"/>
              </w:rPr>
              <w:t>Defects / Comments</w:t>
            </w:r>
          </w:p>
        </w:tc>
        <w:tc>
          <w:tcPr>
            <w:tcW w:w="2566" w:type="dxa"/>
            <w:shd w:val="clear" w:color="auto" w:fill="102632"/>
            <w:tcMar>
              <w:top w:w="45" w:type="dxa"/>
              <w:left w:w="45" w:type="dxa"/>
              <w:bottom w:w="45" w:type="dxa"/>
              <w:right w:w="45" w:type="dxa"/>
            </w:tcMar>
            <w:vAlign w:val="center"/>
          </w:tcPr>
          <w:p w14:paraId="3EC8AFD8" w14:textId="77777777" w:rsidR="00BB27C4" w:rsidRDefault="00000000">
            <w:pPr>
              <w:spacing w:after="0"/>
              <w:jc w:val="center"/>
            </w:pPr>
            <w:r>
              <w:rPr>
                <w:b/>
                <w:color w:val="F2EBDC"/>
                <w:sz w:val="13"/>
              </w:rPr>
              <w:t>Photo</w:t>
            </w:r>
          </w:p>
        </w:tc>
      </w:tr>
      <w:tr w:rsidR="00BB27C4" w14:paraId="6463F030" w14:textId="77777777" w:rsidTr="00BB7B50">
        <w:trPr>
          <w:jc w:val="center"/>
        </w:trPr>
        <w:tc>
          <w:tcPr>
            <w:tcW w:w="2592" w:type="dxa"/>
            <w:tcMar>
              <w:top w:w="45" w:type="dxa"/>
              <w:left w:w="45" w:type="dxa"/>
              <w:bottom w:w="45" w:type="dxa"/>
              <w:right w:w="45" w:type="dxa"/>
            </w:tcMar>
            <w:vAlign w:val="center"/>
          </w:tcPr>
          <w:p w14:paraId="34F3DA62" w14:textId="77777777" w:rsidR="00BB27C4" w:rsidRDefault="00000000">
            <w:pPr>
              <w:spacing w:after="0"/>
            </w:pPr>
            <w:r>
              <w:rPr>
                <w:b/>
                <w:color w:val="1F2933"/>
                <w:sz w:val="13"/>
              </w:rPr>
              <w:t>Flooring</w:t>
            </w:r>
          </w:p>
        </w:tc>
        <w:tc>
          <w:tcPr>
            <w:tcW w:w="2736" w:type="dxa"/>
            <w:tcMar>
              <w:top w:w="45" w:type="dxa"/>
              <w:left w:w="45" w:type="dxa"/>
              <w:bottom w:w="45" w:type="dxa"/>
              <w:right w:w="45" w:type="dxa"/>
            </w:tcMar>
            <w:vAlign w:val="center"/>
          </w:tcPr>
          <w:p w14:paraId="0A0DB2FA" w14:textId="77777777" w:rsidR="00BB27C4" w:rsidRDefault="00BB27C4">
            <w:pPr>
              <w:spacing w:after="0"/>
              <w:jc w:val="center"/>
            </w:pPr>
          </w:p>
        </w:tc>
        <w:tc>
          <w:tcPr>
            <w:tcW w:w="2566" w:type="dxa"/>
            <w:tcMar>
              <w:top w:w="45" w:type="dxa"/>
              <w:left w:w="45" w:type="dxa"/>
              <w:bottom w:w="45" w:type="dxa"/>
              <w:right w:w="45" w:type="dxa"/>
            </w:tcMar>
            <w:vAlign w:val="center"/>
          </w:tcPr>
          <w:p w14:paraId="4A97DE56" w14:textId="77777777" w:rsidR="00BB27C4" w:rsidRDefault="00BB27C4">
            <w:pPr>
              <w:spacing w:after="0"/>
              <w:jc w:val="center"/>
            </w:pPr>
          </w:p>
        </w:tc>
        <w:tc>
          <w:tcPr>
            <w:tcW w:w="2566" w:type="dxa"/>
            <w:tcMar>
              <w:top w:w="45" w:type="dxa"/>
              <w:left w:w="45" w:type="dxa"/>
              <w:bottom w:w="45" w:type="dxa"/>
              <w:right w:w="45" w:type="dxa"/>
            </w:tcMar>
            <w:vAlign w:val="center"/>
          </w:tcPr>
          <w:p w14:paraId="3F3967F4" w14:textId="77777777" w:rsidR="00BB27C4" w:rsidRDefault="00BB27C4">
            <w:pPr>
              <w:spacing w:after="0"/>
              <w:jc w:val="center"/>
            </w:pPr>
          </w:p>
        </w:tc>
        <w:tc>
          <w:tcPr>
            <w:tcW w:w="2880" w:type="dxa"/>
            <w:tcMar>
              <w:top w:w="45" w:type="dxa"/>
              <w:left w:w="45" w:type="dxa"/>
              <w:bottom w:w="45" w:type="dxa"/>
              <w:right w:w="45" w:type="dxa"/>
            </w:tcMar>
            <w:vAlign w:val="center"/>
          </w:tcPr>
          <w:p w14:paraId="1855C5E6" w14:textId="77777777" w:rsidR="00BB27C4" w:rsidRDefault="00BB27C4">
            <w:pPr>
              <w:spacing w:after="0"/>
              <w:jc w:val="center"/>
            </w:pPr>
          </w:p>
        </w:tc>
        <w:tc>
          <w:tcPr>
            <w:tcW w:w="2566" w:type="dxa"/>
            <w:tcMar>
              <w:top w:w="45" w:type="dxa"/>
              <w:left w:w="45" w:type="dxa"/>
              <w:bottom w:w="45" w:type="dxa"/>
              <w:right w:w="45" w:type="dxa"/>
            </w:tcMar>
            <w:vAlign w:val="center"/>
          </w:tcPr>
          <w:p w14:paraId="2D95BC42" w14:textId="77777777" w:rsidR="00BB27C4" w:rsidRDefault="00BB27C4">
            <w:pPr>
              <w:spacing w:after="0"/>
              <w:jc w:val="center"/>
            </w:pPr>
          </w:p>
        </w:tc>
      </w:tr>
      <w:tr w:rsidR="00BB27C4" w14:paraId="7E01E0BC" w14:textId="77777777" w:rsidTr="00BB7B50">
        <w:trPr>
          <w:jc w:val="center"/>
        </w:trPr>
        <w:tc>
          <w:tcPr>
            <w:tcW w:w="2592" w:type="dxa"/>
            <w:tcMar>
              <w:top w:w="45" w:type="dxa"/>
              <w:left w:w="45" w:type="dxa"/>
              <w:bottom w:w="45" w:type="dxa"/>
              <w:right w:w="45" w:type="dxa"/>
            </w:tcMar>
            <w:vAlign w:val="center"/>
          </w:tcPr>
          <w:p w14:paraId="690254D3" w14:textId="77777777" w:rsidR="00BB27C4" w:rsidRDefault="00000000">
            <w:pPr>
              <w:spacing w:after="0"/>
            </w:pPr>
            <w:r>
              <w:rPr>
                <w:b/>
                <w:color w:val="1F2933"/>
                <w:sz w:val="13"/>
              </w:rPr>
              <w:t>Walls / paint / wallpaper</w:t>
            </w:r>
          </w:p>
        </w:tc>
        <w:tc>
          <w:tcPr>
            <w:tcW w:w="2736" w:type="dxa"/>
            <w:tcMar>
              <w:top w:w="45" w:type="dxa"/>
              <w:left w:w="45" w:type="dxa"/>
              <w:bottom w:w="45" w:type="dxa"/>
              <w:right w:w="45" w:type="dxa"/>
            </w:tcMar>
            <w:vAlign w:val="center"/>
          </w:tcPr>
          <w:p w14:paraId="197D185E" w14:textId="77777777" w:rsidR="00BB27C4" w:rsidRDefault="00BB27C4">
            <w:pPr>
              <w:spacing w:after="0"/>
              <w:jc w:val="center"/>
            </w:pPr>
          </w:p>
        </w:tc>
        <w:tc>
          <w:tcPr>
            <w:tcW w:w="2566" w:type="dxa"/>
            <w:tcMar>
              <w:top w:w="45" w:type="dxa"/>
              <w:left w:w="45" w:type="dxa"/>
              <w:bottom w:w="45" w:type="dxa"/>
              <w:right w:w="45" w:type="dxa"/>
            </w:tcMar>
            <w:vAlign w:val="center"/>
          </w:tcPr>
          <w:p w14:paraId="6F1C8F55" w14:textId="77777777" w:rsidR="00BB27C4" w:rsidRDefault="00BB27C4">
            <w:pPr>
              <w:spacing w:after="0"/>
              <w:jc w:val="center"/>
            </w:pPr>
          </w:p>
        </w:tc>
        <w:tc>
          <w:tcPr>
            <w:tcW w:w="2566" w:type="dxa"/>
            <w:tcMar>
              <w:top w:w="45" w:type="dxa"/>
              <w:left w:w="45" w:type="dxa"/>
              <w:bottom w:w="45" w:type="dxa"/>
              <w:right w:w="45" w:type="dxa"/>
            </w:tcMar>
            <w:vAlign w:val="center"/>
          </w:tcPr>
          <w:p w14:paraId="35B3B122" w14:textId="77777777" w:rsidR="00BB27C4" w:rsidRDefault="00BB27C4">
            <w:pPr>
              <w:spacing w:after="0"/>
              <w:jc w:val="center"/>
            </w:pPr>
          </w:p>
        </w:tc>
        <w:tc>
          <w:tcPr>
            <w:tcW w:w="2880" w:type="dxa"/>
            <w:tcMar>
              <w:top w:w="45" w:type="dxa"/>
              <w:left w:w="45" w:type="dxa"/>
              <w:bottom w:w="45" w:type="dxa"/>
              <w:right w:w="45" w:type="dxa"/>
            </w:tcMar>
            <w:vAlign w:val="center"/>
          </w:tcPr>
          <w:p w14:paraId="499F2591" w14:textId="77777777" w:rsidR="00BB27C4" w:rsidRDefault="00BB27C4">
            <w:pPr>
              <w:spacing w:after="0"/>
              <w:jc w:val="center"/>
            </w:pPr>
          </w:p>
        </w:tc>
        <w:tc>
          <w:tcPr>
            <w:tcW w:w="2566" w:type="dxa"/>
            <w:tcMar>
              <w:top w:w="45" w:type="dxa"/>
              <w:left w:w="45" w:type="dxa"/>
              <w:bottom w:w="45" w:type="dxa"/>
              <w:right w:w="45" w:type="dxa"/>
            </w:tcMar>
            <w:vAlign w:val="center"/>
          </w:tcPr>
          <w:p w14:paraId="7970F8B3" w14:textId="77777777" w:rsidR="00BB27C4" w:rsidRDefault="00BB27C4">
            <w:pPr>
              <w:spacing w:after="0"/>
              <w:jc w:val="center"/>
            </w:pPr>
          </w:p>
        </w:tc>
      </w:tr>
      <w:tr w:rsidR="00BB27C4" w14:paraId="0F182013" w14:textId="77777777" w:rsidTr="00BB7B50">
        <w:trPr>
          <w:jc w:val="center"/>
        </w:trPr>
        <w:tc>
          <w:tcPr>
            <w:tcW w:w="2592" w:type="dxa"/>
            <w:tcMar>
              <w:top w:w="45" w:type="dxa"/>
              <w:left w:w="45" w:type="dxa"/>
              <w:bottom w:w="45" w:type="dxa"/>
              <w:right w:w="45" w:type="dxa"/>
            </w:tcMar>
            <w:vAlign w:val="center"/>
          </w:tcPr>
          <w:p w14:paraId="29179A4A" w14:textId="77777777" w:rsidR="00BB27C4" w:rsidRDefault="00000000">
            <w:pPr>
              <w:spacing w:after="0"/>
            </w:pPr>
            <w:r>
              <w:rPr>
                <w:b/>
                <w:color w:val="1F2933"/>
                <w:sz w:val="13"/>
              </w:rPr>
              <w:t>Ceiling / lighting</w:t>
            </w:r>
          </w:p>
        </w:tc>
        <w:tc>
          <w:tcPr>
            <w:tcW w:w="2736" w:type="dxa"/>
            <w:tcMar>
              <w:top w:w="45" w:type="dxa"/>
              <w:left w:w="45" w:type="dxa"/>
              <w:bottom w:w="45" w:type="dxa"/>
              <w:right w:w="45" w:type="dxa"/>
            </w:tcMar>
            <w:vAlign w:val="center"/>
          </w:tcPr>
          <w:p w14:paraId="0986C474" w14:textId="77777777" w:rsidR="00BB27C4" w:rsidRDefault="00BB27C4">
            <w:pPr>
              <w:spacing w:after="0"/>
              <w:jc w:val="center"/>
            </w:pPr>
          </w:p>
        </w:tc>
        <w:tc>
          <w:tcPr>
            <w:tcW w:w="2566" w:type="dxa"/>
            <w:tcMar>
              <w:top w:w="45" w:type="dxa"/>
              <w:left w:w="45" w:type="dxa"/>
              <w:bottom w:w="45" w:type="dxa"/>
              <w:right w:w="45" w:type="dxa"/>
            </w:tcMar>
            <w:vAlign w:val="center"/>
          </w:tcPr>
          <w:p w14:paraId="122B5921" w14:textId="77777777" w:rsidR="00BB27C4" w:rsidRDefault="00BB27C4">
            <w:pPr>
              <w:spacing w:after="0"/>
              <w:jc w:val="center"/>
            </w:pPr>
          </w:p>
        </w:tc>
        <w:tc>
          <w:tcPr>
            <w:tcW w:w="2566" w:type="dxa"/>
            <w:tcMar>
              <w:top w:w="45" w:type="dxa"/>
              <w:left w:w="45" w:type="dxa"/>
              <w:bottom w:w="45" w:type="dxa"/>
              <w:right w:w="45" w:type="dxa"/>
            </w:tcMar>
            <w:vAlign w:val="center"/>
          </w:tcPr>
          <w:p w14:paraId="2407094D" w14:textId="77777777" w:rsidR="00BB27C4" w:rsidRDefault="00BB27C4">
            <w:pPr>
              <w:spacing w:after="0"/>
              <w:jc w:val="center"/>
            </w:pPr>
          </w:p>
        </w:tc>
        <w:tc>
          <w:tcPr>
            <w:tcW w:w="2880" w:type="dxa"/>
            <w:tcMar>
              <w:top w:w="45" w:type="dxa"/>
              <w:left w:w="45" w:type="dxa"/>
              <w:bottom w:w="45" w:type="dxa"/>
              <w:right w:w="45" w:type="dxa"/>
            </w:tcMar>
            <w:vAlign w:val="center"/>
          </w:tcPr>
          <w:p w14:paraId="3CFC9F4C" w14:textId="77777777" w:rsidR="00BB27C4" w:rsidRDefault="00BB27C4">
            <w:pPr>
              <w:spacing w:after="0"/>
              <w:jc w:val="center"/>
            </w:pPr>
          </w:p>
        </w:tc>
        <w:tc>
          <w:tcPr>
            <w:tcW w:w="2566" w:type="dxa"/>
            <w:tcMar>
              <w:top w:w="45" w:type="dxa"/>
              <w:left w:w="45" w:type="dxa"/>
              <w:bottom w:w="45" w:type="dxa"/>
              <w:right w:w="45" w:type="dxa"/>
            </w:tcMar>
            <w:vAlign w:val="center"/>
          </w:tcPr>
          <w:p w14:paraId="4277F5A9" w14:textId="77777777" w:rsidR="00BB27C4" w:rsidRDefault="00BB27C4">
            <w:pPr>
              <w:spacing w:after="0"/>
              <w:jc w:val="center"/>
            </w:pPr>
          </w:p>
        </w:tc>
      </w:tr>
      <w:tr w:rsidR="00BB27C4" w14:paraId="60104A28" w14:textId="77777777" w:rsidTr="00BB7B50">
        <w:trPr>
          <w:jc w:val="center"/>
        </w:trPr>
        <w:tc>
          <w:tcPr>
            <w:tcW w:w="2592" w:type="dxa"/>
            <w:tcMar>
              <w:top w:w="45" w:type="dxa"/>
              <w:left w:w="45" w:type="dxa"/>
              <w:bottom w:w="45" w:type="dxa"/>
              <w:right w:w="45" w:type="dxa"/>
            </w:tcMar>
            <w:vAlign w:val="center"/>
          </w:tcPr>
          <w:p w14:paraId="2B933DEA" w14:textId="77777777" w:rsidR="00BB27C4" w:rsidRDefault="00000000">
            <w:pPr>
              <w:spacing w:after="0"/>
            </w:pPr>
            <w:r>
              <w:rPr>
                <w:b/>
                <w:color w:val="1F2933"/>
                <w:sz w:val="13"/>
              </w:rPr>
              <w:t>Windows / glazing / handles</w:t>
            </w:r>
          </w:p>
        </w:tc>
        <w:tc>
          <w:tcPr>
            <w:tcW w:w="2736" w:type="dxa"/>
            <w:tcMar>
              <w:top w:w="45" w:type="dxa"/>
              <w:left w:w="45" w:type="dxa"/>
              <w:bottom w:w="45" w:type="dxa"/>
              <w:right w:w="45" w:type="dxa"/>
            </w:tcMar>
            <w:vAlign w:val="center"/>
          </w:tcPr>
          <w:p w14:paraId="4ABAF8A6" w14:textId="77777777" w:rsidR="00BB27C4" w:rsidRDefault="00BB27C4">
            <w:pPr>
              <w:spacing w:after="0"/>
              <w:jc w:val="center"/>
            </w:pPr>
          </w:p>
        </w:tc>
        <w:tc>
          <w:tcPr>
            <w:tcW w:w="2566" w:type="dxa"/>
            <w:tcMar>
              <w:top w:w="45" w:type="dxa"/>
              <w:left w:w="45" w:type="dxa"/>
              <w:bottom w:w="45" w:type="dxa"/>
              <w:right w:w="45" w:type="dxa"/>
            </w:tcMar>
            <w:vAlign w:val="center"/>
          </w:tcPr>
          <w:p w14:paraId="01E1CC74" w14:textId="77777777" w:rsidR="00BB27C4" w:rsidRDefault="00BB27C4">
            <w:pPr>
              <w:spacing w:after="0"/>
              <w:jc w:val="center"/>
            </w:pPr>
          </w:p>
        </w:tc>
        <w:tc>
          <w:tcPr>
            <w:tcW w:w="2566" w:type="dxa"/>
            <w:tcMar>
              <w:top w:w="45" w:type="dxa"/>
              <w:left w:w="45" w:type="dxa"/>
              <w:bottom w:w="45" w:type="dxa"/>
              <w:right w:w="45" w:type="dxa"/>
            </w:tcMar>
            <w:vAlign w:val="center"/>
          </w:tcPr>
          <w:p w14:paraId="4E6D30F1" w14:textId="77777777" w:rsidR="00BB27C4" w:rsidRDefault="00BB27C4">
            <w:pPr>
              <w:spacing w:after="0"/>
              <w:jc w:val="center"/>
            </w:pPr>
          </w:p>
        </w:tc>
        <w:tc>
          <w:tcPr>
            <w:tcW w:w="2880" w:type="dxa"/>
            <w:tcMar>
              <w:top w:w="45" w:type="dxa"/>
              <w:left w:w="45" w:type="dxa"/>
              <w:bottom w:w="45" w:type="dxa"/>
              <w:right w:w="45" w:type="dxa"/>
            </w:tcMar>
            <w:vAlign w:val="center"/>
          </w:tcPr>
          <w:p w14:paraId="4DFB6D3C" w14:textId="77777777" w:rsidR="00BB27C4" w:rsidRDefault="00BB27C4">
            <w:pPr>
              <w:spacing w:after="0"/>
              <w:jc w:val="center"/>
            </w:pPr>
          </w:p>
        </w:tc>
        <w:tc>
          <w:tcPr>
            <w:tcW w:w="2566" w:type="dxa"/>
            <w:tcMar>
              <w:top w:w="45" w:type="dxa"/>
              <w:left w:w="45" w:type="dxa"/>
              <w:bottom w:w="45" w:type="dxa"/>
              <w:right w:w="45" w:type="dxa"/>
            </w:tcMar>
            <w:vAlign w:val="center"/>
          </w:tcPr>
          <w:p w14:paraId="419A85EA" w14:textId="77777777" w:rsidR="00BB27C4" w:rsidRDefault="00BB27C4">
            <w:pPr>
              <w:spacing w:after="0"/>
              <w:jc w:val="center"/>
            </w:pPr>
          </w:p>
        </w:tc>
      </w:tr>
      <w:tr w:rsidR="00BB27C4" w14:paraId="6BEF1185" w14:textId="77777777" w:rsidTr="00BB7B50">
        <w:trPr>
          <w:jc w:val="center"/>
        </w:trPr>
        <w:tc>
          <w:tcPr>
            <w:tcW w:w="2592" w:type="dxa"/>
            <w:tcMar>
              <w:top w:w="45" w:type="dxa"/>
              <w:left w:w="45" w:type="dxa"/>
              <w:bottom w:w="45" w:type="dxa"/>
              <w:right w:w="45" w:type="dxa"/>
            </w:tcMar>
            <w:vAlign w:val="center"/>
          </w:tcPr>
          <w:p w14:paraId="6BF9CCCD" w14:textId="77777777" w:rsidR="00BB27C4" w:rsidRDefault="00000000">
            <w:pPr>
              <w:spacing w:after="0"/>
            </w:pPr>
            <w:r>
              <w:rPr>
                <w:b/>
                <w:color w:val="1F2933"/>
                <w:sz w:val="13"/>
              </w:rPr>
              <w:t>Curtains / blinds / rails</w:t>
            </w:r>
          </w:p>
        </w:tc>
        <w:tc>
          <w:tcPr>
            <w:tcW w:w="2736" w:type="dxa"/>
            <w:tcMar>
              <w:top w:w="45" w:type="dxa"/>
              <w:left w:w="45" w:type="dxa"/>
              <w:bottom w:w="45" w:type="dxa"/>
              <w:right w:w="45" w:type="dxa"/>
            </w:tcMar>
            <w:vAlign w:val="center"/>
          </w:tcPr>
          <w:p w14:paraId="6932C05E" w14:textId="77777777" w:rsidR="00BB27C4" w:rsidRDefault="00BB27C4">
            <w:pPr>
              <w:spacing w:after="0"/>
              <w:jc w:val="center"/>
            </w:pPr>
          </w:p>
        </w:tc>
        <w:tc>
          <w:tcPr>
            <w:tcW w:w="2566" w:type="dxa"/>
            <w:tcMar>
              <w:top w:w="45" w:type="dxa"/>
              <w:left w:w="45" w:type="dxa"/>
              <w:bottom w:w="45" w:type="dxa"/>
              <w:right w:w="45" w:type="dxa"/>
            </w:tcMar>
            <w:vAlign w:val="center"/>
          </w:tcPr>
          <w:p w14:paraId="5B0AC591" w14:textId="77777777" w:rsidR="00BB27C4" w:rsidRDefault="00BB27C4">
            <w:pPr>
              <w:spacing w:after="0"/>
              <w:jc w:val="center"/>
            </w:pPr>
          </w:p>
        </w:tc>
        <w:tc>
          <w:tcPr>
            <w:tcW w:w="2566" w:type="dxa"/>
            <w:tcMar>
              <w:top w:w="45" w:type="dxa"/>
              <w:left w:w="45" w:type="dxa"/>
              <w:bottom w:w="45" w:type="dxa"/>
              <w:right w:w="45" w:type="dxa"/>
            </w:tcMar>
            <w:vAlign w:val="center"/>
          </w:tcPr>
          <w:p w14:paraId="474A2956" w14:textId="77777777" w:rsidR="00BB27C4" w:rsidRDefault="00BB27C4">
            <w:pPr>
              <w:spacing w:after="0"/>
              <w:jc w:val="center"/>
            </w:pPr>
          </w:p>
        </w:tc>
        <w:tc>
          <w:tcPr>
            <w:tcW w:w="2880" w:type="dxa"/>
            <w:tcMar>
              <w:top w:w="45" w:type="dxa"/>
              <w:left w:w="45" w:type="dxa"/>
              <w:bottom w:w="45" w:type="dxa"/>
              <w:right w:w="45" w:type="dxa"/>
            </w:tcMar>
            <w:vAlign w:val="center"/>
          </w:tcPr>
          <w:p w14:paraId="0320A409" w14:textId="77777777" w:rsidR="00BB27C4" w:rsidRDefault="00BB27C4">
            <w:pPr>
              <w:spacing w:after="0"/>
              <w:jc w:val="center"/>
            </w:pPr>
          </w:p>
        </w:tc>
        <w:tc>
          <w:tcPr>
            <w:tcW w:w="2566" w:type="dxa"/>
            <w:tcMar>
              <w:top w:w="45" w:type="dxa"/>
              <w:left w:w="45" w:type="dxa"/>
              <w:bottom w:w="45" w:type="dxa"/>
              <w:right w:w="45" w:type="dxa"/>
            </w:tcMar>
            <w:vAlign w:val="center"/>
          </w:tcPr>
          <w:p w14:paraId="16418DF1" w14:textId="77777777" w:rsidR="00BB27C4" w:rsidRDefault="00BB27C4">
            <w:pPr>
              <w:spacing w:after="0"/>
              <w:jc w:val="center"/>
            </w:pPr>
          </w:p>
        </w:tc>
      </w:tr>
      <w:tr w:rsidR="00BB27C4" w14:paraId="4F8C679D" w14:textId="77777777" w:rsidTr="00BB7B50">
        <w:trPr>
          <w:jc w:val="center"/>
        </w:trPr>
        <w:tc>
          <w:tcPr>
            <w:tcW w:w="2592" w:type="dxa"/>
            <w:tcMar>
              <w:top w:w="45" w:type="dxa"/>
              <w:left w:w="45" w:type="dxa"/>
              <w:bottom w:w="45" w:type="dxa"/>
              <w:right w:w="45" w:type="dxa"/>
            </w:tcMar>
            <w:vAlign w:val="center"/>
          </w:tcPr>
          <w:p w14:paraId="4D800A49" w14:textId="77777777" w:rsidR="00BB27C4" w:rsidRDefault="00000000">
            <w:pPr>
              <w:spacing w:after="0"/>
            </w:pPr>
            <w:r>
              <w:rPr>
                <w:b/>
                <w:color w:val="1F2933"/>
                <w:sz w:val="13"/>
              </w:rPr>
              <w:t>Radiator / controls</w:t>
            </w:r>
          </w:p>
        </w:tc>
        <w:tc>
          <w:tcPr>
            <w:tcW w:w="2736" w:type="dxa"/>
            <w:tcMar>
              <w:top w:w="45" w:type="dxa"/>
              <w:left w:w="45" w:type="dxa"/>
              <w:bottom w:w="45" w:type="dxa"/>
              <w:right w:w="45" w:type="dxa"/>
            </w:tcMar>
            <w:vAlign w:val="center"/>
          </w:tcPr>
          <w:p w14:paraId="44176CCF" w14:textId="77777777" w:rsidR="00BB27C4" w:rsidRDefault="00BB27C4">
            <w:pPr>
              <w:spacing w:after="0"/>
              <w:jc w:val="center"/>
            </w:pPr>
          </w:p>
        </w:tc>
        <w:tc>
          <w:tcPr>
            <w:tcW w:w="2566" w:type="dxa"/>
            <w:tcMar>
              <w:top w:w="45" w:type="dxa"/>
              <w:left w:w="45" w:type="dxa"/>
              <w:bottom w:w="45" w:type="dxa"/>
              <w:right w:w="45" w:type="dxa"/>
            </w:tcMar>
            <w:vAlign w:val="center"/>
          </w:tcPr>
          <w:p w14:paraId="51B61651" w14:textId="77777777" w:rsidR="00BB27C4" w:rsidRDefault="00BB27C4">
            <w:pPr>
              <w:spacing w:after="0"/>
              <w:jc w:val="center"/>
            </w:pPr>
          </w:p>
        </w:tc>
        <w:tc>
          <w:tcPr>
            <w:tcW w:w="2566" w:type="dxa"/>
            <w:tcMar>
              <w:top w:w="45" w:type="dxa"/>
              <w:left w:w="45" w:type="dxa"/>
              <w:bottom w:w="45" w:type="dxa"/>
              <w:right w:w="45" w:type="dxa"/>
            </w:tcMar>
            <w:vAlign w:val="center"/>
          </w:tcPr>
          <w:p w14:paraId="51830874" w14:textId="77777777" w:rsidR="00BB27C4" w:rsidRDefault="00BB27C4">
            <w:pPr>
              <w:spacing w:after="0"/>
              <w:jc w:val="center"/>
            </w:pPr>
          </w:p>
        </w:tc>
        <w:tc>
          <w:tcPr>
            <w:tcW w:w="2880" w:type="dxa"/>
            <w:tcMar>
              <w:top w:w="45" w:type="dxa"/>
              <w:left w:w="45" w:type="dxa"/>
              <w:bottom w:w="45" w:type="dxa"/>
              <w:right w:w="45" w:type="dxa"/>
            </w:tcMar>
            <w:vAlign w:val="center"/>
          </w:tcPr>
          <w:p w14:paraId="2AE81A9D" w14:textId="77777777" w:rsidR="00BB27C4" w:rsidRDefault="00BB27C4">
            <w:pPr>
              <w:spacing w:after="0"/>
              <w:jc w:val="center"/>
            </w:pPr>
          </w:p>
        </w:tc>
        <w:tc>
          <w:tcPr>
            <w:tcW w:w="2566" w:type="dxa"/>
            <w:tcMar>
              <w:top w:w="45" w:type="dxa"/>
              <w:left w:w="45" w:type="dxa"/>
              <w:bottom w:w="45" w:type="dxa"/>
              <w:right w:w="45" w:type="dxa"/>
            </w:tcMar>
            <w:vAlign w:val="center"/>
          </w:tcPr>
          <w:p w14:paraId="2551D606" w14:textId="77777777" w:rsidR="00BB27C4" w:rsidRDefault="00BB27C4">
            <w:pPr>
              <w:spacing w:after="0"/>
              <w:jc w:val="center"/>
            </w:pPr>
          </w:p>
        </w:tc>
      </w:tr>
      <w:tr w:rsidR="00BB27C4" w14:paraId="5F8B16CE" w14:textId="77777777" w:rsidTr="00BB7B50">
        <w:trPr>
          <w:jc w:val="center"/>
        </w:trPr>
        <w:tc>
          <w:tcPr>
            <w:tcW w:w="2592" w:type="dxa"/>
            <w:tcMar>
              <w:top w:w="45" w:type="dxa"/>
              <w:left w:w="45" w:type="dxa"/>
              <w:bottom w:w="45" w:type="dxa"/>
              <w:right w:w="45" w:type="dxa"/>
            </w:tcMar>
            <w:vAlign w:val="center"/>
          </w:tcPr>
          <w:p w14:paraId="586FDE28" w14:textId="77777777" w:rsidR="00BB27C4" w:rsidRDefault="00000000">
            <w:pPr>
              <w:spacing w:after="0"/>
            </w:pPr>
            <w:r>
              <w:rPr>
                <w:b/>
                <w:color w:val="1F2933"/>
                <w:sz w:val="13"/>
              </w:rPr>
              <w:t>Doors / handles</w:t>
            </w:r>
          </w:p>
        </w:tc>
        <w:tc>
          <w:tcPr>
            <w:tcW w:w="2736" w:type="dxa"/>
            <w:tcMar>
              <w:top w:w="45" w:type="dxa"/>
              <w:left w:w="45" w:type="dxa"/>
              <w:bottom w:w="45" w:type="dxa"/>
              <w:right w:w="45" w:type="dxa"/>
            </w:tcMar>
            <w:vAlign w:val="center"/>
          </w:tcPr>
          <w:p w14:paraId="56AA827E" w14:textId="77777777" w:rsidR="00BB27C4" w:rsidRDefault="00BB27C4">
            <w:pPr>
              <w:spacing w:after="0"/>
              <w:jc w:val="center"/>
            </w:pPr>
          </w:p>
        </w:tc>
        <w:tc>
          <w:tcPr>
            <w:tcW w:w="2566" w:type="dxa"/>
            <w:tcMar>
              <w:top w:w="45" w:type="dxa"/>
              <w:left w:w="45" w:type="dxa"/>
              <w:bottom w:w="45" w:type="dxa"/>
              <w:right w:w="45" w:type="dxa"/>
            </w:tcMar>
            <w:vAlign w:val="center"/>
          </w:tcPr>
          <w:p w14:paraId="665CED12" w14:textId="77777777" w:rsidR="00BB27C4" w:rsidRDefault="00BB27C4">
            <w:pPr>
              <w:spacing w:after="0"/>
              <w:jc w:val="center"/>
            </w:pPr>
          </w:p>
        </w:tc>
        <w:tc>
          <w:tcPr>
            <w:tcW w:w="2566" w:type="dxa"/>
            <w:tcMar>
              <w:top w:w="45" w:type="dxa"/>
              <w:left w:w="45" w:type="dxa"/>
              <w:bottom w:w="45" w:type="dxa"/>
              <w:right w:w="45" w:type="dxa"/>
            </w:tcMar>
            <w:vAlign w:val="center"/>
          </w:tcPr>
          <w:p w14:paraId="15FFA874" w14:textId="77777777" w:rsidR="00BB27C4" w:rsidRDefault="00BB27C4">
            <w:pPr>
              <w:spacing w:after="0"/>
              <w:jc w:val="center"/>
            </w:pPr>
          </w:p>
        </w:tc>
        <w:tc>
          <w:tcPr>
            <w:tcW w:w="2880" w:type="dxa"/>
            <w:tcMar>
              <w:top w:w="45" w:type="dxa"/>
              <w:left w:w="45" w:type="dxa"/>
              <w:bottom w:w="45" w:type="dxa"/>
              <w:right w:w="45" w:type="dxa"/>
            </w:tcMar>
            <w:vAlign w:val="center"/>
          </w:tcPr>
          <w:p w14:paraId="0BEE269C" w14:textId="77777777" w:rsidR="00BB27C4" w:rsidRDefault="00BB27C4">
            <w:pPr>
              <w:spacing w:after="0"/>
              <w:jc w:val="center"/>
            </w:pPr>
          </w:p>
        </w:tc>
        <w:tc>
          <w:tcPr>
            <w:tcW w:w="2566" w:type="dxa"/>
            <w:tcMar>
              <w:top w:w="45" w:type="dxa"/>
              <w:left w:w="45" w:type="dxa"/>
              <w:bottom w:w="45" w:type="dxa"/>
              <w:right w:w="45" w:type="dxa"/>
            </w:tcMar>
            <w:vAlign w:val="center"/>
          </w:tcPr>
          <w:p w14:paraId="4A4BF88D" w14:textId="77777777" w:rsidR="00BB27C4" w:rsidRDefault="00BB27C4">
            <w:pPr>
              <w:spacing w:after="0"/>
              <w:jc w:val="center"/>
            </w:pPr>
          </w:p>
        </w:tc>
      </w:tr>
      <w:tr w:rsidR="00BB27C4" w14:paraId="3F781F06" w14:textId="77777777" w:rsidTr="00BB7B50">
        <w:trPr>
          <w:jc w:val="center"/>
        </w:trPr>
        <w:tc>
          <w:tcPr>
            <w:tcW w:w="2592" w:type="dxa"/>
            <w:tcMar>
              <w:top w:w="45" w:type="dxa"/>
              <w:left w:w="45" w:type="dxa"/>
              <w:bottom w:w="45" w:type="dxa"/>
              <w:right w:w="45" w:type="dxa"/>
            </w:tcMar>
            <w:vAlign w:val="center"/>
          </w:tcPr>
          <w:p w14:paraId="75F6D804" w14:textId="77777777" w:rsidR="00BB27C4" w:rsidRDefault="00000000">
            <w:pPr>
              <w:spacing w:after="0"/>
            </w:pPr>
            <w:r>
              <w:rPr>
                <w:b/>
                <w:color w:val="1F2933"/>
                <w:sz w:val="13"/>
              </w:rPr>
              <w:t>Wardrobe / storage</w:t>
            </w:r>
          </w:p>
        </w:tc>
        <w:tc>
          <w:tcPr>
            <w:tcW w:w="2736" w:type="dxa"/>
            <w:tcMar>
              <w:top w:w="45" w:type="dxa"/>
              <w:left w:w="45" w:type="dxa"/>
              <w:bottom w:w="45" w:type="dxa"/>
              <w:right w:w="45" w:type="dxa"/>
            </w:tcMar>
            <w:vAlign w:val="center"/>
          </w:tcPr>
          <w:p w14:paraId="19CA02F9" w14:textId="77777777" w:rsidR="00BB27C4" w:rsidRDefault="00BB27C4">
            <w:pPr>
              <w:spacing w:after="0"/>
              <w:jc w:val="center"/>
            </w:pPr>
          </w:p>
        </w:tc>
        <w:tc>
          <w:tcPr>
            <w:tcW w:w="2566" w:type="dxa"/>
            <w:tcMar>
              <w:top w:w="45" w:type="dxa"/>
              <w:left w:w="45" w:type="dxa"/>
              <w:bottom w:w="45" w:type="dxa"/>
              <w:right w:w="45" w:type="dxa"/>
            </w:tcMar>
            <w:vAlign w:val="center"/>
          </w:tcPr>
          <w:p w14:paraId="75E0C51F" w14:textId="77777777" w:rsidR="00BB27C4" w:rsidRDefault="00BB27C4">
            <w:pPr>
              <w:spacing w:after="0"/>
              <w:jc w:val="center"/>
            </w:pPr>
          </w:p>
        </w:tc>
        <w:tc>
          <w:tcPr>
            <w:tcW w:w="2566" w:type="dxa"/>
            <w:tcMar>
              <w:top w:w="45" w:type="dxa"/>
              <w:left w:w="45" w:type="dxa"/>
              <w:bottom w:w="45" w:type="dxa"/>
              <w:right w:w="45" w:type="dxa"/>
            </w:tcMar>
            <w:vAlign w:val="center"/>
          </w:tcPr>
          <w:p w14:paraId="4AF73F15" w14:textId="77777777" w:rsidR="00BB27C4" w:rsidRDefault="00BB27C4">
            <w:pPr>
              <w:spacing w:after="0"/>
              <w:jc w:val="center"/>
            </w:pPr>
          </w:p>
        </w:tc>
        <w:tc>
          <w:tcPr>
            <w:tcW w:w="2880" w:type="dxa"/>
            <w:tcMar>
              <w:top w:w="45" w:type="dxa"/>
              <w:left w:w="45" w:type="dxa"/>
              <w:bottom w:w="45" w:type="dxa"/>
              <w:right w:w="45" w:type="dxa"/>
            </w:tcMar>
            <w:vAlign w:val="center"/>
          </w:tcPr>
          <w:p w14:paraId="0A3BD62F" w14:textId="77777777" w:rsidR="00BB27C4" w:rsidRDefault="00BB27C4">
            <w:pPr>
              <w:spacing w:after="0"/>
              <w:jc w:val="center"/>
            </w:pPr>
          </w:p>
        </w:tc>
        <w:tc>
          <w:tcPr>
            <w:tcW w:w="2566" w:type="dxa"/>
            <w:tcMar>
              <w:top w:w="45" w:type="dxa"/>
              <w:left w:w="45" w:type="dxa"/>
              <w:bottom w:w="45" w:type="dxa"/>
              <w:right w:w="45" w:type="dxa"/>
            </w:tcMar>
            <w:vAlign w:val="center"/>
          </w:tcPr>
          <w:p w14:paraId="34947C7A" w14:textId="77777777" w:rsidR="00BB27C4" w:rsidRDefault="00BB27C4">
            <w:pPr>
              <w:spacing w:after="0"/>
              <w:jc w:val="center"/>
            </w:pPr>
          </w:p>
        </w:tc>
      </w:tr>
      <w:tr w:rsidR="00BB27C4" w14:paraId="16CD02AD" w14:textId="77777777" w:rsidTr="00BB7B50">
        <w:trPr>
          <w:jc w:val="center"/>
        </w:trPr>
        <w:tc>
          <w:tcPr>
            <w:tcW w:w="2592" w:type="dxa"/>
            <w:tcMar>
              <w:top w:w="45" w:type="dxa"/>
              <w:left w:w="45" w:type="dxa"/>
              <w:bottom w:w="45" w:type="dxa"/>
              <w:right w:w="45" w:type="dxa"/>
            </w:tcMar>
            <w:vAlign w:val="center"/>
          </w:tcPr>
          <w:p w14:paraId="7E4B06B0" w14:textId="77777777" w:rsidR="00BB27C4" w:rsidRDefault="00000000">
            <w:pPr>
              <w:spacing w:after="0"/>
            </w:pPr>
            <w:r>
              <w:rPr>
                <w:b/>
                <w:color w:val="1F2933"/>
                <w:sz w:val="13"/>
              </w:rPr>
              <w:t>Bed / mattress (if provided)</w:t>
            </w:r>
          </w:p>
        </w:tc>
        <w:tc>
          <w:tcPr>
            <w:tcW w:w="2736" w:type="dxa"/>
            <w:tcMar>
              <w:top w:w="45" w:type="dxa"/>
              <w:left w:w="45" w:type="dxa"/>
              <w:bottom w:w="45" w:type="dxa"/>
              <w:right w:w="45" w:type="dxa"/>
            </w:tcMar>
            <w:vAlign w:val="center"/>
          </w:tcPr>
          <w:p w14:paraId="1F4C8227" w14:textId="77777777" w:rsidR="00BB27C4" w:rsidRDefault="00BB27C4">
            <w:pPr>
              <w:spacing w:after="0"/>
              <w:jc w:val="center"/>
            </w:pPr>
          </w:p>
        </w:tc>
        <w:tc>
          <w:tcPr>
            <w:tcW w:w="2566" w:type="dxa"/>
            <w:tcMar>
              <w:top w:w="45" w:type="dxa"/>
              <w:left w:w="45" w:type="dxa"/>
              <w:bottom w:w="45" w:type="dxa"/>
              <w:right w:w="45" w:type="dxa"/>
            </w:tcMar>
            <w:vAlign w:val="center"/>
          </w:tcPr>
          <w:p w14:paraId="5529E184" w14:textId="77777777" w:rsidR="00BB27C4" w:rsidRDefault="00BB27C4">
            <w:pPr>
              <w:spacing w:after="0"/>
              <w:jc w:val="center"/>
            </w:pPr>
          </w:p>
        </w:tc>
        <w:tc>
          <w:tcPr>
            <w:tcW w:w="2566" w:type="dxa"/>
            <w:tcMar>
              <w:top w:w="45" w:type="dxa"/>
              <w:left w:w="45" w:type="dxa"/>
              <w:bottom w:w="45" w:type="dxa"/>
              <w:right w:w="45" w:type="dxa"/>
            </w:tcMar>
            <w:vAlign w:val="center"/>
          </w:tcPr>
          <w:p w14:paraId="42BD6C81" w14:textId="77777777" w:rsidR="00BB27C4" w:rsidRDefault="00BB27C4">
            <w:pPr>
              <w:spacing w:after="0"/>
              <w:jc w:val="center"/>
            </w:pPr>
          </w:p>
        </w:tc>
        <w:tc>
          <w:tcPr>
            <w:tcW w:w="2880" w:type="dxa"/>
            <w:tcMar>
              <w:top w:w="45" w:type="dxa"/>
              <w:left w:w="45" w:type="dxa"/>
              <w:bottom w:w="45" w:type="dxa"/>
              <w:right w:w="45" w:type="dxa"/>
            </w:tcMar>
            <w:vAlign w:val="center"/>
          </w:tcPr>
          <w:p w14:paraId="77F86BC0" w14:textId="77777777" w:rsidR="00BB27C4" w:rsidRDefault="00BB27C4">
            <w:pPr>
              <w:spacing w:after="0"/>
              <w:jc w:val="center"/>
            </w:pPr>
          </w:p>
        </w:tc>
        <w:tc>
          <w:tcPr>
            <w:tcW w:w="2566" w:type="dxa"/>
            <w:tcMar>
              <w:top w:w="45" w:type="dxa"/>
              <w:left w:w="45" w:type="dxa"/>
              <w:bottom w:w="45" w:type="dxa"/>
              <w:right w:w="45" w:type="dxa"/>
            </w:tcMar>
            <w:vAlign w:val="center"/>
          </w:tcPr>
          <w:p w14:paraId="104A8B41" w14:textId="77777777" w:rsidR="00BB27C4" w:rsidRDefault="00BB27C4">
            <w:pPr>
              <w:spacing w:after="0"/>
              <w:jc w:val="center"/>
            </w:pPr>
          </w:p>
        </w:tc>
      </w:tr>
      <w:tr w:rsidR="00BB27C4" w14:paraId="68867D38" w14:textId="77777777" w:rsidTr="00BB7B50">
        <w:trPr>
          <w:jc w:val="center"/>
        </w:trPr>
        <w:tc>
          <w:tcPr>
            <w:tcW w:w="2592" w:type="dxa"/>
            <w:tcMar>
              <w:top w:w="45" w:type="dxa"/>
              <w:left w:w="45" w:type="dxa"/>
              <w:bottom w:w="45" w:type="dxa"/>
              <w:right w:w="45" w:type="dxa"/>
            </w:tcMar>
            <w:vAlign w:val="center"/>
          </w:tcPr>
          <w:p w14:paraId="51EC53F4" w14:textId="77777777" w:rsidR="00BB27C4" w:rsidRDefault="00000000">
            <w:pPr>
              <w:spacing w:after="0"/>
            </w:pPr>
            <w:r>
              <w:rPr>
                <w:b/>
                <w:color w:val="1F2933"/>
                <w:sz w:val="13"/>
              </w:rPr>
              <w:t>Other furniture / fittings</w:t>
            </w:r>
          </w:p>
        </w:tc>
        <w:tc>
          <w:tcPr>
            <w:tcW w:w="2736" w:type="dxa"/>
            <w:tcMar>
              <w:top w:w="45" w:type="dxa"/>
              <w:left w:w="45" w:type="dxa"/>
              <w:bottom w:w="45" w:type="dxa"/>
              <w:right w:w="45" w:type="dxa"/>
            </w:tcMar>
            <w:vAlign w:val="center"/>
          </w:tcPr>
          <w:p w14:paraId="725D9ED0" w14:textId="77777777" w:rsidR="00BB27C4" w:rsidRDefault="00BB27C4">
            <w:pPr>
              <w:spacing w:after="0"/>
              <w:jc w:val="center"/>
            </w:pPr>
          </w:p>
        </w:tc>
        <w:tc>
          <w:tcPr>
            <w:tcW w:w="2566" w:type="dxa"/>
            <w:tcMar>
              <w:top w:w="45" w:type="dxa"/>
              <w:left w:w="45" w:type="dxa"/>
              <w:bottom w:w="45" w:type="dxa"/>
              <w:right w:w="45" w:type="dxa"/>
            </w:tcMar>
            <w:vAlign w:val="center"/>
          </w:tcPr>
          <w:p w14:paraId="0CA29657" w14:textId="77777777" w:rsidR="00BB27C4" w:rsidRDefault="00BB27C4">
            <w:pPr>
              <w:spacing w:after="0"/>
              <w:jc w:val="center"/>
            </w:pPr>
          </w:p>
        </w:tc>
        <w:tc>
          <w:tcPr>
            <w:tcW w:w="2566" w:type="dxa"/>
            <w:tcMar>
              <w:top w:w="45" w:type="dxa"/>
              <w:left w:w="45" w:type="dxa"/>
              <w:bottom w:w="45" w:type="dxa"/>
              <w:right w:w="45" w:type="dxa"/>
            </w:tcMar>
            <w:vAlign w:val="center"/>
          </w:tcPr>
          <w:p w14:paraId="546E35FC" w14:textId="77777777" w:rsidR="00BB27C4" w:rsidRDefault="00BB27C4">
            <w:pPr>
              <w:spacing w:after="0"/>
              <w:jc w:val="center"/>
            </w:pPr>
          </w:p>
        </w:tc>
        <w:tc>
          <w:tcPr>
            <w:tcW w:w="2880" w:type="dxa"/>
            <w:tcMar>
              <w:top w:w="45" w:type="dxa"/>
              <w:left w:w="45" w:type="dxa"/>
              <w:bottom w:w="45" w:type="dxa"/>
              <w:right w:w="45" w:type="dxa"/>
            </w:tcMar>
            <w:vAlign w:val="center"/>
          </w:tcPr>
          <w:p w14:paraId="2319EF19" w14:textId="77777777" w:rsidR="00BB27C4" w:rsidRDefault="00BB27C4">
            <w:pPr>
              <w:spacing w:after="0"/>
              <w:jc w:val="center"/>
            </w:pPr>
          </w:p>
        </w:tc>
        <w:tc>
          <w:tcPr>
            <w:tcW w:w="2566" w:type="dxa"/>
            <w:tcMar>
              <w:top w:w="45" w:type="dxa"/>
              <w:left w:w="45" w:type="dxa"/>
              <w:bottom w:w="45" w:type="dxa"/>
              <w:right w:w="45" w:type="dxa"/>
            </w:tcMar>
            <w:vAlign w:val="center"/>
          </w:tcPr>
          <w:p w14:paraId="34F650CC" w14:textId="77777777" w:rsidR="00BB27C4" w:rsidRDefault="00BB27C4">
            <w:pPr>
              <w:spacing w:after="0"/>
              <w:jc w:val="center"/>
            </w:pPr>
          </w:p>
        </w:tc>
      </w:tr>
    </w:tbl>
    <w:p w14:paraId="36FDD2CB" w14:textId="77777777" w:rsidR="00BB27C4" w:rsidRDefault="00BB27C4">
      <w:pPr>
        <w:spacing w:after="20"/>
      </w:pPr>
    </w:p>
    <w:p w14:paraId="3E441D7C" w14:textId="77777777" w:rsidR="00BB7B50" w:rsidRDefault="00BB7B50">
      <w:pPr>
        <w:spacing w:after="20"/>
      </w:pPr>
    </w:p>
    <w:p w14:paraId="6DC0A8EE" w14:textId="77777777" w:rsidR="00BB7B50" w:rsidRDefault="00BB7B50">
      <w:pPr>
        <w:spacing w:after="20"/>
      </w:pPr>
    </w:p>
    <w:p w14:paraId="73F1C5CC" w14:textId="77777777" w:rsidR="00BB7B50" w:rsidRDefault="00BB7B50">
      <w:pPr>
        <w:spacing w:after="20"/>
      </w:pPr>
    </w:p>
    <w:p w14:paraId="722B7943" w14:textId="77777777" w:rsidR="00BB7B50" w:rsidRDefault="00BB7B50">
      <w:pPr>
        <w:spacing w:after="20"/>
      </w:pPr>
    </w:p>
    <w:p w14:paraId="5CE71DB1" w14:textId="77777777" w:rsidR="00BB7B50" w:rsidRDefault="00BB7B50">
      <w:pPr>
        <w:spacing w:after="20"/>
      </w:pPr>
    </w:p>
    <w:p w14:paraId="0A6CC2FB" w14:textId="77777777" w:rsidR="00BB7B50" w:rsidRDefault="00BB7B50">
      <w:pPr>
        <w:spacing w:after="20"/>
      </w:pPr>
    </w:p>
    <w:p w14:paraId="2BF17252" w14:textId="77777777" w:rsidR="00BB7B50" w:rsidRDefault="00BB7B50">
      <w:pPr>
        <w:spacing w:after="20"/>
      </w:pPr>
    </w:p>
    <w:p w14:paraId="7A60F742" w14:textId="77777777" w:rsidR="00BB7B50" w:rsidRDefault="00BB7B50">
      <w:pPr>
        <w:spacing w:after="20"/>
      </w:pPr>
    </w:p>
    <w:p w14:paraId="4B88F29A" w14:textId="77777777" w:rsidR="00BB7B50" w:rsidRDefault="00BB7B50">
      <w:pPr>
        <w:spacing w:after="20"/>
      </w:pPr>
    </w:p>
    <w:p w14:paraId="433A0FD4" w14:textId="77777777" w:rsidR="00BB7B50" w:rsidRDefault="00BB7B50">
      <w:pPr>
        <w:spacing w:after="20"/>
      </w:pPr>
    </w:p>
    <w:p w14:paraId="72F27409" w14:textId="77777777" w:rsidR="00BB7B50" w:rsidRDefault="00BB7B50">
      <w:pPr>
        <w:spacing w:after="20"/>
      </w:pPr>
    </w:p>
    <w:p w14:paraId="5A13F927" w14:textId="77777777" w:rsidR="00BB7B50" w:rsidRDefault="00BB7B50">
      <w:pPr>
        <w:spacing w:after="20"/>
      </w:pPr>
    </w:p>
    <w:p w14:paraId="7B64B43E" w14:textId="77777777" w:rsidR="00BB7B50" w:rsidRDefault="00BB7B50">
      <w:pPr>
        <w:spacing w:after="20"/>
      </w:pPr>
    </w:p>
    <w:p w14:paraId="474451FA" w14:textId="77777777" w:rsidR="00BB7B50" w:rsidRDefault="00BB7B50">
      <w:pPr>
        <w:spacing w:after="20"/>
      </w:pPr>
    </w:p>
    <w:p w14:paraId="1EF830C1" w14:textId="77777777" w:rsidR="00BB7B50" w:rsidRDefault="00BB7B50">
      <w:pPr>
        <w:spacing w:after="20"/>
      </w:pPr>
    </w:p>
    <w:p w14:paraId="4730F467" w14:textId="77777777" w:rsidR="00BB7B50" w:rsidRDefault="00BB7B50">
      <w:pPr>
        <w:spacing w:after="20"/>
      </w:pP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4688"/>
      </w:tblGrid>
      <w:tr w:rsidR="00BB7B50" w14:paraId="2A240B52" w14:textId="77777777" w:rsidTr="006D6AF3">
        <w:trPr>
          <w:jc w:val="center"/>
        </w:trPr>
        <w:tc>
          <w:tcPr>
            <w:tcW w:w="14688" w:type="dxa"/>
            <w:shd w:val="clear" w:color="auto" w:fill="F2EBDC"/>
            <w:tcMar>
              <w:top w:w="45" w:type="dxa"/>
              <w:left w:w="45" w:type="dxa"/>
              <w:bottom w:w="45" w:type="dxa"/>
              <w:right w:w="45" w:type="dxa"/>
            </w:tcMar>
            <w:vAlign w:val="center"/>
          </w:tcPr>
          <w:p w14:paraId="1E25C5DA" w14:textId="65D14828" w:rsidR="00BB7B50" w:rsidRDefault="00BB7B50" w:rsidP="006D6AF3">
            <w:pPr>
              <w:spacing w:after="0"/>
            </w:pPr>
            <w:r>
              <w:rPr>
                <w:b/>
                <w:color w:val="102632"/>
                <w:sz w:val="18"/>
              </w:rPr>
              <w:t xml:space="preserve">BEDROOM </w:t>
            </w:r>
            <w:r>
              <w:rPr>
                <w:b/>
                <w:color w:val="102632"/>
                <w:sz w:val="18"/>
              </w:rPr>
              <w:t>2</w:t>
            </w:r>
          </w:p>
        </w:tc>
      </w:tr>
    </w:tbl>
    <w:p w14:paraId="3E399DF7" w14:textId="77777777" w:rsidR="00BB7B50" w:rsidRDefault="00BB7B50">
      <w:pPr>
        <w:spacing w:after="20"/>
      </w:pPr>
    </w:p>
    <w:p w14:paraId="33A325E3" w14:textId="77777777" w:rsidR="00BB7B50" w:rsidRDefault="00BB7B50">
      <w:pPr>
        <w:spacing w:after="20"/>
      </w:pPr>
    </w:p>
    <w:tbl>
      <w:tblPr>
        <w:tblpPr w:leftFromText="180" w:rightFromText="180" w:vertAnchor="text" w:horzAnchor="margin" w:tblpY="40"/>
        <w:tblW w:w="15906" w:type="dxa"/>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2592"/>
        <w:gridCol w:w="2736"/>
        <w:gridCol w:w="2566"/>
        <w:gridCol w:w="2566"/>
        <w:gridCol w:w="2880"/>
        <w:gridCol w:w="2566"/>
      </w:tblGrid>
      <w:tr w:rsidR="00BB7B50" w14:paraId="796C7058" w14:textId="77777777" w:rsidTr="00BB7B50">
        <w:tc>
          <w:tcPr>
            <w:tcW w:w="2592" w:type="dxa"/>
            <w:shd w:val="clear" w:color="auto" w:fill="102632"/>
            <w:tcMar>
              <w:top w:w="45" w:type="dxa"/>
              <w:left w:w="45" w:type="dxa"/>
              <w:bottom w:w="45" w:type="dxa"/>
              <w:right w:w="45" w:type="dxa"/>
            </w:tcMar>
            <w:vAlign w:val="center"/>
          </w:tcPr>
          <w:p w14:paraId="0FF9BD8A" w14:textId="77777777" w:rsidR="00BB7B50" w:rsidRDefault="00BB7B50" w:rsidP="00BB7B50">
            <w:pPr>
              <w:spacing w:after="0"/>
              <w:jc w:val="center"/>
            </w:pPr>
            <w:r>
              <w:rPr>
                <w:b/>
                <w:color w:val="F2EBDC"/>
                <w:sz w:val="13"/>
              </w:rPr>
              <w:t>Item / Area</w:t>
            </w:r>
          </w:p>
        </w:tc>
        <w:tc>
          <w:tcPr>
            <w:tcW w:w="2736" w:type="dxa"/>
            <w:shd w:val="clear" w:color="auto" w:fill="102632"/>
            <w:tcMar>
              <w:top w:w="45" w:type="dxa"/>
              <w:left w:w="45" w:type="dxa"/>
              <w:bottom w:w="45" w:type="dxa"/>
              <w:right w:w="45" w:type="dxa"/>
            </w:tcMar>
            <w:vAlign w:val="center"/>
          </w:tcPr>
          <w:p w14:paraId="7AE90AD4" w14:textId="77777777" w:rsidR="00BB7B50" w:rsidRDefault="00BB7B50" w:rsidP="00BB7B50">
            <w:pPr>
              <w:spacing w:after="0"/>
              <w:jc w:val="center"/>
            </w:pPr>
            <w:r>
              <w:rPr>
                <w:b/>
                <w:color w:val="F2EBDC"/>
                <w:sz w:val="13"/>
              </w:rPr>
              <w:t>Description / Specification</w:t>
            </w:r>
          </w:p>
        </w:tc>
        <w:tc>
          <w:tcPr>
            <w:tcW w:w="2566" w:type="dxa"/>
            <w:shd w:val="clear" w:color="auto" w:fill="102632"/>
            <w:tcMar>
              <w:top w:w="45" w:type="dxa"/>
              <w:left w:w="45" w:type="dxa"/>
              <w:bottom w:w="45" w:type="dxa"/>
              <w:right w:w="45" w:type="dxa"/>
            </w:tcMar>
            <w:vAlign w:val="center"/>
          </w:tcPr>
          <w:p w14:paraId="595173F4" w14:textId="77777777" w:rsidR="00BB7B50" w:rsidRDefault="00BB7B50" w:rsidP="00BB7B50">
            <w:pPr>
              <w:spacing w:after="0"/>
              <w:jc w:val="center"/>
            </w:pPr>
            <w:r>
              <w:rPr>
                <w:b/>
                <w:color w:val="F2EBDC"/>
                <w:sz w:val="13"/>
              </w:rPr>
              <w:t>Condition</w:t>
            </w:r>
          </w:p>
        </w:tc>
        <w:tc>
          <w:tcPr>
            <w:tcW w:w="2566" w:type="dxa"/>
            <w:shd w:val="clear" w:color="auto" w:fill="102632"/>
            <w:tcMar>
              <w:top w:w="45" w:type="dxa"/>
              <w:left w:w="45" w:type="dxa"/>
              <w:bottom w:w="45" w:type="dxa"/>
              <w:right w:w="45" w:type="dxa"/>
            </w:tcMar>
            <w:vAlign w:val="center"/>
          </w:tcPr>
          <w:p w14:paraId="24DA4B1B" w14:textId="77777777" w:rsidR="00BB7B50" w:rsidRDefault="00BB7B50" w:rsidP="00BB7B50">
            <w:pPr>
              <w:spacing w:after="0"/>
              <w:jc w:val="center"/>
            </w:pPr>
            <w:r>
              <w:rPr>
                <w:b/>
                <w:color w:val="F2EBDC"/>
                <w:sz w:val="13"/>
              </w:rPr>
              <w:t>Clean</w:t>
            </w:r>
          </w:p>
        </w:tc>
        <w:tc>
          <w:tcPr>
            <w:tcW w:w="2880" w:type="dxa"/>
            <w:shd w:val="clear" w:color="auto" w:fill="102632"/>
            <w:tcMar>
              <w:top w:w="45" w:type="dxa"/>
              <w:left w:w="45" w:type="dxa"/>
              <w:bottom w:w="45" w:type="dxa"/>
              <w:right w:w="45" w:type="dxa"/>
            </w:tcMar>
            <w:vAlign w:val="center"/>
          </w:tcPr>
          <w:p w14:paraId="65802120" w14:textId="77777777" w:rsidR="00BB7B50" w:rsidRDefault="00BB7B50" w:rsidP="00BB7B50">
            <w:pPr>
              <w:spacing w:after="0"/>
              <w:jc w:val="center"/>
            </w:pPr>
            <w:r>
              <w:rPr>
                <w:b/>
                <w:color w:val="F2EBDC"/>
                <w:sz w:val="13"/>
              </w:rPr>
              <w:t>Defects / Comments</w:t>
            </w:r>
          </w:p>
        </w:tc>
        <w:tc>
          <w:tcPr>
            <w:tcW w:w="2566" w:type="dxa"/>
            <w:shd w:val="clear" w:color="auto" w:fill="102632"/>
            <w:tcMar>
              <w:top w:w="45" w:type="dxa"/>
              <w:left w:w="45" w:type="dxa"/>
              <w:bottom w:w="45" w:type="dxa"/>
              <w:right w:w="45" w:type="dxa"/>
            </w:tcMar>
            <w:vAlign w:val="center"/>
          </w:tcPr>
          <w:p w14:paraId="7F83AC0D" w14:textId="77777777" w:rsidR="00BB7B50" w:rsidRDefault="00BB7B50" w:rsidP="00BB7B50">
            <w:pPr>
              <w:spacing w:after="0"/>
              <w:jc w:val="center"/>
            </w:pPr>
            <w:r>
              <w:rPr>
                <w:b/>
                <w:color w:val="F2EBDC"/>
                <w:sz w:val="13"/>
              </w:rPr>
              <w:t>Photo</w:t>
            </w:r>
          </w:p>
        </w:tc>
      </w:tr>
      <w:tr w:rsidR="00BB7B50" w14:paraId="024A029B" w14:textId="77777777" w:rsidTr="00BB7B50">
        <w:tc>
          <w:tcPr>
            <w:tcW w:w="2592" w:type="dxa"/>
            <w:tcMar>
              <w:top w:w="45" w:type="dxa"/>
              <w:left w:w="45" w:type="dxa"/>
              <w:bottom w:w="45" w:type="dxa"/>
              <w:right w:w="45" w:type="dxa"/>
            </w:tcMar>
            <w:vAlign w:val="center"/>
          </w:tcPr>
          <w:p w14:paraId="501EE976" w14:textId="77777777" w:rsidR="00BB7B50" w:rsidRDefault="00BB7B50" w:rsidP="00BB7B50">
            <w:pPr>
              <w:spacing w:after="0"/>
            </w:pPr>
            <w:r>
              <w:rPr>
                <w:b/>
                <w:color w:val="1F2933"/>
                <w:sz w:val="13"/>
              </w:rPr>
              <w:t>Flooring</w:t>
            </w:r>
          </w:p>
        </w:tc>
        <w:tc>
          <w:tcPr>
            <w:tcW w:w="2736" w:type="dxa"/>
            <w:tcMar>
              <w:top w:w="45" w:type="dxa"/>
              <w:left w:w="45" w:type="dxa"/>
              <w:bottom w:w="45" w:type="dxa"/>
              <w:right w:w="45" w:type="dxa"/>
            </w:tcMar>
            <w:vAlign w:val="center"/>
          </w:tcPr>
          <w:p w14:paraId="4CEF39B2"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108535BD"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616B3F7E" w14:textId="77777777" w:rsidR="00BB7B50" w:rsidRDefault="00BB7B50" w:rsidP="00BB7B50">
            <w:pPr>
              <w:spacing w:after="0"/>
              <w:jc w:val="center"/>
            </w:pPr>
          </w:p>
        </w:tc>
        <w:tc>
          <w:tcPr>
            <w:tcW w:w="2880" w:type="dxa"/>
            <w:tcMar>
              <w:top w:w="45" w:type="dxa"/>
              <w:left w:w="45" w:type="dxa"/>
              <w:bottom w:w="45" w:type="dxa"/>
              <w:right w:w="45" w:type="dxa"/>
            </w:tcMar>
            <w:vAlign w:val="center"/>
          </w:tcPr>
          <w:p w14:paraId="6A6FA893"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58A30D81" w14:textId="77777777" w:rsidR="00BB7B50" w:rsidRDefault="00BB7B50" w:rsidP="00BB7B50">
            <w:pPr>
              <w:spacing w:after="0"/>
              <w:jc w:val="center"/>
            </w:pPr>
          </w:p>
        </w:tc>
      </w:tr>
      <w:tr w:rsidR="00BB7B50" w14:paraId="42FF5837" w14:textId="77777777" w:rsidTr="00BB7B50">
        <w:tc>
          <w:tcPr>
            <w:tcW w:w="2592" w:type="dxa"/>
            <w:tcMar>
              <w:top w:w="45" w:type="dxa"/>
              <w:left w:w="45" w:type="dxa"/>
              <w:bottom w:w="45" w:type="dxa"/>
              <w:right w:w="45" w:type="dxa"/>
            </w:tcMar>
            <w:vAlign w:val="center"/>
          </w:tcPr>
          <w:p w14:paraId="6C52A7A2" w14:textId="77777777" w:rsidR="00BB7B50" w:rsidRDefault="00BB7B50" w:rsidP="00BB7B50">
            <w:pPr>
              <w:spacing w:after="0"/>
            </w:pPr>
            <w:r>
              <w:rPr>
                <w:b/>
                <w:color w:val="1F2933"/>
                <w:sz w:val="13"/>
              </w:rPr>
              <w:t>Walls / paint / wallpaper</w:t>
            </w:r>
          </w:p>
        </w:tc>
        <w:tc>
          <w:tcPr>
            <w:tcW w:w="2736" w:type="dxa"/>
            <w:tcMar>
              <w:top w:w="45" w:type="dxa"/>
              <w:left w:w="45" w:type="dxa"/>
              <w:bottom w:w="45" w:type="dxa"/>
              <w:right w:w="45" w:type="dxa"/>
            </w:tcMar>
            <w:vAlign w:val="center"/>
          </w:tcPr>
          <w:p w14:paraId="39F5DBF4"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2803F1FD"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3A67424A" w14:textId="77777777" w:rsidR="00BB7B50" w:rsidRDefault="00BB7B50" w:rsidP="00BB7B50">
            <w:pPr>
              <w:spacing w:after="0"/>
              <w:jc w:val="center"/>
            </w:pPr>
          </w:p>
        </w:tc>
        <w:tc>
          <w:tcPr>
            <w:tcW w:w="2880" w:type="dxa"/>
            <w:tcMar>
              <w:top w:w="45" w:type="dxa"/>
              <w:left w:w="45" w:type="dxa"/>
              <w:bottom w:w="45" w:type="dxa"/>
              <w:right w:w="45" w:type="dxa"/>
            </w:tcMar>
            <w:vAlign w:val="center"/>
          </w:tcPr>
          <w:p w14:paraId="2666E062"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53BADEBA" w14:textId="77777777" w:rsidR="00BB7B50" w:rsidRDefault="00BB7B50" w:rsidP="00BB7B50">
            <w:pPr>
              <w:spacing w:after="0"/>
              <w:jc w:val="center"/>
            </w:pPr>
          </w:p>
        </w:tc>
      </w:tr>
      <w:tr w:rsidR="00BB7B50" w14:paraId="7539F94A" w14:textId="77777777" w:rsidTr="00BB7B50">
        <w:tc>
          <w:tcPr>
            <w:tcW w:w="2592" w:type="dxa"/>
            <w:tcMar>
              <w:top w:w="45" w:type="dxa"/>
              <w:left w:w="45" w:type="dxa"/>
              <w:bottom w:w="45" w:type="dxa"/>
              <w:right w:w="45" w:type="dxa"/>
            </w:tcMar>
            <w:vAlign w:val="center"/>
          </w:tcPr>
          <w:p w14:paraId="58E81D3B" w14:textId="77777777" w:rsidR="00BB7B50" w:rsidRDefault="00BB7B50" w:rsidP="00BB7B50">
            <w:pPr>
              <w:spacing w:after="0"/>
            </w:pPr>
            <w:r>
              <w:rPr>
                <w:b/>
                <w:color w:val="1F2933"/>
                <w:sz w:val="13"/>
              </w:rPr>
              <w:t>Ceiling / lighting</w:t>
            </w:r>
          </w:p>
        </w:tc>
        <w:tc>
          <w:tcPr>
            <w:tcW w:w="2736" w:type="dxa"/>
            <w:tcMar>
              <w:top w:w="45" w:type="dxa"/>
              <w:left w:w="45" w:type="dxa"/>
              <w:bottom w:w="45" w:type="dxa"/>
              <w:right w:w="45" w:type="dxa"/>
            </w:tcMar>
            <w:vAlign w:val="center"/>
          </w:tcPr>
          <w:p w14:paraId="5BB645CF"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7AA10D2F"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0F83AF00" w14:textId="77777777" w:rsidR="00BB7B50" w:rsidRDefault="00BB7B50" w:rsidP="00BB7B50">
            <w:pPr>
              <w:spacing w:after="0"/>
              <w:jc w:val="center"/>
            </w:pPr>
          </w:p>
        </w:tc>
        <w:tc>
          <w:tcPr>
            <w:tcW w:w="2880" w:type="dxa"/>
            <w:tcMar>
              <w:top w:w="45" w:type="dxa"/>
              <w:left w:w="45" w:type="dxa"/>
              <w:bottom w:w="45" w:type="dxa"/>
              <w:right w:w="45" w:type="dxa"/>
            </w:tcMar>
            <w:vAlign w:val="center"/>
          </w:tcPr>
          <w:p w14:paraId="49DD4E45"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4A107A8B" w14:textId="77777777" w:rsidR="00BB7B50" w:rsidRDefault="00BB7B50" w:rsidP="00BB7B50">
            <w:pPr>
              <w:spacing w:after="0"/>
              <w:jc w:val="center"/>
            </w:pPr>
          </w:p>
        </w:tc>
      </w:tr>
      <w:tr w:rsidR="00BB7B50" w14:paraId="3F0B4B4E" w14:textId="77777777" w:rsidTr="00BB7B50">
        <w:tc>
          <w:tcPr>
            <w:tcW w:w="2592" w:type="dxa"/>
            <w:tcMar>
              <w:top w:w="45" w:type="dxa"/>
              <w:left w:w="45" w:type="dxa"/>
              <w:bottom w:w="45" w:type="dxa"/>
              <w:right w:w="45" w:type="dxa"/>
            </w:tcMar>
            <w:vAlign w:val="center"/>
          </w:tcPr>
          <w:p w14:paraId="4C1D8112" w14:textId="77777777" w:rsidR="00BB7B50" w:rsidRDefault="00BB7B50" w:rsidP="00BB7B50">
            <w:pPr>
              <w:spacing w:after="0"/>
            </w:pPr>
            <w:r>
              <w:rPr>
                <w:b/>
                <w:color w:val="1F2933"/>
                <w:sz w:val="13"/>
              </w:rPr>
              <w:t>Windows / glazing / handles</w:t>
            </w:r>
          </w:p>
        </w:tc>
        <w:tc>
          <w:tcPr>
            <w:tcW w:w="2736" w:type="dxa"/>
            <w:tcMar>
              <w:top w:w="45" w:type="dxa"/>
              <w:left w:w="45" w:type="dxa"/>
              <w:bottom w:w="45" w:type="dxa"/>
              <w:right w:w="45" w:type="dxa"/>
            </w:tcMar>
            <w:vAlign w:val="center"/>
          </w:tcPr>
          <w:p w14:paraId="22ED6CAD"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096EFA39"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01821A3A" w14:textId="77777777" w:rsidR="00BB7B50" w:rsidRDefault="00BB7B50" w:rsidP="00BB7B50">
            <w:pPr>
              <w:spacing w:after="0"/>
              <w:jc w:val="center"/>
            </w:pPr>
          </w:p>
        </w:tc>
        <w:tc>
          <w:tcPr>
            <w:tcW w:w="2880" w:type="dxa"/>
            <w:tcMar>
              <w:top w:w="45" w:type="dxa"/>
              <w:left w:w="45" w:type="dxa"/>
              <w:bottom w:w="45" w:type="dxa"/>
              <w:right w:w="45" w:type="dxa"/>
            </w:tcMar>
            <w:vAlign w:val="center"/>
          </w:tcPr>
          <w:p w14:paraId="7734DB6A"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41D26220" w14:textId="77777777" w:rsidR="00BB7B50" w:rsidRDefault="00BB7B50" w:rsidP="00BB7B50">
            <w:pPr>
              <w:spacing w:after="0"/>
              <w:jc w:val="center"/>
            </w:pPr>
          </w:p>
        </w:tc>
      </w:tr>
      <w:tr w:rsidR="00BB7B50" w14:paraId="1C9ED505" w14:textId="77777777" w:rsidTr="00BB7B50">
        <w:tc>
          <w:tcPr>
            <w:tcW w:w="2592" w:type="dxa"/>
            <w:tcMar>
              <w:top w:w="45" w:type="dxa"/>
              <w:left w:w="45" w:type="dxa"/>
              <w:bottom w:w="45" w:type="dxa"/>
              <w:right w:w="45" w:type="dxa"/>
            </w:tcMar>
            <w:vAlign w:val="center"/>
          </w:tcPr>
          <w:p w14:paraId="2F54B578" w14:textId="77777777" w:rsidR="00BB7B50" w:rsidRDefault="00BB7B50" w:rsidP="00BB7B50">
            <w:pPr>
              <w:spacing w:after="0"/>
            </w:pPr>
            <w:r>
              <w:rPr>
                <w:b/>
                <w:color w:val="1F2933"/>
                <w:sz w:val="13"/>
              </w:rPr>
              <w:t>Curtains / blinds / rails</w:t>
            </w:r>
          </w:p>
        </w:tc>
        <w:tc>
          <w:tcPr>
            <w:tcW w:w="2736" w:type="dxa"/>
            <w:tcMar>
              <w:top w:w="45" w:type="dxa"/>
              <w:left w:w="45" w:type="dxa"/>
              <w:bottom w:w="45" w:type="dxa"/>
              <w:right w:w="45" w:type="dxa"/>
            </w:tcMar>
            <w:vAlign w:val="center"/>
          </w:tcPr>
          <w:p w14:paraId="5FC29708"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4728F0F6"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08B0EC28" w14:textId="77777777" w:rsidR="00BB7B50" w:rsidRDefault="00BB7B50" w:rsidP="00BB7B50">
            <w:pPr>
              <w:spacing w:after="0"/>
              <w:jc w:val="center"/>
            </w:pPr>
          </w:p>
        </w:tc>
        <w:tc>
          <w:tcPr>
            <w:tcW w:w="2880" w:type="dxa"/>
            <w:tcMar>
              <w:top w:w="45" w:type="dxa"/>
              <w:left w:w="45" w:type="dxa"/>
              <w:bottom w:w="45" w:type="dxa"/>
              <w:right w:w="45" w:type="dxa"/>
            </w:tcMar>
            <w:vAlign w:val="center"/>
          </w:tcPr>
          <w:p w14:paraId="06606565"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3B1E8346" w14:textId="77777777" w:rsidR="00BB7B50" w:rsidRDefault="00BB7B50" w:rsidP="00BB7B50">
            <w:pPr>
              <w:spacing w:after="0"/>
              <w:jc w:val="center"/>
            </w:pPr>
          </w:p>
        </w:tc>
      </w:tr>
      <w:tr w:rsidR="00BB7B50" w14:paraId="1E5E60FC" w14:textId="77777777" w:rsidTr="00BB7B50">
        <w:tc>
          <w:tcPr>
            <w:tcW w:w="2592" w:type="dxa"/>
            <w:tcMar>
              <w:top w:w="45" w:type="dxa"/>
              <w:left w:w="45" w:type="dxa"/>
              <w:bottom w:w="45" w:type="dxa"/>
              <w:right w:w="45" w:type="dxa"/>
            </w:tcMar>
            <w:vAlign w:val="center"/>
          </w:tcPr>
          <w:p w14:paraId="145EEA53" w14:textId="77777777" w:rsidR="00BB7B50" w:rsidRDefault="00BB7B50" w:rsidP="00BB7B50">
            <w:pPr>
              <w:spacing w:after="0"/>
            </w:pPr>
            <w:r>
              <w:rPr>
                <w:b/>
                <w:color w:val="1F2933"/>
                <w:sz w:val="13"/>
              </w:rPr>
              <w:t>Radiator / controls</w:t>
            </w:r>
          </w:p>
        </w:tc>
        <w:tc>
          <w:tcPr>
            <w:tcW w:w="2736" w:type="dxa"/>
            <w:tcMar>
              <w:top w:w="45" w:type="dxa"/>
              <w:left w:w="45" w:type="dxa"/>
              <w:bottom w:w="45" w:type="dxa"/>
              <w:right w:w="45" w:type="dxa"/>
            </w:tcMar>
            <w:vAlign w:val="center"/>
          </w:tcPr>
          <w:p w14:paraId="18502CE6"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56D7369D"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195714AE" w14:textId="77777777" w:rsidR="00BB7B50" w:rsidRDefault="00BB7B50" w:rsidP="00BB7B50">
            <w:pPr>
              <w:spacing w:after="0"/>
              <w:jc w:val="center"/>
            </w:pPr>
          </w:p>
        </w:tc>
        <w:tc>
          <w:tcPr>
            <w:tcW w:w="2880" w:type="dxa"/>
            <w:tcMar>
              <w:top w:w="45" w:type="dxa"/>
              <w:left w:w="45" w:type="dxa"/>
              <w:bottom w:w="45" w:type="dxa"/>
              <w:right w:w="45" w:type="dxa"/>
            </w:tcMar>
            <w:vAlign w:val="center"/>
          </w:tcPr>
          <w:p w14:paraId="3CC1236A"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587868EE" w14:textId="77777777" w:rsidR="00BB7B50" w:rsidRDefault="00BB7B50" w:rsidP="00BB7B50">
            <w:pPr>
              <w:spacing w:after="0"/>
              <w:jc w:val="center"/>
            </w:pPr>
          </w:p>
        </w:tc>
      </w:tr>
      <w:tr w:rsidR="00BB7B50" w14:paraId="599EA17F" w14:textId="77777777" w:rsidTr="00BB7B50">
        <w:tc>
          <w:tcPr>
            <w:tcW w:w="2592" w:type="dxa"/>
            <w:tcMar>
              <w:top w:w="45" w:type="dxa"/>
              <w:left w:w="45" w:type="dxa"/>
              <w:bottom w:w="45" w:type="dxa"/>
              <w:right w:w="45" w:type="dxa"/>
            </w:tcMar>
            <w:vAlign w:val="center"/>
          </w:tcPr>
          <w:p w14:paraId="25BB53F4" w14:textId="77777777" w:rsidR="00BB7B50" w:rsidRDefault="00BB7B50" w:rsidP="00BB7B50">
            <w:pPr>
              <w:spacing w:after="0"/>
            </w:pPr>
            <w:r>
              <w:rPr>
                <w:b/>
                <w:color w:val="1F2933"/>
                <w:sz w:val="13"/>
              </w:rPr>
              <w:t>Doors / handles</w:t>
            </w:r>
          </w:p>
        </w:tc>
        <w:tc>
          <w:tcPr>
            <w:tcW w:w="2736" w:type="dxa"/>
            <w:tcMar>
              <w:top w:w="45" w:type="dxa"/>
              <w:left w:w="45" w:type="dxa"/>
              <w:bottom w:w="45" w:type="dxa"/>
              <w:right w:w="45" w:type="dxa"/>
            </w:tcMar>
            <w:vAlign w:val="center"/>
          </w:tcPr>
          <w:p w14:paraId="1E907828"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275E5912"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698BC667" w14:textId="77777777" w:rsidR="00BB7B50" w:rsidRDefault="00BB7B50" w:rsidP="00BB7B50">
            <w:pPr>
              <w:spacing w:after="0"/>
              <w:jc w:val="center"/>
            </w:pPr>
          </w:p>
        </w:tc>
        <w:tc>
          <w:tcPr>
            <w:tcW w:w="2880" w:type="dxa"/>
            <w:tcMar>
              <w:top w:w="45" w:type="dxa"/>
              <w:left w:w="45" w:type="dxa"/>
              <w:bottom w:w="45" w:type="dxa"/>
              <w:right w:w="45" w:type="dxa"/>
            </w:tcMar>
            <w:vAlign w:val="center"/>
          </w:tcPr>
          <w:p w14:paraId="32474678"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73673664" w14:textId="77777777" w:rsidR="00BB7B50" w:rsidRDefault="00BB7B50" w:rsidP="00BB7B50">
            <w:pPr>
              <w:spacing w:after="0"/>
              <w:jc w:val="center"/>
            </w:pPr>
          </w:p>
        </w:tc>
      </w:tr>
      <w:tr w:rsidR="00BB7B50" w14:paraId="7654A468" w14:textId="77777777" w:rsidTr="00BB7B50">
        <w:tc>
          <w:tcPr>
            <w:tcW w:w="2592" w:type="dxa"/>
            <w:tcMar>
              <w:top w:w="45" w:type="dxa"/>
              <w:left w:w="45" w:type="dxa"/>
              <w:bottom w:w="45" w:type="dxa"/>
              <w:right w:w="45" w:type="dxa"/>
            </w:tcMar>
            <w:vAlign w:val="center"/>
          </w:tcPr>
          <w:p w14:paraId="35A6790D" w14:textId="77777777" w:rsidR="00BB7B50" w:rsidRDefault="00BB7B50" w:rsidP="00BB7B50">
            <w:pPr>
              <w:spacing w:after="0"/>
            </w:pPr>
            <w:r>
              <w:rPr>
                <w:b/>
                <w:color w:val="1F2933"/>
                <w:sz w:val="13"/>
              </w:rPr>
              <w:t>Wardrobe / storage</w:t>
            </w:r>
          </w:p>
        </w:tc>
        <w:tc>
          <w:tcPr>
            <w:tcW w:w="2736" w:type="dxa"/>
            <w:tcMar>
              <w:top w:w="45" w:type="dxa"/>
              <w:left w:w="45" w:type="dxa"/>
              <w:bottom w:w="45" w:type="dxa"/>
              <w:right w:w="45" w:type="dxa"/>
            </w:tcMar>
            <w:vAlign w:val="center"/>
          </w:tcPr>
          <w:p w14:paraId="4E7EC17C"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6FD1A31C"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586B6D0B" w14:textId="77777777" w:rsidR="00BB7B50" w:rsidRDefault="00BB7B50" w:rsidP="00BB7B50">
            <w:pPr>
              <w:spacing w:after="0"/>
              <w:jc w:val="center"/>
            </w:pPr>
          </w:p>
        </w:tc>
        <w:tc>
          <w:tcPr>
            <w:tcW w:w="2880" w:type="dxa"/>
            <w:tcMar>
              <w:top w:w="45" w:type="dxa"/>
              <w:left w:w="45" w:type="dxa"/>
              <w:bottom w:w="45" w:type="dxa"/>
              <w:right w:w="45" w:type="dxa"/>
            </w:tcMar>
            <w:vAlign w:val="center"/>
          </w:tcPr>
          <w:p w14:paraId="2C433336"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29106DE5" w14:textId="77777777" w:rsidR="00BB7B50" w:rsidRDefault="00BB7B50" w:rsidP="00BB7B50">
            <w:pPr>
              <w:spacing w:after="0"/>
              <w:jc w:val="center"/>
            </w:pPr>
          </w:p>
        </w:tc>
      </w:tr>
      <w:tr w:rsidR="00BB7B50" w14:paraId="4E244CEB" w14:textId="77777777" w:rsidTr="00BB7B50">
        <w:tc>
          <w:tcPr>
            <w:tcW w:w="2592" w:type="dxa"/>
            <w:tcMar>
              <w:top w:w="45" w:type="dxa"/>
              <w:left w:w="45" w:type="dxa"/>
              <w:bottom w:w="45" w:type="dxa"/>
              <w:right w:w="45" w:type="dxa"/>
            </w:tcMar>
            <w:vAlign w:val="center"/>
          </w:tcPr>
          <w:p w14:paraId="28342F28" w14:textId="77777777" w:rsidR="00BB7B50" w:rsidRDefault="00BB7B50" w:rsidP="00BB7B50">
            <w:pPr>
              <w:spacing w:after="0"/>
            </w:pPr>
            <w:r>
              <w:rPr>
                <w:b/>
                <w:color w:val="1F2933"/>
                <w:sz w:val="13"/>
              </w:rPr>
              <w:t>Bed / mattress (if provided)</w:t>
            </w:r>
          </w:p>
        </w:tc>
        <w:tc>
          <w:tcPr>
            <w:tcW w:w="2736" w:type="dxa"/>
            <w:tcMar>
              <w:top w:w="45" w:type="dxa"/>
              <w:left w:w="45" w:type="dxa"/>
              <w:bottom w:w="45" w:type="dxa"/>
              <w:right w:w="45" w:type="dxa"/>
            </w:tcMar>
            <w:vAlign w:val="center"/>
          </w:tcPr>
          <w:p w14:paraId="7501D14B"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61C71A30"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2E448BAA" w14:textId="77777777" w:rsidR="00BB7B50" w:rsidRDefault="00BB7B50" w:rsidP="00BB7B50">
            <w:pPr>
              <w:spacing w:after="0"/>
              <w:jc w:val="center"/>
            </w:pPr>
          </w:p>
        </w:tc>
        <w:tc>
          <w:tcPr>
            <w:tcW w:w="2880" w:type="dxa"/>
            <w:tcMar>
              <w:top w:w="45" w:type="dxa"/>
              <w:left w:w="45" w:type="dxa"/>
              <w:bottom w:w="45" w:type="dxa"/>
              <w:right w:w="45" w:type="dxa"/>
            </w:tcMar>
            <w:vAlign w:val="center"/>
          </w:tcPr>
          <w:p w14:paraId="16AEC5A3"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49E0BFA1" w14:textId="77777777" w:rsidR="00BB7B50" w:rsidRDefault="00BB7B50" w:rsidP="00BB7B50">
            <w:pPr>
              <w:spacing w:after="0"/>
              <w:jc w:val="center"/>
            </w:pPr>
          </w:p>
        </w:tc>
      </w:tr>
      <w:tr w:rsidR="00BB7B50" w14:paraId="669C2356" w14:textId="77777777" w:rsidTr="00BB7B50">
        <w:tc>
          <w:tcPr>
            <w:tcW w:w="2592" w:type="dxa"/>
            <w:tcMar>
              <w:top w:w="45" w:type="dxa"/>
              <w:left w:w="45" w:type="dxa"/>
              <w:bottom w:w="45" w:type="dxa"/>
              <w:right w:w="45" w:type="dxa"/>
            </w:tcMar>
            <w:vAlign w:val="center"/>
          </w:tcPr>
          <w:p w14:paraId="61A7AD82" w14:textId="77777777" w:rsidR="00BB7B50" w:rsidRDefault="00BB7B50" w:rsidP="00BB7B50">
            <w:pPr>
              <w:spacing w:after="0"/>
            </w:pPr>
            <w:r>
              <w:rPr>
                <w:b/>
                <w:color w:val="1F2933"/>
                <w:sz w:val="13"/>
              </w:rPr>
              <w:t>Other furniture / fittings</w:t>
            </w:r>
          </w:p>
        </w:tc>
        <w:tc>
          <w:tcPr>
            <w:tcW w:w="2736" w:type="dxa"/>
            <w:tcMar>
              <w:top w:w="45" w:type="dxa"/>
              <w:left w:w="45" w:type="dxa"/>
              <w:bottom w:w="45" w:type="dxa"/>
              <w:right w:w="45" w:type="dxa"/>
            </w:tcMar>
            <w:vAlign w:val="center"/>
          </w:tcPr>
          <w:p w14:paraId="78B841C5"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4FC011D6"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16790E8B" w14:textId="77777777" w:rsidR="00BB7B50" w:rsidRDefault="00BB7B50" w:rsidP="00BB7B50">
            <w:pPr>
              <w:spacing w:after="0"/>
              <w:jc w:val="center"/>
            </w:pPr>
          </w:p>
        </w:tc>
        <w:tc>
          <w:tcPr>
            <w:tcW w:w="2880" w:type="dxa"/>
            <w:tcMar>
              <w:top w:w="45" w:type="dxa"/>
              <w:left w:w="45" w:type="dxa"/>
              <w:bottom w:w="45" w:type="dxa"/>
              <w:right w:w="45" w:type="dxa"/>
            </w:tcMar>
            <w:vAlign w:val="center"/>
          </w:tcPr>
          <w:p w14:paraId="3D2FAF22" w14:textId="77777777" w:rsidR="00BB7B50" w:rsidRDefault="00BB7B50" w:rsidP="00BB7B50">
            <w:pPr>
              <w:spacing w:after="0"/>
              <w:jc w:val="center"/>
            </w:pPr>
          </w:p>
        </w:tc>
        <w:tc>
          <w:tcPr>
            <w:tcW w:w="2566" w:type="dxa"/>
            <w:tcMar>
              <w:top w:w="45" w:type="dxa"/>
              <w:left w:w="45" w:type="dxa"/>
              <w:bottom w:w="45" w:type="dxa"/>
              <w:right w:w="45" w:type="dxa"/>
            </w:tcMar>
            <w:vAlign w:val="center"/>
          </w:tcPr>
          <w:p w14:paraId="695E6D83" w14:textId="77777777" w:rsidR="00BB7B50" w:rsidRDefault="00BB7B50" w:rsidP="00BB7B50">
            <w:pPr>
              <w:spacing w:after="0"/>
              <w:jc w:val="center"/>
            </w:pPr>
          </w:p>
        </w:tc>
      </w:tr>
    </w:tbl>
    <w:p w14:paraId="0E0E9259" w14:textId="77777777" w:rsidR="00BB27C4" w:rsidRDefault="00000000">
      <w:r>
        <w:br w:type="page"/>
      </w:r>
    </w:p>
    <w:p w14:paraId="60111D06" w14:textId="77777777" w:rsidR="00BB27C4" w:rsidRDefault="00000000">
      <w:pPr>
        <w:spacing w:after="40"/>
      </w:pPr>
      <w:r>
        <w:rPr>
          <w:rFonts w:ascii="Aptos Display" w:hAnsi="Aptos Display"/>
          <w:b/>
          <w:color w:val="102632"/>
          <w:sz w:val="36"/>
        </w:rPr>
        <w:lastRenderedPageBreak/>
        <w:t>ROOM-BY-ROOM INVENTORY</w:t>
      </w:r>
    </w:p>
    <w:p w14:paraId="0B934DF8" w14:textId="77777777" w:rsidR="00BB27C4" w:rsidRDefault="00000000">
      <w:pPr>
        <w:spacing w:after="80"/>
      </w:pPr>
      <w:r>
        <w:rPr>
          <w:color w:val="6B7280"/>
        </w:rPr>
        <w:t>Additional room and external areas.</w:t>
      </w: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4688"/>
      </w:tblGrid>
      <w:tr w:rsidR="00BB27C4" w14:paraId="2B43DF96" w14:textId="77777777">
        <w:trPr>
          <w:jc w:val="center"/>
        </w:trPr>
        <w:tc>
          <w:tcPr>
            <w:tcW w:w="14688" w:type="dxa"/>
            <w:shd w:val="clear" w:color="auto" w:fill="F2EBDC"/>
            <w:tcMar>
              <w:top w:w="45" w:type="dxa"/>
              <w:left w:w="45" w:type="dxa"/>
              <w:bottom w:w="45" w:type="dxa"/>
              <w:right w:w="45" w:type="dxa"/>
            </w:tcMar>
            <w:vAlign w:val="center"/>
          </w:tcPr>
          <w:p w14:paraId="2D22CDF4" w14:textId="77777777" w:rsidR="00BB27C4" w:rsidRDefault="00000000">
            <w:pPr>
              <w:spacing w:after="0"/>
            </w:pPr>
            <w:r>
              <w:rPr>
                <w:b/>
                <w:color w:val="102632"/>
                <w:sz w:val="18"/>
              </w:rPr>
              <w:t>BEDROOM 3 / STUDY / OTHER ROOM</w:t>
            </w:r>
          </w:p>
        </w:tc>
      </w:tr>
    </w:tbl>
    <w:p w14:paraId="65E53E14" w14:textId="77777777" w:rsidR="00BB27C4" w:rsidRDefault="00BB27C4">
      <w:pPr>
        <w:spacing w:after="20"/>
      </w:pP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2592"/>
        <w:gridCol w:w="2736"/>
        <w:gridCol w:w="2566"/>
        <w:gridCol w:w="2566"/>
        <w:gridCol w:w="2880"/>
        <w:gridCol w:w="2566"/>
      </w:tblGrid>
      <w:tr w:rsidR="00BB27C4" w14:paraId="7390EF4A" w14:textId="77777777">
        <w:trPr>
          <w:jc w:val="center"/>
        </w:trPr>
        <w:tc>
          <w:tcPr>
            <w:tcW w:w="2592" w:type="dxa"/>
            <w:shd w:val="clear" w:color="auto" w:fill="102632"/>
            <w:tcMar>
              <w:top w:w="45" w:type="dxa"/>
              <w:left w:w="45" w:type="dxa"/>
              <w:bottom w:w="45" w:type="dxa"/>
              <w:right w:w="45" w:type="dxa"/>
            </w:tcMar>
            <w:vAlign w:val="center"/>
          </w:tcPr>
          <w:p w14:paraId="268B7523" w14:textId="77777777" w:rsidR="00BB27C4" w:rsidRDefault="00000000">
            <w:pPr>
              <w:spacing w:after="0"/>
              <w:jc w:val="center"/>
            </w:pPr>
            <w:r>
              <w:rPr>
                <w:b/>
                <w:color w:val="F2EBDC"/>
                <w:sz w:val="13"/>
              </w:rPr>
              <w:t>Item / Area</w:t>
            </w:r>
          </w:p>
        </w:tc>
        <w:tc>
          <w:tcPr>
            <w:tcW w:w="2736" w:type="dxa"/>
            <w:shd w:val="clear" w:color="auto" w:fill="102632"/>
            <w:tcMar>
              <w:top w:w="45" w:type="dxa"/>
              <w:left w:w="45" w:type="dxa"/>
              <w:bottom w:w="45" w:type="dxa"/>
              <w:right w:w="45" w:type="dxa"/>
            </w:tcMar>
            <w:vAlign w:val="center"/>
          </w:tcPr>
          <w:p w14:paraId="4F197A75" w14:textId="77777777" w:rsidR="00BB27C4" w:rsidRDefault="00000000">
            <w:pPr>
              <w:spacing w:after="0"/>
              <w:jc w:val="center"/>
            </w:pPr>
            <w:r>
              <w:rPr>
                <w:b/>
                <w:color w:val="F2EBDC"/>
                <w:sz w:val="13"/>
              </w:rPr>
              <w:t>Description / Specification</w:t>
            </w:r>
          </w:p>
        </w:tc>
        <w:tc>
          <w:tcPr>
            <w:tcW w:w="1584" w:type="dxa"/>
            <w:shd w:val="clear" w:color="auto" w:fill="102632"/>
            <w:tcMar>
              <w:top w:w="45" w:type="dxa"/>
              <w:left w:w="45" w:type="dxa"/>
              <w:bottom w:w="45" w:type="dxa"/>
              <w:right w:w="45" w:type="dxa"/>
            </w:tcMar>
            <w:vAlign w:val="center"/>
          </w:tcPr>
          <w:p w14:paraId="1F7BC3EE" w14:textId="77777777" w:rsidR="00BB27C4" w:rsidRDefault="00000000">
            <w:pPr>
              <w:spacing w:after="0"/>
              <w:jc w:val="center"/>
            </w:pPr>
            <w:r>
              <w:rPr>
                <w:b/>
                <w:color w:val="F2EBDC"/>
                <w:sz w:val="13"/>
              </w:rPr>
              <w:t>Condition</w:t>
            </w:r>
          </w:p>
        </w:tc>
        <w:tc>
          <w:tcPr>
            <w:tcW w:w="1152" w:type="dxa"/>
            <w:shd w:val="clear" w:color="auto" w:fill="102632"/>
            <w:tcMar>
              <w:top w:w="45" w:type="dxa"/>
              <w:left w:w="45" w:type="dxa"/>
              <w:bottom w:w="45" w:type="dxa"/>
              <w:right w:w="45" w:type="dxa"/>
            </w:tcMar>
            <w:vAlign w:val="center"/>
          </w:tcPr>
          <w:p w14:paraId="6A184ABD" w14:textId="77777777" w:rsidR="00BB27C4" w:rsidRDefault="00000000">
            <w:pPr>
              <w:spacing w:after="0"/>
              <w:jc w:val="center"/>
            </w:pPr>
            <w:r>
              <w:rPr>
                <w:b/>
                <w:color w:val="F2EBDC"/>
                <w:sz w:val="13"/>
              </w:rPr>
              <w:t>Clean</w:t>
            </w:r>
          </w:p>
        </w:tc>
        <w:tc>
          <w:tcPr>
            <w:tcW w:w="2880" w:type="dxa"/>
            <w:shd w:val="clear" w:color="auto" w:fill="102632"/>
            <w:tcMar>
              <w:top w:w="45" w:type="dxa"/>
              <w:left w:w="45" w:type="dxa"/>
              <w:bottom w:w="45" w:type="dxa"/>
              <w:right w:w="45" w:type="dxa"/>
            </w:tcMar>
            <w:vAlign w:val="center"/>
          </w:tcPr>
          <w:p w14:paraId="40F8273A" w14:textId="77777777" w:rsidR="00BB27C4" w:rsidRDefault="00000000">
            <w:pPr>
              <w:spacing w:after="0"/>
              <w:jc w:val="center"/>
            </w:pPr>
            <w:r>
              <w:rPr>
                <w:b/>
                <w:color w:val="F2EBDC"/>
                <w:sz w:val="13"/>
              </w:rPr>
              <w:t>Defects / Comments</w:t>
            </w:r>
          </w:p>
        </w:tc>
        <w:tc>
          <w:tcPr>
            <w:tcW w:w="1008" w:type="dxa"/>
            <w:shd w:val="clear" w:color="auto" w:fill="102632"/>
            <w:tcMar>
              <w:top w:w="45" w:type="dxa"/>
              <w:left w:w="45" w:type="dxa"/>
              <w:bottom w:w="45" w:type="dxa"/>
              <w:right w:w="45" w:type="dxa"/>
            </w:tcMar>
            <w:vAlign w:val="center"/>
          </w:tcPr>
          <w:p w14:paraId="0B05AB7F" w14:textId="77777777" w:rsidR="00BB27C4" w:rsidRDefault="00000000">
            <w:pPr>
              <w:spacing w:after="0"/>
              <w:jc w:val="center"/>
            </w:pPr>
            <w:r>
              <w:rPr>
                <w:b/>
                <w:color w:val="F2EBDC"/>
                <w:sz w:val="13"/>
              </w:rPr>
              <w:t>Photo</w:t>
            </w:r>
          </w:p>
        </w:tc>
      </w:tr>
      <w:tr w:rsidR="00BB27C4" w14:paraId="797B83DF" w14:textId="77777777">
        <w:trPr>
          <w:jc w:val="center"/>
        </w:trPr>
        <w:tc>
          <w:tcPr>
            <w:tcW w:w="2566" w:type="dxa"/>
            <w:tcMar>
              <w:top w:w="45" w:type="dxa"/>
              <w:left w:w="45" w:type="dxa"/>
              <w:bottom w:w="45" w:type="dxa"/>
              <w:right w:w="45" w:type="dxa"/>
            </w:tcMar>
            <w:vAlign w:val="center"/>
          </w:tcPr>
          <w:p w14:paraId="1A38E704" w14:textId="77777777" w:rsidR="00BB27C4" w:rsidRDefault="00000000">
            <w:pPr>
              <w:spacing w:after="0"/>
            </w:pPr>
            <w:r>
              <w:rPr>
                <w:b/>
                <w:color w:val="1F2933"/>
                <w:sz w:val="13"/>
              </w:rPr>
              <w:t>Flooring</w:t>
            </w:r>
          </w:p>
        </w:tc>
        <w:tc>
          <w:tcPr>
            <w:tcW w:w="2566" w:type="dxa"/>
            <w:tcMar>
              <w:top w:w="45" w:type="dxa"/>
              <w:left w:w="45" w:type="dxa"/>
              <w:bottom w:w="45" w:type="dxa"/>
              <w:right w:w="45" w:type="dxa"/>
            </w:tcMar>
            <w:vAlign w:val="center"/>
          </w:tcPr>
          <w:p w14:paraId="1403451F" w14:textId="77777777" w:rsidR="00BB27C4" w:rsidRDefault="00BB27C4">
            <w:pPr>
              <w:spacing w:after="0"/>
              <w:jc w:val="center"/>
            </w:pPr>
          </w:p>
        </w:tc>
        <w:tc>
          <w:tcPr>
            <w:tcW w:w="2566" w:type="dxa"/>
            <w:tcMar>
              <w:top w:w="45" w:type="dxa"/>
              <w:left w:w="45" w:type="dxa"/>
              <w:bottom w:w="45" w:type="dxa"/>
              <w:right w:w="45" w:type="dxa"/>
            </w:tcMar>
            <w:vAlign w:val="center"/>
          </w:tcPr>
          <w:p w14:paraId="5C7F605F" w14:textId="77777777" w:rsidR="00BB27C4" w:rsidRDefault="00BB27C4">
            <w:pPr>
              <w:spacing w:after="0"/>
              <w:jc w:val="center"/>
            </w:pPr>
          </w:p>
        </w:tc>
        <w:tc>
          <w:tcPr>
            <w:tcW w:w="2566" w:type="dxa"/>
            <w:tcMar>
              <w:top w:w="45" w:type="dxa"/>
              <w:left w:w="45" w:type="dxa"/>
              <w:bottom w:w="45" w:type="dxa"/>
              <w:right w:w="45" w:type="dxa"/>
            </w:tcMar>
            <w:vAlign w:val="center"/>
          </w:tcPr>
          <w:p w14:paraId="1DA0F980" w14:textId="77777777" w:rsidR="00BB27C4" w:rsidRDefault="00BB27C4">
            <w:pPr>
              <w:spacing w:after="0"/>
              <w:jc w:val="center"/>
            </w:pPr>
          </w:p>
        </w:tc>
        <w:tc>
          <w:tcPr>
            <w:tcW w:w="2566" w:type="dxa"/>
            <w:tcMar>
              <w:top w:w="45" w:type="dxa"/>
              <w:left w:w="45" w:type="dxa"/>
              <w:bottom w:w="45" w:type="dxa"/>
              <w:right w:w="45" w:type="dxa"/>
            </w:tcMar>
            <w:vAlign w:val="center"/>
          </w:tcPr>
          <w:p w14:paraId="439066F0" w14:textId="77777777" w:rsidR="00BB27C4" w:rsidRDefault="00BB27C4">
            <w:pPr>
              <w:spacing w:after="0"/>
              <w:jc w:val="center"/>
            </w:pPr>
          </w:p>
        </w:tc>
        <w:tc>
          <w:tcPr>
            <w:tcW w:w="2566" w:type="dxa"/>
            <w:tcMar>
              <w:top w:w="45" w:type="dxa"/>
              <w:left w:w="45" w:type="dxa"/>
              <w:bottom w:w="45" w:type="dxa"/>
              <w:right w:w="45" w:type="dxa"/>
            </w:tcMar>
            <w:vAlign w:val="center"/>
          </w:tcPr>
          <w:p w14:paraId="15C9CAF3" w14:textId="77777777" w:rsidR="00BB27C4" w:rsidRDefault="00BB27C4">
            <w:pPr>
              <w:spacing w:after="0"/>
              <w:jc w:val="center"/>
            </w:pPr>
          </w:p>
        </w:tc>
      </w:tr>
      <w:tr w:rsidR="00BB27C4" w14:paraId="1FC2A0FE" w14:textId="77777777">
        <w:trPr>
          <w:jc w:val="center"/>
        </w:trPr>
        <w:tc>
          <w:tcPr>
            <w:tcW w:w="2566" w:type="dxa"/>
            <w:tcMar>
              <w:top w:w="45" w:type="dxa"/>
              <w:left w:w="45" w:type="dxa"/>
              <w:bottom w:w="45" w:type="dxa"/>
              <w:right w:w="45" w:type="dxa"/>
            </w:tcMar>
            <w:vAlign w:val="center"/>
          </w:tcPr>
          <w:p w14:paraId="127EF9AD" w14:textId="77777777" w:rsidR="00BB27C4" w:rsidRDefault="00000000">
            <w:pPr>
              <w:spacing w:after="0"/>
            </w:pPr>
            <w:r>
              <w:rPr>
                <w:b/>
                <w:color w:val="1F2933"/>
                <w:sz w:val="13"/>
              </w:rPr>
              <w:t>Walls / paint / wallpaper</w:t>
            </w:r>
          </w:p>
        </w:tc>
        <w:tc>
          <w:tcPr>
            <w:tcW w:w="2566" w:type="dxa"/>
            <w:tcMar>
              <w:top w:w="45" w:type="dxa"/>
              <w:left w:w="45" w:type="dxa"/>
              <w:bottom w:w="45" w:type="dxa"/>
              <w:right w:w="45" w:type="dxa"/>
            </w:tcMar>
            <w:vAlign w:val="center"/>
          </w:tcPr>
          <w:p w14:paraId="2C3D1879" w14:textId="77777777" w:rsidR="00BB27C4" w:rsidRDefault="00BB27C4">
            <w:pPr>
              <w:spacing w:after="0"/>
              <w:jc w:val="center"/>
            </w:pPr>
          </w:p>
        </w:tc>
        <w:tc>
          <w:tcPr>
            <w:tcW w:w="2566" w:type="dxa"/>
            <w:tcMar>
              <w:top w:w="45" w:type="dxa"/>
              <w:left w:w="45" w:type="dxa"/>
              <w:bottom w:w="45" w:type="dxa"/>
              <w:right w:w="45" w:type="dxa"/>
            </w:tcMar>
            <w:vAlign w:val="center"/>
          </w:tcPr>
          <w:p w14:paraId="3EE09D65" w14:textId="77777777" w:rsidR="00BB27C4" w:rsidRDefault="00BB27C4">
            <w:pPr>
              <w:spacing w:after="0"/>
              <w:jc w:val="center"/>
            </w:pPr>
          </w:p>
        </w:tc>
        <w:tc>
          <w:tcPr>
            <w:tcW w:w="2566" w:type="dxa"/>
            <w:tcMar>
              <w:top w:w="45" w:type="dxa"/>
              <w:left w:w="45" w:type="dxa"/>
              <w:bottom w:w="45" w:type="dxa"/>
              <w:right w:w="45" w:type="dxa"/>
            </w:tcMar>
            <w:vAlign w:val="center"/>
          </w:tcPr>
          <w:p w14:paraId="4A02F173" w14:textId="77777777" w:rsidR="00BB27C4" w:rsidRDefault="00BB27C4">
            <w:pPr>
              <w:spacing w:after="0"/>
              <w:jc w:val="center"/>
            </w:pPr>
          </w:p>
        </w:tc>
        <w:tc>
          <w:tcPr>
            <w:tcW w:w="2566" w:type="dxa"/>
            <w:tcMar>
              <w:top w:w="45" w:type="dxa"/>
              <w:left w:w="45" w:type="dxa"/>
              <w:bottom w:w="45" w:type="dxa"/>
              <w:right w:w="45" w:type="dxa"/>
            </w:tcMar>
            <w:vAlign w:val="center"/>
          </w:tcPr>
          <w:p w14:paraId="6DF5A6BC" w14:textId="77777777" w:rsidR="00BB27C4" w:rsidRDefault="00BB27C4">
            <w:pPr>
              <w:spacing w:after="0"/>
              <w:jc w:val="center"/>
            </w:pPr>
          </w:p>
        </w:tc>
        <w:tc>
          <w:tcPr>
            <w:tcW w:w="2566" w:type="dxa"/>
            <w:tcMar>
              <w:top w:w="45" w:type="dxa"/>
              <w:left w:w="45" w:type="dxa"/>
              <w:bottom w:w="45" w:type="dxa"/>
              <w:right w:w="45" w:type="dxa"/>
            </w:tcMar>
            <w:vAlign w:val="center"/>
          </w:tcPr>
          <w:p w14:paraId="040A71F6" w14:textId="77777777" w:rsidR="00BB27C4" w:rsidRDefault="00BB27C4">
            <w:pPr>
              <w:spacing w:after="0"/>
              <w:jc w:val="center"/>
            </w:pPr>
          </w:p>
        </w:tc>
      </w:tr>
      <w:tr w:rsidR="00BB27C4" w14:paraId="582F26E5" w14:textId="77777777">
        <w:trPr>
          <w:jc w:val="center"/>
        </w:trPr>
        <w:tc>
          <w:tcPr>
            <w:tcW w:w="2566" w:type="dxa"/>
            <w:tcMar>
              <w:top w:w="45" w:type="dxa"/>
              <w:left w:w="45" w:type="dxa"/>
              <w:bottom w:w="45" w:type="dxa"/>
              <w:right w:w="45" w:type="dxa"/>
            </w:tcMar>
            <w:vAlign w:val="center"/>
          </w:tcPr>
          <w:p w14:paraId="08A6F3B6" w14:textId="77777777" w:rsidR="00BB27C4" w:rsidRDefault="00000000">
            <w:pPr>
              <w:spacing w:after="0"/>
            </w:pPr>
            <w:r>
              <w:rPr>
                <w:b/>
                <w:color w:val="1F2933"/>
                <w:sz w:val="13"/>
              </w:rPr>
              <w:t>Ceiling / lighting</w:t>
            </w:r>
          </w:p>
        </w:tc>
        <w:tc>
          <w:tcPr>
            <w:tcW w:w="2566" w:type="dxa"/>
            <w:tcMar>
              <w:top w:w="45" w:type="dxa"/>
              <w:left w:w="45" w:type="dxa"/>
              <w:bottom w:w="45" w:type="dxa"/>
              <w:right w:w="45" w:type="dxa"/>
            </w:tcMar>
            <w:vAlign w:val="center"/>
          </w:tcPr>
          <w:p w14:paraId="07E052E1" w14:textId="77777777" w:rsidR="00BB27C4" w:rsidRDefault="00BB27C4">
            <w:pPr>
              <w:spacing w:after="0"/>
              <w:jc w:val="center"/>
            </w:pPr>
          </w:p>
        </w:tc>
        <w:tc>
          <w:tcPr>
            <w:tcW w:w="2566" w:type="dxa"/>
            <w:tcMar>
              <w:top w:w="45" w:type="dxa"/>
              <w:left w:w="45" w:type="dxa"/>
              <w:bottom w:w="45" w:type="dxa"/>
              <w:right w:w="45" w:type="dxa"/>
            </w:tcMar>
            <w:vAlign w:val="center"/>
          </w:tcPr>
          <w:p w14:paraId="43D83956" w14:textId="77777777" w:rsidR="00BB27C4" w:rsidRDefault="00BB27C4">
            <w:pPr>
              <w:spacing w:after="0"/>
              <w:jc w:val="center"/>
            </w:pPr>
          </w:p>
        </w:tc>
        <w:tc>
          <w:tcPr>
            <w:tcW w:w="2566" w:type="dxa"/>
            <w:tcMar>
              <w:top w:w="45" w:type="dxa"/>
              <w:left w:w="45" w:type="dxa"/>
              <w:bottom w:w="45" w:type="dxa"/>
              <w:right w:w="45" w:type="dxa"/>
            </w:tcMar>
            <w:vAlign w:val="center"/>
          </w:tcPr>
          <w:p w14:paraId="591C698A" w14:textId="77777777" w:rsidR="00BB27C4" w:rsidRDefault="00BB27C4">
            <w:pPr>
              <w:spacing w:after="0"/>
              <w:jc w:val="center"/>
            </w:pPr>
          </w:p>
        </w:tc>
        <w:tc>
          <w:tcPr>
            <w:tcW w:w="2566" w:type="dxa"/>
            <w:tcMar>
              <w:top w:w="45" w:type="dxa"/>
              <w:left w:w="45" w:type="dxa"/>
              <w:bottom w:w="45" w:type="dxa"/>
              <w:right w:w="45" w:type="dxa"/>
            </w:tcMar>
            <w:vAlign w:val="center"/>
          </w:tcPr>
          <w:p w14:paraId="3209B00C" w14:textId="77777777" w:rsidR="00BB27C4" w:rsidRDefault="00BB27C4">
            <w:pPr>
              <w:spacing w:after="0"/>
              <w:jc w:val="center"/>
            </w:pPr>
          </w:p>
        </w:tc>
        <w:tc>
          <w:tcPr>
            <w:tcW w:w="2566" w:type="dxa"/>
            <w:tcMar>
              <w:top w:w="45" w:type="dxa"/>
              <w:left w:w="45" w:type="dxa"/>
              <w:bottom w:w="45" w:type="dxa"/>
              <w:right w:w="45" w:type="dxa"/>
            </w:tcMar>
            <w:vAlign w:val="center"/>
          </w:tcPr>
          <w:p w14:paraId="38B378D4" w14:textId="77777777" w:rsidR="00BB27C4" w:rsidRDefault="00BB27C4">
            <w:pPr>
              <w:spacing w:after="0"/>
              <w:jc w:val="center"/>
            </w:pPr>
          </w:p>
        </w:tc>
      </w:tr>
      <w:tr w:rsidR="00BB27C4" w14:paraId="3435419F" w14:textId="77777777">
        <w:trPr>
          <w:jc w:val="center"/>
        </w:trPr>
        <w:tc>
          <w:tcPr>
            <w:tcW w:w="2566" w:type="dxa"/>
            <w:tcMar>
              <w:top w:w="45" w:type="dxa"/>
              <w:left w:w="45" w:type="dxa"/>
              <w:bottom w:w="45" w:type="dxa"/>
              <w:right w:w="45" w:type="dxa"/>
            </w:tcMar>
            <w:vAlign w:val="center"/>
          </w:tcPr>
          <w:p w14:paraId="23F3FCC7" w14:textId="77777777" w:rsidR="00BB27C4" w:rsidRDefault="00000000">
            <w:pPr>
              <w:spacing w:after="0"/>
            </w:pPr>
            <w:r>
              <w:rPr>
                <w:b/>
                <w:color w:val="1F2933"/>
                <w:sz w:val="13"/>
              </w:rPr>
              <w:t>Windows / glazing / handles</w:t>
            </w:r>
          </w:p>
        </w:tc>
        <w:tc>
          <w:tcPr>
            <w:tcW w:w="2566" w:type="dxa"/>
            <w:tcMar>
              <w:top w:w="45" w:type="dxa"/>
              <w:left w:w="45" w:type="dxa"/>
              <w:bottom w:w="45" w:type="dxa"/>
              <w:right w:w="45" w:type="dxa"/>
            </w:tcMar>
            <w:vAlign w:val="center"/>
          </w:tcPr>
          <w:p w14:paraId="6235331C" w14:textId="77777777" w:rsidR="00BB27C4" w:rsidRDefault="00BB27C4">
            <w:pPr>
              <w:spacing w:after="0"/>
              <w:jc w:val="center"/>
            </w:pPr>
          </w:p>
        </w:tc>
        <w:tc>
          <w:tcPr>
            <w:tcW w:w="2566" w:type="dxa"/>
            <w:tcMar>
              <w:top w:w="45" w:type="dxa"/>
              <w:left w:w="45" w:type="dxa"/>
              <w:bottom w:w="45" w:type="dxa"/>
              <w:right w:w="45" w:type="dxa"/>
            </w:tcMar>
            <w:vAlign w:val="center"/>
          </w:tcPr>
          <w:p w14:paraId="2DF6AAB1" w14:textId="77777777" w:rsidR="00BB27C4" w:rsidRDefault="00BB27C4">
            <w:pPr>
              <w:spacing w:after="0"/>
              <w:jc w:val="center"/>
            </w:pPr>
          </w:p>
        </w:tc>
        <w:tc>
          <w:tcPr>
            <w:tcW w:w="2566" w:type="dxa"/>
            <w:tcMar>
              <w:top w:w="45" w:type="dxa"/>
              <w:left w:w="45" w:type="dxa"/>
              <w:bottom w:w="45" w:type="dxa"/>
              <w:right w:w="45" w:type="dxa"/>
            </w:tcMar>
            <w:vAlign w:val="center"/>
          </w:tcPr>
          <w:p w14:paraId="6AFF02E4" w14:textId="77777777" w:rsidR="00BB27C4" w:rsidRDefault="00BB27C4">
            <w:pPr>
              <w:spacing w:after="0"/>
              <w:jc w:val="center"/>
            </w:pPr>
          </w:p>
        </w:tc>
        <w:tc>
          <w:tcPr>
            <w:tcW w:w="2566" w:type="dxa"/>
            <w:tcMar>
              <w:top w:w="45" w:type="dxa"/>
              <w:left w:w="45" w:type="dxa"/>
              <w:bottom w:w="45" w:type="dxa"/>
              <w:right w:w="45" w:type="dxa"/>
            </w:tcMar>
            <w:vAlign w:val="center"/>
          </w:tcPr>
          <w:p w14:paraId="541EE6AE" w14:textId="77777777" w:rsidR="00BB27C4" w:rsidRDefault="00BB27C4">
            <w:pPr>
              <w:spacing w:after="0"/>
              <w:jc w:val="center"/>
            </w:pPr>
          </w:p>
        </w:tc>
        <w:tc>
          <w:tcPr>
            <w:tcW w:w="2566" w:type="dxa"/>
            <w:tcMar>
              <w:top w:w="45" w:type="dxa"/>
              <w:left w:w="45" w:type="dxa"/>
              <w:bottom w:w="45" w:type="dxa"/>
              <w:right w:w="45" w:type="dxa"/>
            </w:tcMar>
            <w:vAlign w:val="center"/>
          </w:tcPr>
          <w:p w14:paraId="408472CF" w14:textId="77777777" w:rsidR="00BB27C4" w:rsidRDefault="00BB27C4">
            <w:pPr>
              <w:spacing w:after="0"/>
              <w:jc w:val="center"/>
            </w:pPr>
          </w:p>
        </w:tc>
      </w:tr>
      <w:tr w:rsidR="00BB27C4" w14:paraId="390B1094" w14:textId="77777777">
        <w:trPr>
          <w:jc w:val="center"/>
        </w:trPr>
        <w:tc>
          <w:tcPr>
            <w:tcW w:w="2566" w:type="dxa"/>
            <w:tcMar>
              <w:top w:w="45" w:type="dxa"/>
              <w:left w:w="45" w:type="dxa"/>
              <w:bottom w:w="45" w:type="dxa"/>
              <w:right w:w="45" w:type="dxa"/>
            </w:tcMar>
            <w:vAlign w:val="center"/>
          </w:tcPr>
          <w:p w14:paraId="7A23431B" w14:textId="77777777" w:rsidR="00BB27C4" w:rsidRDefault="00000000">
            <w:pPr>
              <w:spacing w:after="0"/>
            </w:pPr>
            <w:r>
              <w:rPr>
                <w:b/>
                <w:color w:val="1F2933"/>
                <w:sz w:val="13"/>
              </w:rPr>
              <w:t>Curtains / blinds / rails</w:t>
            </w:r>
          </w:p>
        </w:tc>
        <w:tc>
          <w:tcPr>
            <w:tcW w:w="2566" w:type="dxa"/>
            <w:tcMar>
              <w:top w:w="45" w:type="dxa"/>
              <w:left w:w="45" w:type="dxa"/>
              <w:bottom w:w="45" w:type="dxa"/>
              <w:right w:w="45" w:type="dxa"/>
            </w:tcMar>
            <w:vAlign w:val="center"/>
          </w:tcPr>
          <w:p w14:paraId="35D2548D" w14:textId="77777777" w:rsidR="00BB27C4" w:rsidRDefault="00BB27C4">
            <w:pPr>
              <w:spacing w:after="0"/>
              <w:jc w:val="center"/>
            </w:pPr>
          </w:p>
        </w:tc>
        <w:tc>
          <w:tcPr>
            <w:tcW w:w="2566" w:type="dxa"/>
            <w:tcMar>
              <w:top w:w="45" w:type="dxa"/>
              <w:left w:w="45" w:type="dxa"/>
              <w:bottom w:w="45" w:type="dxa"/>
              <w:right w:w="45" w:type="dxa"/>
            </w:tcMar>
            <w:vAlign w:val="center"/>
          </w:tcPr>
          <w:p w14:paraId="610274DF" w14:textId="77777777" w:rsidR="00BB27C4" w:rsidRDefault="00BB27C4">
            <w:pPr>
              <w:spacing w:after="0"/>
              <w:jc w:val="center"/>
            </w:pPr>
          </w:p>
        </w:tc>
        <w:tc>
          <w:tcPr>
            <w:tcW w:w="2566" w:type="dxa"/>
            <w:tcMar>
              <w:top w:w="45" w:type="dxa"/>
              <w:left w:w="45" w:type="dxa"/>
              <w:bottom w:w="45" w:type="dxa"/>
              <w:right w:w="45" w:type="dxa"/>
            </w:tcMar>
            <w:vAlign w:val="center"/>
          </w:tcPr>
          <w:p w14:paraId="364A6C13" w14:textId="77777777" w:rsidR="00BB27C4" w:rsidRDefault="00BB27C4">
            <w:pPr>
              <w:spacing w:after="0"/>
              <w:jc w:val="center"/>
            </w:pPr>
          </w:p>
        </w:tc>
        <w:tc>
          <w:tcPr>
            <w:tcW w:w="2566" w:type="dxa"/>
            <w:tcMar>
              <w:top w:w="45" w:type="dxa"/>
              <w:left w:w="45" w:type="dxa"/>
              <w:bottom w:w="45" w:type="dxa"/>
              <w:right w:w="45" w:type="dxa"/>
            </w:tcMar>
            <w:vAlign w:val="center"/>
          </w:tcPr>
          <w:p w14:paraId="6020DF4E" w14:textId="77777777" w:rsidR="00BB27C4" w:rsidRDefault="00BB27C4">
            <w:pPr>
              <w:spacing w:after="0"/>
              <w:jc w:val="center"/>
            </w:pPr>
          </w:p>
        </w:tc>
        <w:tc>
          <w:tcPr>
            <w:tcW w:w="2566" w:type="dxa"/>
            <w:tcMar>
              <w:top w:w="45" w:type="dxa"/>
              <w:left w:w="45" w:type="dxa"/>
              <w:bottom w:w="45" w:type="dxa"/>
              <w:right w:w="45" w:type="dxa"/>
            </w:tcMar>
            <w:vAlign w:val="center"/>
          </w:tcPr>
          <w:p w14:paraId="68239B56" w14:textId="77777777" w:rsidR="00BB27C4" w:rsidRDefault="00BB27C4">
            <w:pPr>
              <w:spacing w:after="0"/>
              <w:jc w:val="center"/>
            </w:pPr>
          </w:p>
        </w:tc>
      </w:tr>
      <w:tr w:rsidR="00BB27C4" w14:paraId="766004E1" w14:textId="77777777">
        <w:trPr>
          <w:jc w:val="center"/>
        </w:trPr>
        <w:tc>
          <w:tcPr>
            <w:tcW w:w="2566" w:type="dxa"/>
            <w:tcMar>
              <w:top w:w="45" w:type="dxa"/>
              <w:left w:w="45" w:type="dxa"/>
              <w:bottom w:w="45" w:type="dxa"/>
              <w:right w:w="45" w:type="dxa"/>
            </w:tcMar>
            <w:vAlign w:val="center"/>
          </w:tcPr>
          <w:p w14:paraId="7887CB8A" w14:textId="77777777" w:rsidR="00BB27C4" w:rsidRDefault="00000000">
            <w:pPr>
              <w:spacing w:after="0"/>
            </w:pPr>
            <w:r>
              <w:rPr>
                <w:b/>
                <w:color w:val="1F2933"/>
                <w:sz w:val="13"/>
              </w:rPr>
              <w:t>Radiator / controls</w:t>
            </w:r>
          </w:p>
        </w:tc>
        <w:tc>
          <w:tcPr>
            <w:tcW w:w="2566" w:type="dxa"/>
            <w:tcMar>
              <w:top w:w="45" w:type="dxa"/>
              <w:left w:w="45" w:type="dxa"/>
              <w:bottom w:w="45" w:type="dxa"/>
              <w:right w:w="45" w:type="dxa"/>
            </w:tcMar>
            <w:vAlign w:val="center"/>
          </w:tcPr>
          <w:p w14:paraId="0C985BCE" w14:textId="77777777" w:rsidR="00BB27C4" w:rsidRDefault="00BB27C4">
            <w:pPr>
              <w:spacing w:after="0"/>
              <w:jc w:val="center"/>
            </w:pPr>
          </w:p>
        </w:tc>
        <w:tc>
          <w:tcPr>
            <w:tcW w:w="2566" w:type="dxa"/>
            <w:tcMar>
              <w:top w:w="45" w:type="dxa"/>
              <w:left w:w="45" w:type="dxa"/>
              <w:bottom w:w="45" w:type="dxa"/>
              <w:right w:w="45" w:type="dxa"/>
            </w:tcMar>
            <w:vAlign w:val="center"/>
          </w:tcPr>
          <w:p w14:paraId="4C06AC40" w14:textId="77777777" w:rsidR="00BB27C4" w:rsidRDefault="00BB27C4">
            <w:pPr>
              <w:spacing w:after="0"/>
              <w:jc w:val="center"/>
            </w:pPr>
          </w:p>
        </w:tc>
        <w:tc>
          <w:tcPr>
            <w:tcW w:w="2566" w:type="dxa"/>
            <w:tcMar>
              <w:top w:w="45" w:type="dxa"/>
              <w:left w:w="45" w:type="dxa"/>
              <w:bottom w:w="45" w:type="dxa"/>
              <w:right w:w="45" w:type="dxa"/>
            </w:tcMar>
            <w:vAlign w:val="center"/>
          </w:tcPr>
          <w:p w14:paraId="370AF8DB" w14:textId="77777777" w:rsidR="00BB27C4" w:rsidRDefault="00BB27C4">
            <w:pPr>
              <w:spacing w:after="0"/>
              <w:jc w:val="center"/>
            </w:pPr>
          </w:p>
        </w:tc>
        <w:tc>
          <w:tcPr>
            <w:tcW w:w="2566" w:type="dxa"/>
            <w:tcMar>
              <w:top w:w="45" w:type="dxa"/>
              <w:left w:w="45" w:type="dxa"/>
              <w:bottom w:w="45" w:type="dxa"/>
              <w:right w:w="45" w:type="dxa"/>
            </w:tcMar>
            <w:vAlign w:val="center"/>
          </w:tcPr>
          <w:p w14:paraId="3AF9A8B9" w14:textId="77777777" w:rsidR="00BB27C4" w:rsidRDefault="00BB27C4">
            <w:pPr>
              <w:spacing w:after="0"/>
              <w:jc w:val="center"/>
            </w:pPr>
          </w:p>
        </w:tc>
        <w:tc>
          <w:tcPr>
            <w:tcW w:w="2566" w:type="dxa"/>
            <w:tcMar>
              <w:top w:w="45" w:type="dxa"/>
              <w:left w:w="45" w:type="dxa"/>
              <w:bottom w:w="45" w:type="dxa"/>
              <w:right w:w="45" w:type="dxa"/>
            </w:tcMar>
            <w:vAlign w:val="center"/>
          </w:tcPr>
          <w:p w14:paraId="16CA9FC5" w14:textId="77777777" w:rsidR="00BB27C4" w:rsidRDefault="00BB27C4">
            <w:pPr>
              <w:spacing w:after="0"/>
              <w:jc w:val="center"/>
            </w:pPr>
          </w:p>
        </w:tc>
      </w:tr>
      <w:tr w:rsidR="00BB27C4" w14:paraId="105102B3" w14:textId="77777777">
        <w:trPr>
          <w:jc w:val="center"/>
        </w:trPr>
        <w:tc>
          <w:tcPr>
            <w:tcW w:w="2566" w:type="dxa"/>
            <w:tcMar>
              <w:top w:w="45" w:type="dxa"/>
              <w:left w:w="45" w:type="dxa"/>
              <w:bottom w:w="45" w:type="dxa"/>
              <w:right w:w="45" w:type="dxa"/>
            </w:tcMar>
            <w:vAlign w:val="center"/>
          </w:tcPr>
          <w:p w14:paraId="5CA83468" w14:textId="77777777" w:rsidR="00BB27C4" w:rsidRDefault="00000000">
            <w:pPr>
              <w:spacing w:after="0"/>
            </w:pPr>
            <w:r>
              <w:rPr>
                <w:b/>
                <w:color w:val="1F2933"/>
                <w:sz w:val="13"/>
              </w:rPr>
              <w:t>Doors / handles</w:t>
            </w:r>
          </w:p>
        </w:tc>
        <w:tc>
          <w:tcPr>
            <w:tcW w:w="2566" w:type="dxa"/>
            <w:tcMar>
              <w:top w:w="45" w:type="dxa"/>
              <w:left w:w="45" w:type="dxa"/>
              <w:bottom w:w="45" w:type="dxa"/>
              <w:right w:w="45" w:type="dxa"/>
            </w:tcMar>
            <w:vAlign w:val="center"/>
          </w:tcPr>
          <w:p w14:paraId="3BEF5F9C" w14:textId="77777777" w:rsidR="00BB27C4" w:rsidRDefault="00BB27C4">
            <w:pPr>
              <w:spacing w:after="0"/>
              <w:jc w:val="center"/>
            </w:pPr>
          </w:p>
        </w:tc>
        <w:tc>
          <w:tcPr>
            <w:tcW w:w="2566" w:type="dxa"/>
            <w:tcMar>
              <w:top w:w="45" w:type="dxa"/>
              <w:left w:w="45" w:type="dxa"/>
              <w:bottom w:w="45" w:type="dxa"/>
              <w:right w:w="45" w:type="dxa"/>
            </w:tcMar>
            <w:vAlign w:val="center"/>
          </w:tcPr>
          <w:p w14:paraId="6933B7BD" w14:textId="77777777" w:rsidR="00BB27C4" w:rsidRDefault="00BB27C4">
            <w:pPr>
              <w:spacing w:after="0"/>
              <w:jc w:val="center"/>
            </w:pPr>
          </w:p>
        </w:tc>
        <w:tc>
          <w:tcPr>
            <w:tcW w:w="2566" w:type="dxa"/>
            <w:tcMar>
              <w:top w:w="45" w:type="dxa"/>
              <w:left w:w="45" w:type="dxa"/>
              <w:bottom w:w="45" w:type="dxa"/>
              <w:right w:w="45" w:type="dxa"/>
            </w:tcMar>
            <w:vAlign w:val="center"/>
          </w:tcPr>
          <w:p w14:paraId="001CC639" w14:textId="77777777" w:rsidR="00BB27C4" w:rsidRDefault="00BB27C4">
            <w:pPr>
              <w:spacing w:after="0"/>
              <w:jc w:val="center"/>
            </w:pPr>
          </w:p>
        </w:tc>
        <w:tc>
          <w:tcPr>
            <w:tcW w:w="2566" w:type="dxa"/>
            <w:tcMar>
              <w:top w:w="45" w:type="dxa"/>
              <w:left w:w="45" w:type="dxa"/>
              <w:bottom w:w="45" w:type="dxa"/>
              <w:right w:w="45" w:type="dxa"/>
            </w:tcMar>
            <w:vAlign w:val="center"/>
          </w:tcPr>
          <w:p w14:paraId="6AED3625" w14:textId="77777777" w:rsidR="00BB27C4" w:rsidRDefault="00BB27C4">
            <w:pPr>
              <w:spacing w:after="0"/>
              <w:jc w:val="center"/>
            </w:pPr>
          </w:p>
        </w:tc>
        <w:tc>
          <w:tcPr>
            <w:tcW w:w="2566" w:type="dxa"/>
            <w:tcMar>
              <w:top w:w="45" w:type="dxa"/>
              <w:left w:w="45" w:type="dxa"/>
              <w:bottom w:w="45" w:type="dxa"/>
              <w:right w:w="45" w:type="dxa"/>
            </w:tcMar>
            <w:vAlign w:val="center"/>
          </w:tcPr>
          <w:p w14:paraId="2943278D" w14:textId="77777777" w:rsidR="00BB27C4" w:rsidRDefault="00BB27C4">
            <w:pPr>
              <w:spacing w:after="0"/>
              <w:jc w:val="center"/>
            </w:pPr>
          </w:p>
        </w:tc>
      </w:tr>
      <w:tr w:rsidR="00BB27C4" w14:paraId="6E706903" w14:textId="77777777">
        <w:trPr>
          <w:jc w:val="center"/>
        </w:trPr>
        <w:tc>
          <w:tcPr>
            <w:tcW w:w="2566" w:type="dxa"/>
            <w:tcMar>
              <w:top w:w="45" w:type="dxa"/>
              <w:left w:w="45" w:type="dxa"/>
              <w:bottom w:w="45" w:type="dxa"/>
              <w:right w:w="45" w:type="dxa"/>
            </w:tcMar>
            <w:vAlign w:val="center"/>
          </w:tcPr>
          <w:p w14:paraId="0EE14288" w14:textId="77777777" w:rsidR="00BB27C4" w:rsidRDefault="00000000">
            <w:pPr>
              <w:spacing w:after="0"/>
            </w:pPr>
            <w:r>
              <w:rPr>
                <w:b/>
                <w:color w:val="1F2933"/>
                <w:sz w:val="13"/>
              </w:rPr>
              <w:t>Storage / furniture</w:t>
            </w:r>
          </w:p>
        </w:tc>
        <w:tc>
          <w:tcPr>
            <w:tcW w:w="2566" w:type="dxa"/>
            <w:tcMar>
              <w:top w:w="45" w:type="dxa"/>
              <w:left w:w="45" w:type="dxa"/>
              <w:bottom w:w="45" w:type="dxa"/>
              <w:right w:w="45" w:type="dxa"/>
            </w:tcMar>
            <w:vAlign w:val="center"/>
          </w:tcPr>
          <w:p w14:paraId="72C2030A" w14:textId="77777777" w:rsidR="00BB27C4" w:rsidRDefault="00BB27C4">
            <w:pPr>
              <w:spacing w:after="0"/>
              <w:jc w:val="center"/>
            </w:pPr>
          </w:p>
        </w:tc>
        <w:tc>
          <w:tcPr>
            <w:tcW w:w="2566" w:type="dxa"/>
            <w:tcMar>
              <w:top w:w="45" w:type="dxa"/>
              <w:left w:w="45" w:type="dxa"/>
              <w:bottom w:w="45" w:type="dxa"/>
              <w:right w:w="45" w:type="dxa"/>
            </w:tcMar>
            <w:vAlign w:val="center"/>
          </w:tcPr>
          <w:p w14:paraId="17FB9A36" w14:textId="77777777" w:rsidR="00BB27C4" w:rsidRDefault="00BB27C4">
            <w:pPr>
              <w:spacing w:after="0"/>
              <w:jc w:val="center"/>
            </w:pPr>
          </w:p>
        </w:tc>
        <w:tc>
          <w:tcPr>
            <w:tcW w:w="2566" w:type="dxa"/>
            <w:tcMar>
              <w:top w:w="45" w:type="dxa"/>
              <w:left w:w="45" w:type="dxa"/>
              <w:bottom w:w="45" w:type="dxa"/>
              <w:right w:w="45" w:type="dxa"/>
            </w:tcMar>
            <w:vAlign w:val="center"/>
          </w:tcPr>
          <w:p w14:paraId="2A57BB99" w14:textId="77777777" w:rsidR="00BB27C4" w:rsidRDefault="00BB27C4">
            <w:pPr>
              <w:spacing w:after="0"/>
              <w:jc w:val="center"/>
            </w:pPr>
          </w:p>
        </w:tc>
        <w:tc>
          <w:tcPr>
            <w:tcW w:w="2566" w:type="dxa"/>
            <w:tcMar>
              <w:top w:w="45" w:type="dxa"/>
              <w:left w:w="45" w:type="dxa"/>
              <w:bottom w:w="45" w:type="dxa"/>
              <w:right w:w="45" w:type="dxa"/>
            </w:tcMar>
            <w:vAlign w:val="center"/>
          </w:tcPr>
          <w:p w14:paraId="02C495FB" w14:textId="77777777" w:rsidR="00BB27C4" w:rsidRDefault="00BB27C4">
            <w:pPr>
              <w:spacing w:after="0"/>
              <w:jc w:val="center"/>
            </w:pPr>
          </w:p>
        </w:tc>
        <w:tc>
          <w:tcPr>
            <w:tcW w:w="2566" w:type="dxa"/>
            <w:tcMar>
              <w:top w:w="45" w:type="dxa"/>
              <w:left w:w="45" w:type="dxa"/>
              <w:bottom w:w="45" w:type="dxa"/>
              <w:right w:w="45" w:type="dxa"/>
            </w:tcMar>
            <w:vAlign w:val="center"/>
          </w:tcPr>
          <w:p w14:paraId="4ABA76E7" w14:textId="77777777" w:rsidR="00BB27C4" w:rsidRDefault="00BB27C4">
            <w:pPr>
              <w:spacing w:after="0"/>
              <w:jc w:val="center"/>
            </w:pPr>
          </w:p>
        </w:tc>
      </w:tr>
      <w:tr w:rsidR="00BB27C4" w14:paraId="12A24333" w14:textId="77777777">
        <w:trPr>
          <w:jc w:val="center"/>
        </w:trPr>
        <w:tc>
          <w:tcPr>
            <w:tcW w:w="2566" w:type="dxa"/>
            <w:tcMar>
              <w:top w:w="45" w:type="dxa"/>
              <w:left w:w="45" w:type="dxa"/>
              <w:bottom w:w="45" w:type="dxa"/>
              <w:right w:w="45" w:type="dxa"/>
            </w:tcMar>
            <w:vAlign w:val="center"/>
          </w:tcPr>
          <w:p w14:paraId="69799AEA" w14:textId="77777777" w:rsidR="00BB27C4" w:rsidRDefault="00000000">
            <w:pPr>
              <w:spacing w:after="0"/>
            </w:pPr>
            <w:r>
              <w:rPr>
                <w:b/>
                <w:color w:val="1F2933"/>
                <w:sz w:val="13"/>
              </w:rPr>
              <w:t>Other fittings</w:t>
            </w:r>
          </w:p>
        </w:tc>
        <w:tc>
          <w:tcPr>
            <w:tcW w:w="2566" w:type="dxa"/>
            <w:tcMar>
              <w:top w:w="45" w:type="dxa"/>
              <w:left w:w="45" w:type="dxa"/>
              <w:bottom w:w="45" w:type="dxa"/>
              <w:right w:w="45" w:type="dxa"/>
            </w:tcMar>
            <w:vAlign w:val="center"/>
          </w:tcPr>
          <w:p w14:paraId="7938E28A" w14:textId="77777777" w:rsidR="00BB27C4" w:rsidRDefault="00BB27C4">
            <w:pPr>
              <w:spacing w:after="0"/>
              <w:jc w:val="center"/>
            </w:pPr>
          </w:p>
        </w:tc>
        <w:tc>
          <w:tcPr>
            <w:tcW w:w="2566" w:type="dxa"/>
            <w:tcMar>
              <w:top w:w="45" w:type="dxa"/>
              <w:left w:w="45" w:type="dxa"/>
              <w:bottom w:w="45" w:type="dxa"/>
              <w:right w:w="45" w:type="dxa"/>
            </w:tcMar>
            <w:vAlign w:val="center"/>
          </w:tcPr>
          <w:p w14:paraId="1657B8AE" w14:textId="77777777" w:rsidR="00BB27C4" w:rsidRDefault="00BB27C4">
            <w:pPr>
              <w:spacing w:after="0"/>
              <w:jc w:val="center"/>
            </w:pPr>
          </w:p>
        </w:tc>
        <w:tc>
          <w:tcPr>
            <w:tcW w:w="2566" w:type="dxa"/>
            <w:tcMar>
              <w:top w:w="45" w:type="dxa"/>
              <w:left w:w="45" w:type="dxa"/>
              <w:bottom w:w="45" w:type="dxa"/>
              <w:right w:w="45" w:type="dxa"/>
            </w:tcMar>
            <w:vAlign w:val="center"/>
          </w:tcPr>
          <w:p w14:paraId="3E549818" w14:textId="77777777" w:rsidR="00BB27C4" w:rsidRDefault="00BB27C4">
            <w:pPr>
              <w:spacing w:after="0"/>
              <w:jc w:val="center"/>
            </w:pPr>
          </w:p>
        </w:tc>
        <w:tc>
          <w:tcPr>
            <w:tcW w:w="2566" w:type="dxa"/>
            <w:tcMar>
              <w:top w:w="45" w:type="dxa"/>
              <w:left w:w="45" w:type="dxa"/>
              <w:bottom w:w="45" w:type="dxa"/>
              <w:right w:w="45" w:type="dxa"/>
            </w:tcMar>
            <w:vAlign w:val="center"/>
          </w:tcPr>
          <w:p w14:paraId="4E5BA2FD" w14:textId="77777777" w:rsidR="00BB27C4" w:rsidRDefault="00BB27C4">
            <w:pPr>
              <w:spacing w:after="0"/>
              <w:jc w:val="center"/>
            </w:pPr>
          </w:p>
        </w:tc>
        <w:tc>
          <w:tcPr>
            <w:tcW w:w="2566" w:type="dxa"/>
            <w:tcMar>
              <w:top w:w="45" w:type="dxa"/>
              <w:left w:w="45" w:type="dxa"/>
              <w:bottom w:w="45" w:type="dxa"/>
              <w:right w:w="45" w:type="dxa"/>
            </w:tcMar>
            <w:vAlign w:val="center"/>
          </w:tcPr>
          <w:p w14:paraId="2C88AEAF" w14:textId="77777777" w:rsidR="00BB27C4" w:rsidRDefault="00BB27C4">
            <w:pPr>
              <w:spacing w:after="0"/>
              <w:jc w:val="center"/>
            </w:pPr>
          </w:p>
        </w:tc>
      </w:tr>
      <w:tr w:rsidR="00BB27C4" w14:paraId="5EB51E2C" w14:textId="77777777">
        <w:trPr>
          <w:jc w:val="center"/>
        </w:trPr>
        <w:tc>
          <w:tcPr>
            <w:tcW w:w="14688" w:type="dxa"/>
            <w:gridSpan w:val="6"/>
            <w:shd w:val="clear" w:color="auto" w:fill="F2EBDC"/>
            <w:tcMar>
              <w:top w:w="45" w:type="dxa"/>
              <w:left w:w="45" w:type="dxa"/>
              <w:bottom w:w="45" w:type="dxa"/>
              <w:right w:w="45" w:type="dxa"/>
            </w:tcMar>
            <w:vAlign w:val="center"/>
          </w:tcPr>
          <w:p w14:paraId="75F8A3E9" w14:textId="77777777" w:rsidR="00BB27C4" w:rsidRDefault="00000000">
            <w:pPr>
              <w:spacing w:after="0"/>
            </w:pPr>
            <w:r>
              <w:rPr>
                <w:b/>
                <w:color w:val="102632"/>
                <w:sz w:val="18"/>
              </w:rPr>
              <w:t>GARDEN / EXTERNAL AREAS / OUTBUILDINGS</w:t>
            </w:r>
          </w:p>
        </w:tc>
      </w:tr>
    </w:tbl>
    <w:p w14:paraId="655379FD" w14:textId="77777777" w:rsidR="00BB27C4" w:rsidRDefault="00BB27C4">
      <w:pPr>
        <w:spacing w:after="20"/>
      </w:pP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2592"/>
        <w:gridCol w:w="2736"/>
        <w:gridCol w:w="2566"/>
        <w:gridCol w:w="2566"/>
        <w:gridCol w:w="2880"/>
        <w:gridCol w:w="2566"/>
      </w:tblGrid>
      <w:tr w:rsidR="00BB27C4" w14:paraId="4A4C83A6" w14:textId="77777777">
        <w:trPr>
          <w:jc w:val="center"/>
        </w:trPr>
        <w:tc>
          <w:tcPr>
            <w:tcW w:w="2592" w:type="dxa"/>
            <w:shd w:val="clear" w:color="auto" w:fill="102632"/>
            <w:tcMar>
              <w:top w:w="45" w:type="dxa"/>
              <w:left w:w="45" w:type="dxa"/>
              <w:bottom w:w="45" w:type="dxa"/>
              <w:right w:w="45" w:type="dxa"/>
            </w:tcMar>
            <w:vAlign w:val="center"/>
          </w:tcPr>
          <w:p w14:paraId="4E7BD05A" w14:textId="77777777" w:rsidR="00BB27C4" w:rsidRDefault="00000000">
            <w:pPr>
              <w:spacing w:after="0"/>
              <w:jc w:val="center"/>
            </w:pPr>
            <w:r>
              <w:rPr>
                <w:b/>
                <w:color w:val="F2EBDC"/>
                <w:sz w:val="13"/>
              </w:rPr>
              <w:t>Item / Area</w:t>
            </w:r>
          </w:p>
        </w:tc>
        <w:tc>
          <w:tcPr>
            <w:tcW w:w="2736" w:type="dxa"/>
            <w:shd w:val="clear" w:color="auto" w:fill="102632"/>
            <w:tcMar>
              <w:top w:w="45" w:type="dxa"/>
              <w:left w:w="45" w:type="dxa"/>
              <w:bottom w:w="45" w:type="dxa"/>
              <w:right w:w="45" w:type="dxa"/>
            </w:tcMar>
            <w:vAlign w:val="center"/>
          </w:tcPr>
          <w:p w14:paraId="7EF4E6AE" w14:textId="77777777" w:rsidR="00BB27C4" w:rsidRDefault="00000000">
            <w:pPr>
              <w:spacing w:after="0"/>
              <w:jc w:val="center"/>
            </w:pPr>
            <w:r>
              <w:rPr>
                <w:b/>
                <w:color w:val="F2EBDC"/>
                <w:sz w:val="13"/>
              </w:rPr>
              <w:t>Description / Specification</w:t>
            </w:r>
          </w:p>
        </w:tc>
        <w:tc>
          <w:tcPr>
            <w:tcW w:w="1584" w:type="dxa"/>
            <w:shd w:val="clear" w:color="auto" w:fill="102632"/>
            <w:tcMar>
              <w:top w:w="45" w:type="dxa"/>
              <w:left w:w="45" w:type="dxa"/>
              <w:bottom w:w="45" w:type="dxa"/>
              <w:right w:w="45" w:type="dxa"/>
            </w:tcMar>
            <w:vAlign w:val="center"/>
          </w:tcPr>
          <w:p w14:paraId="1442A730" w14:textId="77777777" w:rsidR="00BB27C4" w:rsidRDefault="00000000">
            <w:pPr>
              <w:spacing w:after="0"/>
              <w:jc w:val="center"/>
            </w:pPr>
            <w:r>
              <w:rPr>
                <w:b/>
                <w:color w:val="F2EBDC"/>
                <w:sz w:val="13"/>
              </w:rPr>
              <w:t>Condition</w:t>
            </w:r>
          </w:p>
        </w:tc>
        <w:tc>
          <w:tcPr>
            <w:tcW w:w="1152" w:type="dxa"/>
            <w:shd w:val="clear" w:color="auto" w:fill="102632"/>
            <w:tcMar>
              <w:top w:w="45" w:type="dxa"/>
              <w:left w:w="45" w:type="dxa"/>
              <w:bottom w:w="45" w:type="dxa"/>
              <w:right w:w="45" w:type="dxa"/>
            </w:tcMar>
            <w:vAlign w:val="center"/>
          </w:tcPr>
          <w:p w14:paraId="5C148738" w14:textId="77777777" w:rsidR="00BB27C4" w:rsidRDefault="00000000">
            <w:pPr>
              <w:spacing w:after="0"/>
              <w:jc w:val="center"/>
            </w:pPr>
            <w:r>
              <w:rPr>
                <w:b/>
                <w:color w:val="F2EBDC"/>
                <w:sz w:val="13"/>
              </w:rPr>
              <w:t>Clean</w:t>
            </w:r>
          </w:p>
        </w:tc>
        <w:tc>
          <w:tcPr>
            <w:tcW w:w="2880" w:type="dxa"/>
            <w:shd w:val="clear" w:color="auto" w:fill="102632"/>
            <w:tcMar>
              <w:top w:w="45" w:type="dxa"/>
              <w:left w:w="45" w:type="dxa"/>
              <w:bottom w:w="45" w:type="dxa"/>
              <w:right w:w="45" w:type="dxa"/>
            </w:tcMar>
            <w:vAlign w:val="center"/>
          </w:tcPr>
          <w:p w14:paraId="1A9464AF" w14:textId="77777777" w:rsidR="00BB27C4" w:rsidRDefault="00000000">
            <w:pPr>
              <w:spacing w:after="0"/>
              <w:jc w:val="center"/>
            </w:pPr>
            <w:r>
              <w:rPr>
                <w:b/>
                <w:color w:val="F2EBDC"/>
                <w:sz w:val="13"/>
              </w:rPr>
              <w:t>Defects / Comments</w:t>
            </w:r>
          </w:p>
        </w:tc>
        <w:tc>
          <w:tcPr>
            <w:tcW w:w="1008" w:type="dxa"/>
            <w:shd w:val="clear" w:color="auto" w:fill="102632"/>
            <w:tcMar>
              <w:top w:w="45" w:type="dxa"/>
              <w:left w:w="45" w:type="dxa"/>
              <w:bottom w:w="45" w:type="dxa"/>
              <w:right w:w="45" w:type="dxa"/>
            </w:tcMar>
            <w:vAlign w:val="center"/>
          </w:tcPr>
          <w:p w14:paraId="49E75248" w14:textId="77777777" w:rsidR="00BB27C4" w:rsidRDefault="00000000">
            <w:pPr>
              <w:spacing w:after="0"/>
              <w:jc w:val="center"/>
            </w:pPr>
            <w:r>
              <w:rPr>
                <w:b/>
                <w:color w:val="F2EBDC"/>
                <w:sz w:val="13"/>
              </w:rPr>
              <w:t>Photo</w:t>
            </w:r>
          </w:p>
        </w:tc>
      </w:tr>
      <w:tr w:rsidR="00BB27C4" w14:paraId="289AC9D7" w14:textId="77777777">
        <w:trPr>
          <w:jc w:val="center"/>
        </w:trPr>
        <w:tc>
          <w:tcPr>
            <w:tcW w:w="2566" w:type="dxa"/>
            <w:tcMar>
              <w:top w:w="45" w:type="dxa"/>
              <w:left w:w="45" w:type="dxa"/>
              <w:bottom w:w="45" w:type="dxa"/>
              <w:right w:w="45" w:type="dxa"/>
            </w:tcMar>
            <w:vAlign w:val="center"/>
          </w:tcPr>
          <w:p w14:paraId="74635BEE" w14:textId="77777777" w:rsidR="00BB27C4" w:rsidRDefault="00000000">
            <w:pPr>
              <w:spacing w:after="0"/>
            </w:pPr>
            <w:r>
              <w:rPr>
                <w:b/>
                <w:color w:val="1F2933"/>
                <w:sz w:val="13"/>
              </w:rPr>
              <w:t>Front path / steps / boundary</w:t>
            </w:r>
          </w:p>
        </w:tc>
        <w:tc>
          <w:tcPr>
            <w:tcW w:w="2566" w:type="dxa"/>
            <w:tcMar>
              <w:top w:w="45" w:type="dxa"/>
              <w:left w:w="45" w:type="dxa"/>
              <w:bottom w:w="45" w:type="dxa"/>
              <w:right w:w="45" w:type="dxa"/>
            </w:tcMar>
            <w:vAlign w:val="center"/>
          </w:tcPr>
          <w:p w14:paraId="22CAB77E" w14:textId="77777777" w:rsidR="00BB27C4" w:rsidRDefault="00BB27C4">
            <w:pPr>
              <w:spacing w:after="0"/>
              <w:jc w:val="center"/>
            </w:pPr>
          </w:p>
        </w:tc>
        <w:tc>
          <w:tcPr>
            <w:tcW w:w="2566" w:type="dxa"/>
            <w:tcMar>
              <w:top w:w="45" w:type="dxa"/>
              <w:left w:w="45" w:type="dxa"/>
              <w:bottom w:w="45" w:type="dxa"/>
              <w:right w:w="45" w:type="dxa"/>
            </w:tcMar>
            <w:vAlign w:val="center"/>
          </w:tcPr>
          <w:p w14:paraId="55EE2454" w14:textId="77777777" w:rsidR="00BB27C4" w:rsidRDefault="00BB27C4">
            <w:pPr>
              <w:spacing w:after="0"/>
              <w:jc w:val="center"/>
            </w:pPr>
          </w:p>
        </w:tc>
        <w:tc>
          <w:tcPr>
            <w:tcW w:w="2566" w:type="dxa"/>
            <w:tcMar>
              <w:top w:w="45" w:type="dxa"/>
              <w:left w:w="45" w:type="dxa"/>
              <w:bottom w:w="45" w:type="dxa"/>
              <w:right w:w="45" w:type="dxa"/>
            </w:tcMar>
            <w:vAlign w:val="center"/>
          </w:tcPr>
          <w:p w14:paraId="2BF49644" w14:textId="77777777" w:rsidR="00BB27C4" w:rsidRDefault="00BB27C4">
            <w:pPr>
              <w:spacing w:after="0"/>
              <w:jc w:val="center"/>
            </w:pPr>
          </w:p>
        </w:tc>
        <w:tc>
          <w:tcPr>
            <w:tcW w:w="2566" w:type="dxa"/>
            <w:tcMar>
              <w:top w:w="45" w:type="dxa"/>
              <w:left w:w="45" w:type="dxa"/>
              <w:bottom w:w="45" w:type="dxa"/>
              <w:right w:w="45" w:type="dxa"/>
            </w:tcMar>
            <w:vAlign w:val="center"/>
          </w:tcPr>
          <w:p w14:paraId="613569D2" w14:textId="77777777" w:rsidR="00BB27C4" w:rsidRDefault="00BB27C4">
            <w:pPr>
              <w:spacing w:after="0"/>
              <w:jc w:val="center"/>
            </w:pPr>
          </w:p>
        </w:tc>
        <w:tc>
          <w:tcPr>
            <w:tcW w:w="2566" w:type="dxa"/>
            <w:tcMar>
              <w:top w:w="45" w:type="dxa"/>
              <w:left w:w="45" w:type="dxa"/>
              <w:bottom w:w="45" w:type="dxa"/>
              <w:right w:w="45" w:type="dxa"/>
            </w:tcMar>
            <w:vAlign w:val="center"/>
          </w:tcPr>
          <w:p w14:paraId="59298331" w14:textId="77777777" w:rsidR="00BB27C4" w:rsidRDefault="00BB27C4">
            <w:pPr>
              <w:spacing w:after="0"/>
              <w:jc w:val="center"/>
            </w:pPr>
          </w:p>
        </w:tc>
      </w:tr>
      <w:tr w:rsidR="00BB27C4" w14:paraId="39880DA1" w14:textId="77777777">
        <w:trPr>
          <w:jc w:val="center"/>
        </w:trPr>
        <w:tc>
          <w:tcPr>
            <w:tcW w:w="2566" w:type="dxa"/>
            <w:tcMar>
              <w:top w:w="45" w:type="dxa"/>
              <w:left w:w="45" w:type="dxa"/>
              <w:bottom w:w="45" w:type="dxa"/>
              <w:right w:w="45" w:type="dxa"/>
            </w:tcMar>
            <w:vAlign w:val="center"/>
          </w:tcPr>
          <w:p w14:paraId="553E0B2E" w14:textId="77777777" w:rsidR="00BB27C4" w:rsidRDefault="00000000">
            <w:pPr>
              <w:spacing w:after="0"/>
            </w:pPr>
            <w:r>
              <w:rPr>
                <w:b/>
                <w:color w:val="1F2933"/>
                <w:sz w:val="13"/>
              </w:rPr>
              <w:t>Rear garden / lawn / borders</w:t>
            </w:r>
          </w:p>
        </w:tc>
        <w:tc>
          <w:tcPr>
            <w:tcW w:w="2566" w:type="dxa"/>
            <w:tcMar>
              <w:top w:w="45" w:type="dxa"/>
              <w:left w:w="45" w:type="dxa"/>
              <w:bottom w:w="45" w:type="dxa"/>
              <w:right w:w="45" w:type="dxa"/>
            </w:tcMar>
            <w:vAlign w:val="center"/>
          </w:tcPr>
          <w:p w14:paraId="483FC7E4" w14:textId="77777777" w:rsidR="00BB27C4" w:rsidRDefault="00BB27C4">
            <w:pPr>
              <w:spacing w:after="0"/>
              <w:jc w:val="center"/>
            </w:pPr>
          </w:p>
        </w:tc>
        <w:tc>
          <w:tcPr>
            <w:tcW w:w="2566" w:type="dxa"/>
            <w:tcMar>
              <w:top w:w="45" w:type="dxa"/>
              <w:left w:w="45" w:type="dxa"/>
              <w:bottom w:w="45" w:type="dxa"/>
              <w:right w:w="45" w:type="dxa"/>
            </w:tcMar>
            <w:vAlign w:val="center"/>
          </w:tcPr>
          <w:p w14:paraId="51E44A0C" w14:textId="77777777" w:rsidR="00BB27C4" w:rsidRDefault="00BB27C4">
            <w:pPr>
              <w:spacing w:after="0"/>
              <w:jc w:val="center"/>
            </w:pPr>
          </w:p>
        </w:tc>
        <w:tc>
          <w:tcPr>
            <w:tcW w:w="2566" w:type="dxa"/>
            <w:tcMar>
              <w:top w:w="45" w:type="dxa"/>
              <w:left w:w="45" w:type="dxa"/>
              <w:bottom w:w="45" w:type="dxa"/>
              <w:right w:w="45" w:type="dxa"/>
            </w:tcMar>
            <w:vAlign w:val="center"/>
          </w:tcPr>
          <w:p w14:paraId="3DF98E7E" w14:textId="77777777" w:rsidR="00BB27C4" w:rsidRDefault="00BB27C4">
            <w:pPr>
              <w:spacing w:after="0"/>
              <w:jc w:val="center"/>
            </w:pPr>
          </w:p>
        </w:tc>
        <w:tc>
          <w:tcPr>
            <w:tcW w:w="2566" w:type="dxa"/>
            <w:tcMar>
              <w:top w:w="45" w:type="dxa"/>
              <w:left w:w="45" w:type="dxa"/>
              <w:bottom w:w="45" w:type="dxa"/>
              <w:right w:w="45" w:type="dxa"/>
            </w:tcMar>
            <w:vAlign w:val="center"/>
          </w:tcPr>
          <w:p w14:paraId="29DC5356" w14:textId="77777777" w:rsidR="00BB27C4" w:rsidRDefault="00BB27C4">
            <w:pPr>
              <w:spacing w:after="0"/>
              <w:jc w:val="center"/>
            </w:pPr>
          </w:p>
        </w:tc>
        <w:tc>
          <w:tcPr>
            <w:tcW w:w="2566" w:type="dxa"/>
            <w:tcMar>
              <w:top w:w="45" w:type="dxa"/>
              <w:left w:w="45" w:type="dxa"/>
              <w:bottom w:w="45" w:type="dxa"/>
              <w:right w:w="45" w:type="dxa"/>
            </w:tcMar>
            <w:vAlign w:val="center"/>
          </w:tcPr>
          <w:p w14:paraId="0475E2BD" w14:textId="77777777" w:rsidR="00BB27C4" w:rsidRDefault="00BB27C4">
            <w:pPr>
              <w:spacing w:after="0"/>
              <w:jc w:val="center"/>
            </w:pPr>
          </w:p>
        </w:tc>
      </w:tr>
      <w:tr w:rsidR="00BB27C4" w14:paraId="5465C56B" w14:textId="77777777">
        <w:trPr>
          <w:jc w:val="center"/>
        </w:trPr>
        <w:tc>
          <w:tcPr>
            <w:tcW w:w="2566" w:type="dxa"/>
            <w:tcMar>
              <w:top w:w="45" w:type="dxa"/>
              <w:left w:w="45" w:type="dxa"/>
              <w:bottom w:w="45" w:type="dxa"/>
              <w:right w:w="45" w:type="dxa"/>
            </w:tcMar>
            <w:vAlign w:val="center"/>
          </w:tcPr>
          <w:p w14:paraId="337FB055" w14:textId="77777777" w:rsidR="00BB27C4" w:rsidRDefault="00000000">
            <w:pPr>
              <w:spacing w:after="0"/>
            </w:pPr>
            <w:r>
              <w:rPr>
                <w:b/>
                <w:color w:val="1F2933"/>
                <w:sz w:val="13"/>
              </w:rPr>
              <w:t>Fencing / gates / walls</w:t>
            </w:r>
          </w:p>
        </w:tc>
        <w:tc>
          <w:tcPr>
            <w:tcW w:w="2566" w:type="dxa"/>
            <w:tcMar>
              <w:top w:w="45" w:type="dxa"/>
              <w:left w:w="45" w:type="dxa"/>
              <w:bottom w:w="45" w:type="dxa"/>
              <w:right w:w="45" w:type="dxa"/>
            </w:tcMar>
            <w:vAlign w:val="center"/>
          </w:tcPr>
          <w:p w14:paraId="449C745C" w14:textId="77777777" w:rsidR="00BB27C4" w:rsidRDefault="00BB27C4">
            <w:pPr>
              <w:spacing w:after="0"/>
              <w:jc w:val="center"/>
            </w:pPr>
          </w:p>
        </w:tc>
        <w:tc>
          <w:tcPr>
            <w:tcW w:w="2566" w:type="dxa"/>
            <w:tcMar>
              <w:top w:w="45" w:type="dxa"/>
              <w:left w:w="45" w:type="dxa"/>
              <w:bottom w:w="45" w:type="dxa"/>
              <w:right w:w="45" w:type="dxa"/>
            </w:tcMar>
            <w:vAlign w:val="center"/>
          </w:tcPr>
          <w:p w14:paraId="4128D233" w14:textId="77777777" w:rsidR="00BB27C4" w:rsidRDefault="00BB27C4">
            <w:pPr>
              <w:spacing w:after="0"/>
              <w:jc w:val="center"/>
            </w:pPr>
          </w:p>
        </w:tc>
        <w:tc>
          <w:tcPr>
            <w:tcW w:w="2566" w:type="dxa"/>
            <w:tcMar>
              <w:top w:w="45" w:type="dxa"/>
              <w:left w:w="45" w:type="dxa"/>
              <w:bottom w:w="45" w:type="dxa"/>
              <w:right w:w="45" w:type="dxa"/>
            </w:tcMar>
            <w:vAlign w:val="center"/>
          </w:tcPr>
          <w:p w14:paraId="5614D421" w14:textId="77777777" w:rsidR="00BB27C4" w:rsidRDefault="00BB27C4">
            <w:pPr>
              <w:spacing w:after="0"/>
              <w:jc w:val="center"/>
            </w:pPr>
          </w:p>
        </w:tc>
        <w:tc>
          <w:tcPr>
            <w:tcW w:w="2566" w:type="dxa"/>
            <w:tcMar>
              <w:top w:w="45" w:type="dxa"/>
              <w:left w:w="45" w:type="dxa"/>
              <w:bottom w:w="45" w:type="dxa"/>
              <w:right w:w="45" w:type="dxa"/>
            </w:tcMar>
            <w:vAlign w:val="center"/>
          </w:tcPr>
          <w:p w14:paraId="781ADB83" w14:textId="77777777" w:rsidR="00BB27C4" w:rsidRDefault="00BB27C4">
            <w:pPr>
              <w:spacing w:after="0"/>
              <w:jc w:val="center"/>
            </w:pPr>
          </w:p>
        </w:tc>
        <w:tc>
          <w:tcPr>
            <w:tcW w:w="2566" w:type="dxa"/>
            <w:tcMar>
              <w:top w:w="45" w:type="dxa"/>
              <w:left w:w="45" w:type="dxa"/>
              <w:bottom w:w="45" w:type="dxa"/>
              <w:right w:w="45" w:type="dxa"/>
            </w:tcMar>
            <w:vAlign w:val="center"/>
          </w:tcPr>
          <w:p w14:paraId="39643583" w14:textId="77777777" w:rsidR="00BB27C4" w:rsidRDefault="00BB27C4">
            <w:pPr>
              <w:spacing w:after="0"/>
              <w:jc w:val="center"/>
            </w:pPr>
          </w:p>
        </w:tc>
      </w:tr>
      <w:tr w:rsidR="00BB27C4" w14:paraId="1E0E0D18" w14:textId="77777777">
        <w:trPr>
          <w:jc w:val="center"/>
        </w:trPr>
        <w:tc>
          <w:tcPr>
            <w:tcW w:w="2566" w:type="dxa"/>
            <w:tcMar>
              <w:top w:w="45" w:type="dxa"/>
              <w:left w:w="45" w:type="dxa"/>
              <w:bottom w:w="45" w:type="dxa"/>
              <w:right w:w="45" w:type="dxa"/>
            </w:tcMar>
            <w:vAlign w:val="center"/>
          </w:tcPr>
          <w:p w14:paraId="5F538A1D" w14:textId="77777777" w:rsidR="00BB27C4" w:rsidRDefault="00000000">
            <w:pPr>
              <w:spacing w:after="0"/>
            </w:pPr>
            <w:r>
              <w:rPr>
                <w:b/>
                <w:color w:val="1F2933"/>
                <w:sz w:val="13"/>
              </w:rPr>
              <w:t>Patio / paving / decking</w:t>
            </w:r>
          </w:p>
        </w:tc>
        <w:tc>
          <w:tcPr>
            <w:tcW w:w="2566" w:type="dxa"/>
            <w:tcMar>
              <w:top w:w="45" w:type="dxa"/>
              <w:left w:w="45" w:type="dxa"/>
              <w:bottom w:w="45" w:type="dxa"/>
              <w:right w:w="45" w:type="dxa"/>
            </w:tcMar>
            <w:vAlign w:val="center"/>
          </w:tcPr>
          <w:p w14:paraId="22E6581F" w14:textId="77777777" w:rsidR="00BB27C4" w:rsidRDefault="00BB27C4">
            <w:pPr>
              <w:spacing w:after="0"/>
              <w:jc w:val="center"/>
            </w:pPr>
          </w:p>
        </w:tc>
        <w:tc>
          <w:tcPr>
            <w:tcW w:w="2566" w:type="dxa"/>
            <w:tcMar>
              <w:top w:w="45" w:type="dxa"/>
              <w:left w:w="45" w:type="dxa"/>
              <w:bottom w:w="45" w:type="dxa"/>
              <w:right w:w="45" w:type="dxa"/>
            </w:tcMar>
            <w:vAlign w:val="center"/>
          </w:tcPr>
          <w:p w14:paraId="79CF7214" w14:textId="77777777" w:rsidR="00BB27C4" w:rsidRDefault="00BB27C4">
            <w:pPr>
              <w:spacing w:after="0"/>
              <w:jc w:val="center"/>
            </w:pPr>
          </w:p>
        </w:tc>
        <w:tc>
          <w:tcPr>
            <w:tcW w:w="2566" w:type="dxa"/>
            <w:tcMar>
              <w:top w:w="45" w:type="dxa"/>
              <w:left w:w="45" w:type="dxa"/>
              <w:bottom w:w="45" w:type="dxa"/>
              <w:right w:w="45" w:type="dxa"/>
            </w:tcMar>
            <w:vAlign w:val="center"/>
          </w:tcPr>
          <w:p w14:paraId="26585AC9" w14:textId="77777777" w:rsidR="00BB27C4" w:rsidRDefault="00BB27C4">
            <w:pPr>
              <w:spacing w:after="0"/>
              <w:jc w:val="center"/>
            </w:pPr>
          </w:p>
        </w:tc>
        <w:tc>
          <w:tcPr>
            <w:tcW w:w="2566" w:type="dxa"/>
            <w:tcMar>
              <w:top w:w="45" w:type="dxa"/>
              <w:left w:w="45" w:type="dxa"/>
              <w:bottom w:w="45" w:type="dxa"/>
              <w:right w:w="45" w:type="dxa"/>
            </w:tcMar>
            <w:vAlign w:val="center"/>
          </w:tcPr>
          <w:p w14:paraId="269F8BB1" w14:textId="77777777" w:rsidR="00BB27C4" w:rsidRDefault="00BB27C4">
            <w:pPr>
              <w:spacing w:after="0"/>
              <w:jc w:val="center"/>
            </w:pPr>
          </w:p>
        </w:tc>
        <w:tc>
          <w:tcPr>
            <w:tcW w:w="2566" w:type="dxa"/>
            <w:tcMar>
              <w:top w:w="45" w:type="dxa"/>
              <w:left w:w="45" w:type="dxa"/>
              <w:bottom w:w="45" w:type="dxa"/>
              <w:right w:w="45" w:type="dxa"/>
            </w:tcMar>
            <w:vAlign w:val="center"/>
          </w:tcPr>
          <w:p w14:paraId="51BEC164" w14:textId="77777777" w:rsidR="00BB27C4" w:rsidRDefault="00BB27C4">
            <w:pPr>
              <w:spacing w:after="0"/>
              <w:jc w:val="center"/>
            </w:pPr>
          </w:p>
        </w:tc>
      </w:tr>
      <w:tr w:rsidR="00BB27C4" w14:paraId="0ACF1C68" w14:textId="77777777">
        <w:trPr>
          <w:jc w:val="center"/>
        </w:trPr>
        <w:tc>
          <w:tcPr>
            <w:tcW w:w="2566" w:type="dxa"/>
            <w:tcMar>
              <w:top w:w="45" w:type="dxa"/>
              <w:left w:w="45" w:type="dxa"/>
              <w:bottom w:w="45" w:type="dxa"/>
              <w:right w:w="45" w:type="dxa"/>
            </w:tcMar>
            <w:vAlign w:val="center"/>
          </w:tcPr>
          <w:p w14:paraId="1C191D8C" w14:textId="77777777" w:rsidR="00BB27C4" w:rsidRDefault="00000000">
            <w:pPr>
              <w:spacing w:after="0"/>
            </w:pPr>
            <w:r>
              <w:rPr>
                <w:b/>
                <w:color w:val="1F2933"/>
                <w:sz w:val="13"/>
              </w:rPr>
              <w:t>Shed / storage / garage</w:t>
            </w:r>
          </w:p>
        </w:tc>
        <w:tc>
          <w:tcPr>
            <w:tcW w:w="2566" w:type="dxa"/>
            <w:tcMar>
              <w:top w:w="45" w:type="dxa"/>
              <w:left w:w="45" w:type="dxa"/>
              <w:bottom w:w="45" w:type="dxa"/>
              <w:right w:w="45" w:type="dxa"/>
            </w:tcMar>
            <w:vAlign w:val="center"/>
          </w:tcPr>
          <w:p w14:paraId="0A8F56CF" w14:textId="77777777" w:rsidR="00BB27C4" w:rsidRDefault="00BB27C4">
            <w:pPr>
              <w:spacing w:after="0"/>
              <w:jc w:val="center"/>
            </w:pPr>
          </w:p>
        </w:tc>
        <w:tc>
          <w:tcPr>
            <w:tcW w:w="2566" w:type="dxa"/>
            <w:tcMar>
              <w:top w:w="45" w:type="dxa"/>
              <w:left w:w="45" w:type="dxa"/>
              <w:bottom w:w="45" w:type="dxa"/>
              <w:right w:w="45" w:type="dxa"/>
            </w:tcMar>
            <w:vAlign w:val="center"/>
          </w:tcPr>
          <w:p w14:paraId="3801F999" w14:textId="77777777" w:rsidR="00BB27C4" w:rsidRDefault="00BB27C4">
            <w:pPr>
              <w:spacing w:after="0"/>
              <w:jc w:val="center"/>
            </w:pPr>
          </w:p>
        </w:tc>
        <w:tc>
          <w:tcPr>
            <w:tcW w:w="2566" w:type="dxa"/>
            <w:tcMar>
              <w:top w:w="45" w:type="dxa"/>
              <w:left w:w="45" w:type="dxa"/>
              <w:bottom w:w="45" w:type="dxa"/>
              <w:right w:w="45" w:type="dxa"/>
            </w:tcMar>
            <w:vAlign w:val="center"/>
          </w:tcPr>
          <w:p w14:paraId="3ED1377A" w14:textId="77777777" w:rsidR="00BB27C4" w:rsidRDefault="00BB27C4">
            <w:pPr>
              <w:spacing w:after="0"/>
              <w:jc w:val="center"/>
            </w:pPr>
          </w:p>
        </w:tc>
        <w:tc>
          <w:tcPr>
            <w:tcW w:w="2566" w:type="dxa"/>
            <w:tcMar>
              <w:top w:w="45" w:type="dxa"/>
              <w:left w:w="45" w:type="dxa"/>
              <w:bottom w:w="45" w:type="dxa"/>
              <w:right w:w="45" w:type="dxa"/>
            </w:tcMar>
            <w:vAlign w:val="center"/>
          </w:tcPr>
          <w:p w14:paraId="7B4A1570" w14:textId="77777777" w:rsidR="00BB27C4" w:rsidRDefault="00BB27C4">
            <w:pPr>
              <w:spacing w:after="0"/>
              <w:jc w:val="center"/>
            </w:pPr>
          </w:p>
        </w:tc>
        <w:tc>
          <w:tcPr>
            <w:tcW w:w="2566" w:type="dxa"/>
            <w:tcMar>
              <w:top w:w="45" w:type="dxa"/>
              <w:left w:w="45" w:type="dxa"/>
              <w:bottom w:w="45" w:type="dxa"/>
              <w:right w:w="45" w:type="dxa"/>
            </w:tcMar>
            <w:vAlign w:val="center"/>
          </w:tcPr>
          <w:p w14:paraId="64256CE3" w14:textId="77777777" w:rsidR="00BB27C4" w:rsidRDefault="00BB27C4">
            <w:pPr>
              <w:spacing w:after="0"/>
              <w:jc w:val="center"/>
            </w:pPr>
          </w:p>
        </w:tc>
      </w:tr>
      <w:tr w:rsidR="00BB27C4" w14:paraId="00C251A8" w14:textId="77777777">
        <w:trPr>
          <w:jc w:val="center"/>
        </w:trPr>
        <w:tc>
          <w:tcPr>
            <w:tcW w:w="2566" w:type="dxa"/>
            <w:tcMar>
              <w:top w:w="45" w:type="dxa"/>
              <w:left w:w="45" w:type="dxa"/>
              <w:bottom w:w="45" w:type="dxa"/>
              <w:right w:w="45" w:type="dxa"/>
            </w:tcMar>
            <w:vAlign w:val="center"/>
          </w:tcPr>
          <w:p w14:paraId="46817063" w14:textId="77777777" w:rsidR="00BB27C4" w:rsidRDefault="00000000">
            <w:pPr>
              <w:spacing w:after="0"/>
            </w:pPr>
            <w:r>
              <w:rPr>
                <w:b/>
                <w:color w:val="1F2933"/>
                <w:sz w:val="13"/>
              </w:rPr>
              <w:t>External taps / lighting</w:t>
            </w:r>
          </w:p>
        </w:tc>
        <w:tc>
          <w:tcPr>
            <w:tcW w:w="2566" w:type="dxa"/>
            <w:tcMar>
              <w:top w:w="45" w:type="dxa"/>
              <w:left w:w="45" w:type="dxa"/>
              <w:bottom w:w="45" w:type="dxa"/>
              <w:right w:w="45" w:type="dxa"/>
            </w:tcMar>
            <w:vAlign w:val="center"/>
          </w:tcPr>
          <w:p w14:paraId="6EC15F0D" w14:textId="77777777" w:rsidR="00BB27C4" w:rsidRDefault="00BB27C4">
            <w:pPr>
              <w:spacing w:after="0"/>
              <w:jc w:val="center"/>
            </w:pPr>
          </w:p>
        </w:tc>
        <w:tc>
          <w:tcPr>
            <w:tcW w:w="2566" w:type="dxa"/>
            <w:tcMar>
              <w:top w:w="45" w:type="dxa"/>
              <w:left w:w="45" w:type="dxa"/>
              <w:bottom w:w="45" w:type="dxa"/>
              <w:right w:w="45" w:type="dxa"/>
            </w:tcMar>
            <w:vAlign w:val="center"/>
          </w:tcPr>
          <w:p w14:paraId="0B6874CE" w14:textId="77777777" w:rsidR="00BB27C4" w:rsidRDefault="00BB27C4">
            <w:pPr>
              <w:spacing w:after="0"/>
              <w:jc w:val="center"/>
            </w:pPr>
          </w:p>
        </w:tc>
        <w:tc>
          <w:tcPr>
            <w:tcW w:w="2566" w:type="dxa"/>
            <w:tcMar>
              <w:top w:w="45" w:type="dxa"/>
              <w:left w:w="45" w:type="dxa"/>
              <w:bottom w:w="45" w:type="dxa"/>
              <w:right w:w="45" w:type="dxa"/>
            </w:tcMar>
            <w:vAlign w:val="center"/>
          </w:tcPr>
          <w:p w14:paraId="4155B8B6" w14:textId="77777777" w:rsidR="00BB27C4" w:rsidRDefault="00BB27C4">
            <w:pPr>
              <w:spacing w:after="0"/>
              <w:jc w:val="center"/>
            </w:pPr>
          </w:p>
        </w:tc>
        <w:tc>
          <w:tcPr>
            <w:tcW w:w="2566" w:type="dxa"/>
            <w:tcMar>
              <w:top w:w="45" w:type="dxa"/>
              <w:left w:w="45" w:type="dxa"/>
              <w:bottom w:w="45" w:type="dxa"/>
              <w:right w:w="45" w:type="dxa"/>
            </w:tcMar>
            <w:vAlign w:val="center"/>
          </w:tcPr>
          <w:p w14:paraId="109BE899" w14:textId="77777777" w:rsidR="00BB27C4" w:rsidRDefault="00BB27C4">
            <w:pPr>
              <w:spacing w:after="0"/>
              <w:jc w:val="center"/>
            </w:pPr>
          </w:p>
        </w:tc>
        <w:tc>
          <w:tcPr>
            <w:tcW w:w="2566" w:type="dxa"/>
            <w:tcMar>
              <w:top w:w="45" w:type="dxa"/>
              <w:left w:w="45" w:type="dxa"/>
              <w:bottom w:w="45" w:type="dxa"/>
              <w:right w:w="45" w:type="dxa"/>
            </w:tcMar>
            <w:vAlign w:val="center"/>
          </w:tcPr>
          <w:p w14:paraId="4836FE30" w14:textId="77777777" w:rsidR="00BB27C4" w:rsidRDefault="00BB27C4">
            <w:pPr>
              <w:spacing w:after="0"/>
              <w:jc w:val="center"/>
            </w:pPr>
          </w:p>
        </w:tc>
      </w:tr>
      <w:tr w:rsidR="00BB27C4" w14:paraId="50E4D94D" w14:textId="77777777">
        <w:trPr>
          <w:jc w:val="center"/>
        </w:trPr>
        <w:tc>
          <w:tcPr>
            <w:tcW w:w="2566" w:type="dxa"/>
            <w:tcMar>
              <w:top w:w="45" w:type="dxa"/>
              <w:left w:w="45" w:type="dxa"/>
              <w:bottom w:w="45" w:type="dxa"/>
              <w:right w:w="45" w:type="dxa"/>
            </w:tcMar>
            <w:vAlign w:val="center"/>
          </w:tcPr>
          <w:p w14:paraId="39C341D2" w14:textId="77777777" w:rsidR="00BB27C4" w:rsidRDefault="00000000">
            <w:pPr>
              <w:spacing w:after="0"/>
            </w:pPr>
            <w:r>
              <w:rPr>
                <w:b/>
                <w:color w:val="1F2933"/>
                <w:sz w:val="13"/>
              </w:rPr>
              <w:t>Bins / bin store</w:t>
            </w:r>
          </w:p>
        </w:tc>
        <w:tc>
          <w:tcPr>
            <w:tcW w:w="2566" w:type="dxa"/>
            <w:tcMar>
              <w:top w:w="45" w:type="dxa"/>
              <w:left w:w="45" w:type="dxa"/>
              <w:bottom w:w="45" w:type="dxa"/>
              <w:right w:w="45" w:type="dxa"/>
            </w:tcMar>
            <w:vAlign w:val="center"/>
          </w:tcPr>
          <w:p w14:paraId="12C0DA14" w14:textId="77777777" w:rsidR="00BB27C4" w:rsidRDefault="00BB27C4">
            <w:pPr>
              <w:spacing w:after="0"/>
              <w:jc w:val="center"/>
            </w:pPr>
          </w:p>
        </w:tc>
        <w:tc>
          <w:tcPr>
            <w:tcW w:w="2566" w:type="dxa"/>
            <w:tcMar>
              <w:top w:w="45" w:type="dxa"/>
              <w:left w:w="45" w:type="dxa"/>
              <w:bottom w:w="45" w:type="dxa"/>
              <w:right w:w="45" w:type="dxa"/>
            </w:tcMar>
            <w:vAlign w:val="center"/>
          </w:tcPr>
          <w:p w14:paraId="0B7AE678" w14:textId="77777777" w:rsidR="00BB27C4" w:rsidRDefault="00BB27C4">
            <w:pPr>
              <w:spacing w:after="0"/>
              <w:jc w:val="center"/>
            </w:pPr>
          </w:p>
        </w:tc>
        <w:tc>
          <w:tcPr>
            <w:tcW w:w="2566" w:type="dxa"/>
            <w:tcMar>
              <w:top w:w="45" w:type="dxa"/>
              <w:left w:w="45" w:type="dxa"/>
              <w:bottom w:w="45" w:type="dxa"/>
              <w:right w:w="45" w:type="dxa"/>
            </w:tcMar>
            <w:vAlign w:val="center"/>
          </w:tcPr>
          <w:p w14:paraId="04E83BBA" w14:textId="77777777" w:rsidR="00BB27C4" w:rsidRDefault="00BB27C4">
            <w:pPr>
              <w:spacing w:after="0"/>
              <w:jc w:val="center"/>
            </w:pPr>
          </w:p>
        </w:tc>
        <w:tc>
          <w:tcPr>
            <w:tcW w:w="2566" w:type="dxa"/>
            <w:tcMar>
              <w:top w:w="45" w:type="dxa"/>
              <w:left w:w="45" w:type="dxa"/>
              <w:bottom w:w="45" w:type="dxa"/>
              <w:right w:w="45" w:type="dxa"/>
            </w:tcMar>
            <w:vAlign w:val="center"/>
          </w:tcPr>
          <w:p w14:paraId="5C47EF8A" w14:textId="77777777" w:rsidR="00BB27C4" w:rsidRDefault="00BB27C4">
            <w:pPr>
              <w:spacing w:after="0"/>
              <w:jc w:val="center"/>
            </w:pPr>
          </w:p>
        </w:tc>
        <w:tc>
          <w:tcPr>
            <w:tcW w:w="2566" w:type="dxa"/>
            <w:tcMar>
              <w:top w:w="45" w:type="dxa"/>
              <w:left w:w="45" w:type="dxa"/>
              <w:bottom w:w="45" w:type="dxa"/>
              <w:right w:w="45" w:type="dxa"/>
            </w:tcMar>
            <w:vAlign w:val="center"/>
          </w:tcPr>
          <w:p w14:paraId="4EBD57F9" w14:textId="77777777" w:rsidR="00BB27C4" w:rsidRDefault="00BB27C4">
            <w:pPr>
              <w:spacing w:after="0"/>
              <w:jc w:val="center"/>
            </w:pPr>
          </w:p>
        </w:tc>
      </w:tr>
    </w:tbl>
    <w:p w14:paraId="767143C0" w14:textId="77777777" w:rsidR="00BB27C4" w:rsidRDefault="00000000">
      <w:r>
        <w:br w:type="page"/>
      </w:r>
    </w:p>
    <w:p w14:paraId="7241025A" w14:textId="77777777" w:rsidR="00BB27C4" w:rsidRDefault="00000000">
      <w:pPr>
        <w:spacing w:after="40"/>
      </w:pPr>
      <w:r>
        <w:rPr>
          <w:rFonts w:ascii="Aptos Display" w:hAnsi="Aptos Display"/>
          <w:b/>
          <w:color w:val="102632"/>
          <w:sz w:val="36"/>
        </w:rPr>
        <w:lastRenderedPageBreak/>
        <w:t>FIXTURES, FITTINGS &amp; APPLIANCES</w:t>
      </w:r>
    </w:p>
    <w:p w14:paraId="43041C39" w14:textId="77777777" w:rsidR="00BB27C4" w:rsidRDefault="00000000">
      <w:pPr>
        <w:spacing w:after="80"/>
      </w:pPr>
      <w:r>
        <w:rPr>
          <w:color w:val="6B7280"/>
        </w:rPr>
        <w:t>Record supplied items and working condition.</w:t>
      </w: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4688"/>
      </w:tblGrid>
      <w:tr w:rsidR="00BB27C4" w14:paraId="2A5D1442" w14:textId="77777777">
        <w:trPr>
          <w:jc w:val="center"/>
        </w:trPr>
        <w:tc>
          <w:tcPr>
            <w:tcW w:w="14688" w:type="dxa"/>
            <w:shd w:val="clear" w:color="auto" w:fill="F2EBDC"/>
            <w:tcMar>
              <w:top w:w="45" w:type="dxa"/>
              <w:left w:w="45" w:type="dxa"/>
              <w:bottom w:w="45" w:type="dxa"/>
              <w:right w:w="45" w:type="dxa"/>
            </w:tcMar>
            <w:vAlign w:val="center"/>
          </w:tcPr>
          <w:p w14:paraId="0FBB9558" w14:textId="77777777" w:rsidR="00BB27C4" w:rsidRDefault="00000000">
            <w:pPr>
              <w:spacing w:after="0"/>
            </w:pPr>
            <w:r>
              <w:rPr>
                <w:b/>
                <w:color w:val="102632"/>
                <w:sz w:val="18"/>
              </w:rPr>
              <w:t>APPLIANCE SUMMARY</w:t>
            </w:r>
          </w:p>
        </w:tc>
      </w:tr>
    </w:tbl>
    <w:p w14:paraId="4FDEDFCC" w14:textId="77777777" w:rsidR="00BB27C4" w:rsidRDefault="00BB27C4">
      <w:pPr>
        <w:spacing w:after="20"/>
      </w:pPr>
    </w:p>
    <w:tbl>
      <w:tblPr>
        <w:tblW w:w="15936" w:type="dxa"/>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2196"/>
        <w:gridCol w:w="2218"/>
        <w:gridCol w:w="2196"/>
        <w:gridCol w:w="2196"/>
        <w:gridCol w:w="4930"/>
        <w:gridCol w:w="2200"/>
      </w:tblGrid>
      <w:tr w:rsidR="00BB27C4" w14:paraId="7C7E2788" w14:textId="77777777" w:rsidTr="00BB7B50">
        <w:trPr>
          <w:trHeight w:val="182"/>
          <w:jc w:val="center"/>
        </w:trPr>
        <w:tc>
          <w:tcPr>
            <w:tcW w:w="2196" w:type="dxa"/>
            <w:shd w:val="clear" w:color="auto" w:fill="102632"/>
            <w:tcMar>
              <w:top w:w="45" w:type="dxa"/>
              <w:left w:w="45" w:type="dxa"/>
              <w:bottom w:w="45" w:type="dxa"/>
              <w:right w:w="45" w:type="dxa"/>
            </w:tcMar>
            <w:vAlign w:val="center"/>
          </w:tcPr>
          <w:p w14:paraId="343C7B50" w14:textId="77777777" w:rsidR="00BB27C4" w:rsidRDefault="00000000">
            <w:pPr>
              <w:spacing w:after="0"/>
              <w:jc w:val="center"/>
            </w:pPr>
            <w:r>
              <w:rPr>
                <w:b/>
                <w:color w:val="F2EBDC"/>
                <w:sz w:val="14"/>
              </w:rPr>
              <w:t>Item</w:t>
            </w:r>
          </w:p>
        </w:tc>
        <w:tc>
          <w:tcPr>
            <w:tcW w:w="2218" w:type="dxa"/>
            <w:shd w:val="clear" w:color="auto" w:fill="102632"/>
            <w:tcMar>
              <w:top w:w="45" w:type="dxa"/>
              <w:left w:w="45" w:type="dxa"/>
              <w:bottom w:w="45" w:type="dxa"/>
              <w:right w:w="45" w:type="dxa"/>
            </w:tcMar>
            <w:vAlign w:val="center"/>
          </w:tcPr>
          <w:p w14:paraId="0F537C9D" w14:textId="77777777" w:rsidR="00BB27C4" w:rsidRDefault="00000000">
            <w:pPr>
              <w:spacing w:after="0"/>
              <w:jc w:val="center"/>
            </w:pPr>
            <w:r>
              <w:rPr>
                <w:b/>
                <w:color w:val="F2EBDC"/>
                <w:sz w:val="14"/>
              </w:rPr>
              <w:t>Make / Model</w:t>
            </w:r>
          </w:p>
        </w:tc>
        <w:tc>
          <w:tcPr>
            <w:tcW w:w="2196" w:type="dxa"/>
            <w:shd w:val="clear" w:color="auto" w:fill="102632"/>
            <w:tcMar>
              <w:top w:w="45" w:type="dxa"/>
              <w:left w:w="45" w:type="dxa"/>
              <w:bottom w:w="45" w:type="dxa"/>
              <w:right w:w="45" w:type="dxa"/>
            </w:tcMar>
            <w:vAlign w:val="center"/>
          </w:tcPr>
          <w:p w14:paraId="10E050A1" w14:textId="77777777" w:rsidR="00BB27C4" w:rsidRDefault="00000000">
            <w:pPr>
              <w:spacing w:after="0"/>
              <w:jc w:val="center"/>
            </w:pPr>
            <w:r>
              <w:rPr>
                <w:b/>
                <w:color w:val="F2EBDC"/>
                <w:sz w:val="14"/>
              </w:rPr>
              <w:t>Condition</w:t>
            </w:r>
          </w:p>
        </w:tc>
        <w:tc>
          <w:tcPr>
            <w:tcW w:w="2196" w:type="dxa"/>
            <w:shd w:val="clear" w:color="auto" w:fill="102632"/>
            <w:tcMar>
              <w:top w:w="45" w:type="dxa"/>
              <w:left w:w="45" w:type="dxa"/>
              <w:bottom w:w="45" w:type="dxa"/>
              <w:right w:w="45" w:type="dxa"/>
            </w:tcMar>
            <w:vAlign w:val="center"/>
          </w:tcPr>
          <w:p w14:paraId="0881EFCE" w14:textId="77777777" w:rsidR="00BB27C4" w:rsidRDefault="00000000">
            <w:pPr>
              <w:spacing w:after="0"/>
              <w:jc w:val="center"/>
            </w:pPr>
            <w:r>
              <w:rPr>
                <w:b/>
                <w:color w:val="F2EBDC"/>
                <w:sz w:val="14"/>
              </w:rPr>
              <w:t>Working?</w:t>
            </w:r>
          </w:p>
        </w:tc>
        <w:tc>
          <w:tcPr>
            <w:tcW w:w="4930" w:type="dxa"/>
            <w:shd w:val="clear" w:color="auto" w:fill="102632"/>
            <w:tcMar>
              <w:top w:w="45" w:type="dxa"/>
              <w:left w:w="45" w:type="dxa"/>
              <w:bottom w:w="45" w:type="dxa"/>
              <w:right w:w="45" w:type="dxa"/>
            </w:tcMar>
            <w:vAlign w:val="center"/>
          </w:tcPr>
          <w:p w14:paraId="7BD977F7" w14:textId="77777777" w:rsidR="00BB27C4" w:rsidRDefault="00000000">
            <w:pPr>
              <w:spacing w:after="0"/>
              <w:jc w:val="center"/>
            </w:pPr>
            <w:r>
              <w:rPr>
                <w:b/>
                <w:color w:val="F2EBDC"/>
                <w:sz w:val="14"/>
              </w:rPr>
              <w:t>Comments</w:t>
            </w:r>
          </w:p>
        </w:tc>
        <w:tc>
          <w:tcPr>
            <w:tcW w:w="2196" w:type="dxa"/>
            <w:shd w:val="clear" w:color="auto" w:fill="102632"/>
            <w:tcMar>
              <w:top w:w="45" w:type="dxa"/>
              <w:left w:w="45" w:type="dxa"/>
              <w:bottom w:w="45" w:type="dxa"/>
              <w:right w:w="45" w:type="dxa"/>
            </w:tcMar>
            <w:vAlign w:val="center"/>
          </w:tcPr>
          <w:p w14:paraId="60DC3F88" w14:textId="77777777" w:rsidR="00BB27C4" w:rsidRDefault="00000000">
            <w:pPr>
              <w:spacing w:after="0"/>
              <w:jc w:val="center"/>
            </w:pPr>
            <w:r>
              <w:rPr>
                <w:b/>
                <w:color w:val="F2EBDC"/>
                <w:sz w:val="14"/>
              </w:rPr>
              <w:t>Photo Ref.</w:t>
            </w:r>
          </w:p>
        </w:tc>
      </w:tr>
      <w:tr w:rsidR="00BB27C4" w14:paraId="1E8261DB" w14:textId="77777777" w:rsidTr="00BB7B50">
        <w:trPr>
          <w:trHeight w:val="211"/>
          <w:jc w:val="center"/>
        </w:trPr>
        <w:tc>
          <w:tcPr>
            <w:tcW w:w="2196" w:type="dxa"/>
            <w:tcMar>
              <w:top w:w="45" w:type="dxa"/>
              <w:left w:w="45" w:type="dxa"/>
              <w:bottom w:w="45" w:type="dxa"/>
              <w:right w:w="45" w:type="dxa"/>
            </w:tcMar>
            <w:vAlign w:val="center"/>
          </w:tcPr>
          <w:p w14:paraId="0EBF9887" w14:textId="77777777" w:rsidR="00BB27C4" w:rsidRDefault="00000000">
            <w:pPr>
              <w:spacing w:after="0"/>
            </w:pPr>
            <w:r>
              <w:rPr>
                <w:b/>
                <w:color w:val="1F2933"/>
                <w:sz w:val="14"/>
              </w:rPr>
              <w:t>Boiler</w:t>
            </w:r>
          </w:p>
        </w:tc>
        <w:tc>
          <w:tcPr>
            <w:tcW w:w="2218" w:type="dxa"/>
            <w:tcMar>
              <w:top w:w="45" w:type="dxa"/>
              <w:left w:w="45" w:type="dxa"/>
              <w:bottom w:w="45" w:type="dxa"/>
              <w:right w:w="45" w:type="dxa"/>
            </w:tcMar>
            <w:vAlign w:val="center"/>
          </w:tcPr>
          <w:p w14:paraId="674B19EE" w14:textId="77777777" w:rsidR="00BB27C4" w:rsidRDefault="00BB27C4">
            <w:pPr>
              <w:spacing w:after="0"/>
              <w:jc w:val="center"/>
            </w:pPr>
          </w:p>
        </w:tc>
        <w:tc>
          <w:tcPr>
            <w:tcW w:w="2196" w:type="dxa"/>
            <w:tcMar>
              <w:top w:w="45" w:type="dxa"/>
              <w:left w:w="45" w:type="dxa"/>
              <w:bottom w:w="45" w:type="dxa"/>
              <w:right w:w="45" w:type="dxa"/>
            </w:tcMar>
            <w:vAlign w:val="center"/>
          </w:tcPr>
          <w:p w14:paraId="472EA3B7" w14:textId="77777777" w:rsidR="00BB27C4" w:rsidRDefault="00BB27C4">
            <w:pPr>
              <w:spacing w:after="0"/>
              <w:jc w:val="center"/>
            </w:pPr>
          </w:p>
        </w:tc>
        <w:tc>
          <w:tcPr>
            <w:tcW w:w="2196" w:type="dxa"/>
            <w:tcMar>
              <w:top w:w="45" w:type="dxa"/>
              <w:left w:w="45" w:type="dxa"/>
              <w:bottom w:w="45" w:type="dxa"/>
              <w:right w:w="45" w:type="dxa"/>
            </w:tcMar>
            <w:vAlign w:val="center"/>
          </w:tcPr>
          <w:p w14:paraId="634B7EAB" w14:textId="77777777" w:rsidR="00BB27C4" w:rsidRDefault="00BB27C4">
            <w:pPr>
              <w:spacing w:after="0"/>
              <w:jc w:val="center"/>
            </w:pPr>
          </w:p>
        </w:tc>
        <w:tc>
          <w:tcPr>
            <w:tcW w:w="4930" w:type="dxa"/>
            <w:tcMar>
              <w:top w:w="45" w:type="dxa"/>
              <w:left w:w="45" w:type="dxa"/>
              <w:bottom w:w="45" w:type="dxa"/>
              <w:right w:w="45" w:type="dxa"/>
            </w:tcMar>
            <w:vAlign w:val="center"/>
          </w:tcPr>
          <w:p w14:paraId="62474222" w14:textId="77777777" w:rsidR="00BB27C4" w:rsidRDefault="00BB27C4">
            <w:pPr>
              <w:spacing w:after="0"/>
              <w:jc w:val="center"/>
            </w:pPr>
          </w:p>
        </w:tc>
        <w:tc>
          <w:tcPr>
            <w:tcW w:w="2196" w:type="dxa"/>
            <w:tcMar>
              <w:top w:w="45" w:type="dxa"/>
              <w:left w:w="45" w:type="dxa"/>
              <w:bottom w:w="45" w:type="dxa"/>
              <w:right w:w="45" w:type="dxa"/>
            </w:tcMar>
            <w:vAlign w:val="center"/>
          </w:tcPr>
          <w:p w14:paraId="62C0EE49" w14:textId="77777777" w:rsidR="00BB27C4" w:rsidRDefault="00BB27C4">
            <w:pPr>
              <w:spacing w:after="0"/>
              <w:jc w:val="center"/>
            </w:pPr>
          </w:p>
        </w:tc>
      </w:tr>
      <w:tr w:rsidR="00BB27C4" w14:paraId="06DAC995" w14:textId="77777777" w:rsidTr="00BB7B50">
        <w:trPr>
          <w:trHeight w:val="202"/>
          <w:jc w:val="center"/>
        </w:trPr>
        <w:tc>
          <w:tcPr>
            <w:tcW w:w="2196" w:type="dxa"/>
            <w:tcMar>
              <w:top w:w="45" w:type="dxa"/>
              <w:left w:w="45" w:type="dxa"/>
              <w:bottom w:w="45" w:type="dxa"/>
              <w:right w:w="45" w:type="dxa"/>
            </w:tcMar>
            <w:vAlign w:val="center"/>
          </w:tcPr>
          <w:p w14:paraId="0AF0C14A" w14:textId="77777777" w:rsidR="00BB27C4" w:rsidRDefault="00000000">
            <w:pPr>
              <w:spacing w:after="0"/>
            </w:pPr>
            <w:r>
              <w:rPr>
                <w:b/>
                <w:color w:val="1F2933"/>
                <w:sz w:val="14"/>
              </w:rPr>
              <w:t>Cooker / Hob</w:t>
            </w:r>
          </w:p>
        </w:tc>
        <w:tc>
          <w:tcPr>
            <w:tcW w:w="2218" w:type="dxa"/>
            <w:tcMar>
              <w:top w:w="45" w:type="dxa"/>
              <w:left w:w="45" w:type="dxa"/>
              <w:bottom w:w="45" w:type="dxa"/>
              <w:right w:w="45" w:type="dxa"/>
            </w:tcMar>
            <w:vAlign w:val="center"/>
          </w:tcPr>
          <w:p w14:paraId="5133E63C" w14:textId="77777777" w:rsidR="00BB27C4" w:rsidRDefault="00BB27C4">
            <w:pPr>
              <w:spacing w:after="0"/>
              <w:jc w:val="center"/>
            </w:pPr>
          </w:p>
        </w:tc>
        <w:tc>
          <w:tcPr>
            <w:tcW w:w="2196" w:type="dxa"/>
            <w:tcMar>
              <w:top w:w="45" w:type="dxa"/>
              <w:left w:w="45" w:type="dxa"/>
              <w:bottom w:w="45" w:type="dxa"/>
              <w:right w:w="45" w:type="dxa"/>
            </w:tcMar>
            <w:vAlign w:val="center"/>
          </w:tcPr>
          <w:p w14:paraId="4F146808" w14:textId="77777777" w:rsidR="00BB27C4" w:rsidRDefault="00BB27C4">
            <w:pPr>
              <w:spacing w:after="0"/>
              <w:jc w:val="center"/>
            </w:pPr>
          </w:p>
        </w:tc>
        <w:tc>
          <w:tcPr>
            <w:tcW w:w="2196" w:type="dxa"/>
            <w:tcMar>
              <w:top w:w="45" w:type="dxa"/>
              <w:left w:w="45" w:type="dxa"/>
              <w:bottom w:w="45" w:type="dxa"/>
              <w:right w:w="45" w:type="dxa"/>
            </w:tcMar>
            <w:vAlign w:val="center"/>
          </w:tcPr>
          <w:p w14:paraId="5CE7EBBF" w14:textId="77777777" w:rsidR="00BB27C4" w:rsidRDefault="00BB27C4">
            <w:pPr>
              <w:spacing w:after="0"/>
              <w:jc w:val="center"/>
            </w:pPr>
          </w:p>
        </w:tc>
        <w:tc>
          <w:tcPr>
            <w:tcW w:w="4930" w:type="dxa"/>
            <w:tcMar>
              <w:top w:w="45" w:type="dxa"/>
              <w:left w:w="45" w:type="dxa"/>
              <w:bottom w:w="45" w:type="dxa"/>
              <w:right w:w="45" w:type="dxa"/>
            </w:tcMar>
            <w:vAlign w:val="center"/>
          </w:tcPr>
          <w:p w14:paraId="484BED5B" w14:textId="77777777" w:rsidR="00BB27C4" w:rsidRDefault="00BB27C4">
            <w:pPr>
              <w:spacing w:after="0"/>
              <w:jc w:val="center"/>
            </w:pPr>
          </w:p>
        </w:tc>
        <w:tc>
          <w:tcPr>
            <w:tcW w:w="2196" w:type="dxa"/>
            <w:tcMar>
              <w:top w:w="45" w:type="dxa"/>
              <w:left w:w="45" w:type="dxa"/>
              <w:bottom w:w="45" w:type="dxa"/>
              <w:right w:w="45" w:type="dxa"/>
            </w:tcMar>
            <w:vAlign w:val="center"/>
          </w:tcPr>
          <w:p w14:paraId="23DD9646" w14:textId="77777777" w:rsidR="00BB27C4" w:rsidRDefault="00BB27C4">
            <w:pPr>
              <w:spacing w:after="0"/>
              <w:jc w:val="center"/>
            </w:pPr>
          </w:p>
        </w:tc>
      </w:tr>
      <w:tr w:rsidR="00BB27C4" w14:paraId="51EFE0D3" w14:textId="77777777" w:rsidTr="00BB7B50">
        <w:trPr>
          <w:trHeight w:val="211"/>
          <w:jc w:val="center"/>
        </w:trPr>
        <w:tc>
          <w:tcPr>
            <w:tcW w:w="2196" w:type="dxa"/>
            <w:tcMar>
              <w:top w:w="45" w:type="dxa"/>
              <w:left w:w="45" w:type="dxa"/>
              <w:bottom w:w="45" w:type="dxa"/>
              <w:right w:w="45" w:type="dxa"/>
            </w:tcMar>
            <w:vAlign w:val="center"/>
          </w:tcPr>
          <w:p w14:paraId="12741DEB" w14:textId="77777777" w:rsidR="00BB27C4" w:rsidRDefault="00000000">
            <w:pPr>
              <w:spacing w:after="0"/>
            </w:pPr>
            <w:r>
              <w:rPr>
                <w:b/>
                <w:color w:val="1F2933"/>
                <w:sz w:val="14"/>
              </w:rPr>
              <w:t>Extractor</w:t>
            </w:r>
          </w:p>
        </w:tc>
        <w:tc>
          <w:tcPr>
            <w:tcW w:w="2218" w:type="dxa"/>
            <w:tcMar>
              <w:top w:w="45" w:type="dxa"/>
              <w:left w:w="45" w:type="dxa"/>
              <w:bottom w:w="45" w:type="dxa"/>
              <w:right w:w="45" w:type="dxa"/>
            </w:tcMar>
            <w:vAlign w:val="center"/>
          </w:tcPr>
          <w:p w14:paraId="0BAC6A1C" w14:textId="77777777" w:rsidR="00BB27C4" w:rsidRDefault="00BB27C4">
            <w:pPr>
              <w:spacing w:after="0"/>
              <w:jc w:val="center"/>
            </w:pPr>
          </w:p>
        </w:tc>
        <w:tc>
          <w:tcPr>
            <w:tcW w:w="2196" w:type="dxa"/>
            <w:tcMar>
              <w:top w:w="45" w:type="dxa"/>
              <w:left w:w="45" w:type="dxa"/>
              <w:bottom w:w="45" w:type="dxa"/>
              <w:right w:w="45" w:type="dxa"/>
            </w:tcMar>
            <w:vAlign w:val="center"/>
          </w:tcPr>
          <w:p w14:paraId="706F6E50" w14:textId="77777777" w:rsidR="00BB27C4" w:rsidRDefault="00BB27C4">
            <w:pPr>
              <w:spacing w:after="0"/>
              <w:jc w:val="center"/>
            </w:pPr>
          </w:p>
        </w:tc>
        <w:tc>
          <w:tcPr>
            <w:tcW w:w="2196" w:type="dxa"/>
            <w:tcMar>
              <w:top w:w="45" w:type="dxa"/>
              <w:left w:w="45" w:type="dxa"/>
              <w:bottom w:w="45" w:type="dxa"/>
              <w:right w:w="45" w:type="dxa"/>
            </w:tcMar>
            <w:vAlign w:val="center"/>
          </w:tcPr>
          <w:p w14:paraId="7DE7F177" w14:textId="77777777" w:rsidR="00BB27C4" w:rsidRDefault="00BB27C4">
            <w:pPr>
              <w:spacing w:after="0"/>
              <w:jc w:val="center"/>
            </w:pPr>
          </w:p>
        </w:tc>
        <w:tc>
          <w:tcPr>
            <w:tcW w:w="4930" w:type="dxa"/>
            <w:tcMar>
              <w:top w:w="45" w:type="dxa"/>
              <w:left w:w="45" w:type="dxa"/>
              <w:bottom w:w="45" w:type="dxa"/>
              <w:right w:w="45" w:type="dxa"/>
            </w:tcMar>
            <w:vAlign w:val="center"/>
          </w:tcPr>
          <w:p w14:paraId="46274C8E" w14:textId="77777777" w:rsidR="00BB27C4" w:rsidRDefault="00BB27C4">
            <w:pPr>
              <w:spacing w:after="0"/>
              <w:jc w:val="center"/>
            </w:pPr>
          </w:p>
        </w:tc>
        <w:tc>
          <w:tcPr>
            <w:tcW w:w="2196" w:type="dxa"/>
            <w:tcMar>
              <w:top w:w="45" w:type="dxa"/>
              <w:left w:w="45" w:type="dxa"/>
              <w:bottom w:w="45" w:type="dxa"/>
              <w:right w:w="45" w:type="dxa"/>
            </w:tcMar>
            <w:vAlign w:val="center"/>
          </w:tcPr>
          <w:p w14:paraId="6CB0B3D5" w14:textId="77777777" w:rsidR="00BB27C4" w:rsidRDefault="00BB27C4">
            <w:pPr>
              <w:spacing w:after="0"/>
              <w:jc w:val="center"/>
            </w:pPr>
          </w:p>
        </w:tc>
      </w:tr>
      <w:tr w:rsidR="00BB27C4" w14:paraId="4BE326E6" w14:textId="77777777" w:rsidTr="00BB7B50">
        <w:trPr>
          <w:trHeight w:val="211"/>
          <w:jc w:val="center"/>
        </w:trPr>
        <w:tc>
          <w:tcPr>
            <w:tcW w:w="2196" w:type="dxa"/>
            <w:tcMar>
              <w:top w:w="45" w:type="dxa"/>
              <w:left w:w="45" w:type="dxa"/>
              <w:bottom w:w="45" w:type="dxa"/>
              <w:right w:w="45" w:type="dxa"/>
            </w:tcMar>
            <w:vAlign w:val="center"/>
          </w:tcPr>
          <w:p w14:paraId="7A90CE99" w14:textId="77777777" w:rsidR="00BB27C4" w:rsidRDefault="00000000">
            <w:pPr>
              <w:spacing w:after="0"/>
            </w:pPr>
            <w:r>
              <w:rPr>
                <w:b/>
                <w:color w:val="1F2933"/>
                <w:sz w:val="14"/>
              </w:rPr>
              <w:t>Fridge / Freezer</w:t>
            </w:r>
          </w:p>
        </w:tc>
        <w:tc>
          <w:tcPr>
            <w:tcW w:w="2218" w:type="dxa"/>
            <w:tcMar>
              <w:top w:w="45" w:type="dxa"/>
              <w:left w:w="45" w:type="dxa"/>
              <w:bottom w:w="45" w:type="dxa"/>
              <w:right w:w="45" w:type="dxa"/>
            </w:tcMar>
            <w:vAlign w:val="center"/>
          </w:tcPr>
          <w:p w14:paraId="2052BC85" w14:textId="77777777" w:rsidR="00BB27C4" w:rsidRDefault="00BB27C4">
            <w:pPr>
              <w:spacing w:after="0"/>
              <w:jc w:val="center"/>
            </w:pPr>
          </w:p>
        </w:tc>
        <w:tc>
          <w:tcPr>
            <w:tcW w:w="2196" w:type="dxa"/>
            <w:tcMar>
              <w:top w:w="45" w:type="dxa"/>
              <w:left w:w="45" w:type="dxa"/>
              <w:bottom w:w="45" w:type="dxa"/>
              <w:right w:w="45" w:type="dxa"/>
            </w:tcMar>
            <w:vAlign w:val="center"/>
          </w:tcPr>
          <w:p w14:paraId="2116F463" w14:textId="77777777" w:rsidR="00BB27C4" w:rsidRDefault="00BB27C4">
            <w:pPr>
              <w:spacing w:after="0"/>
              <w:jc w:val="center"/>
            </w:pPr>
          </w:p>
        </w:tc>
        <w:tc>
          <w:tcPr>
            <w:tcW w:w="2196" w:type="dxa"/>
            <w:tcMar>
              <w:top w:w="45" w:type="dxa"/>
              <w:left w:w="45" w:type="dxa"/>
              <w:bottom w:w="45" w:type="dxa"/>
              <w:right w:w="45" w:type="dxa"/>
            </w:tcMar>
            <w:vAlign w:val="center"/>
          </w:tcPr>
          <w:p w14:paraId="08AA4B0A" w14:textId="77777777" w:rsidR="00BB27C4" w:rsidRDefault="00BB27C4">
            <w:pPr>
              <w:spacing w:after="0"/>
              <w:jc w:val="center"/>
            </w:pPr>
          </w:p>
        </w:tc>
        <w:tc>
          <w:tcPr>
            <w:tcW w:w="4930" w:type="dxa"/>
            <w:tcMar>
              <w:top w:w="45" w:type="dxa"/>
              <w:left w:w="45" w:type="dxa"/>
              <w:bottom w:w="45" w:type="dxa"/>
              <w:right w:w="45" w:type="dxa"/>
            </w:tcMar>
            <w:vAlign w:val="center"/>
          </w:tcPr>
          <w:p w14:paraId="080D86A5" w14:textId="77777777" w:rsidR="00BB27C4" w:rsidRDefault="00BB27C4">
            <w:pPr>
              <w:spacing w:after="0"/>
              <w:jc w:val="center"/>
            </w:pPr>
          </w:p>
        </w:tc>
        <w:tc>
          <w:tcPr>
            <w:tcW w:w="2196" w:type="dxa"/>
            <w:tcMar>
              <w:top w:w="45" w:type="dxa"/>
              <w:left w:w="45" w:type="dxa"/>
              <w:bottom w:w="45" w:type="dxa"/>
              <w:right w:w="45" w:type="dxa"/>
            </w:tcMar>
            <w:vAlign w:val="center"/>
          </w:tcPr>
          <w:p w14:paraId="09F30A69" w14:textId="77777777" w:rsidR="00BB27C4" w:rsidRDefault="00BB27C4">
            <w:pPr>
              <w:spacing w:after="0"/>
              <w:jc w:val="center"/>
            </w:pPr>
          </w:p>
        </w:tc>
      </w:tr>
      <w:tr w:rsidR="00BB27C4" w14:paraId="31E4869D" w14:textId="77777777" w:rsidTr="00BB7B50">
        <w:trPr>
          <w:trHeight w:val="202"/>
          <w:jc w:val="center"/>
        </w:trPr>
        <w:tc>
          <w:tcPr>
            <w:tcW w:w="2196" w:type="dxa"/>
            <w:tcMar>
              <w:top w:w="45" w:type="dxa"/>
              <w:left w:w="45" w:type="dxa"/>
              <w:bottom w:w="45" w:type="dxa"/>
              <w:right w:w="45" w:type="dxa"/>
            </w:tcMar>
            <w:vAlign w:val="center"/>
          </w:tcPr>
          <w:p w14:paraId="64582DB4" w14:textId="77777777" w:rsidR="00BB27C4" w:rsidRDefault="00000000">
            <w:pPr>
              <w:spacing w:after="0"/>
            </w:pPr>
            <w:r>
              <w:rPr>
                <w:b/>
                <w:color w:val="1F2933"/>
                <w:sz w:val="14"/>
              </w:rPr>
              <w:t>Washing machine</w:t>
            </w:r>
          </w:p>
        </w:tc>
        <w:tc>
          <w:tcPr>
            <w:tcW w:w="2218" w:type="dxa"/>
            <w:tcMar>
              <w:top w:w="45" w:type="dxa"/>
              <w:left w:w="45" w:type="dxa"/>
              <w:bottom w:w="45" w:type="dxa"/>
              <w:right w:w="45" w:type="dxa"/>
            </w:tcMar>
            <w:vAlign w:val="center"/>
          </w:tcPr>
          <w:p w14:paraId="25DE3EAA" w14:textId="77777777" w:rsidR="00BB27C4" w:rsidRDefault="00BB27C4">
            <w:pPr>
              <w:spacing w:after="0"/>
              <w:jc w:val="center"/>
            </w:pPr>
          </w:p>
        </w:tc>
        <w:tc>
          <w:tcPr>
            <w:tcW w:w="2196" w:type="dxa"/>
            <w:tcMar>
              <w:top w:w="45" w:type="dxa"/>
              <w:left w:w="45" w:type="dxa"/>
              <w:bottom w:w="45" w:type="dxa"/>
              <w:right w:w="45" w:type="dxa"/>
            </w:tcMar>
            <w:vAlign w:val="center"/>
          </w:tcPr>
          <w:p w14:paraId="5A16C54A" w14:textId="77777777" w:rsidR="00BB27C4" w:rsidRDefault="00BB27C4">
            <w:pPr>
              <w:spacing w:after="0"/>
              <w:jc w:val="center"/>
            </w:pPr>
          </w:p>
        </w:tc>
        <w:tc>
          <w:tcPr>
            <w:tcW w:w="2196" w:type="dxa"/>
            <w:tcMar>
              <w:top w:w="45" w:type="dxa"/>
              <w:left w:w="45" w:type="dxa"/>
              <w:bottom w:w="45" w:type="dxa"/>
              <w:right w:w="45" w:type="dxa"/>
            </w:tcMar>
            <w:vAlign w:val="center"/>
          </w:tcPr>
          <w:p w14:paraId="369B974D" w14:textId="77777777" w:rsidR="00BB27C4" w:rsidRDefault="00BB27C4">
            <w:pPr>
              <w:spacing w:after="0"/>
              <w:jc w:val="center"/>
            </w:pPr>
          </w:p>
        </w:tc>
        <w:tc>
          <w:tcPr>
            <w:tcW w:w="4930" w:type="dxa"/>
            <w:tcMar>
              <w:top w:w="45" w:type="dxa"/>
              <w:left w:w="45" w:type="dxa"/>
              <w:bottom w:w="45" w:type="dxa"/>
              <w:right w:w="45" w:type="dxa"/>
            </w:tcMar>
            <w:vAlign w:val="center"/>
          </w:tcPr>
          <w:p w14:paraId="0A0842A3" w14:textId="77777777" w:rsidR="00BB27C4" w:rsidRDefault="00BB27C4">
            <w:pPr>
              <w:spacing w:after="0"/>
              <w:jc w:val="center"/>
            </w:pPr>
          </w:p>
        </w:tc>
        <w:tc>
          <w:tcPr>
            <w:tcW w:w="2196" w:type="dxa"/>
            <w:tcMar>
              <w:top w:w="45" w:type="dxa"/>
              <w:left w:w="45" w:type="dxa"/>
              <w:bottom w:w="45" w:type="dxa"/>
              <w:right w:w="45" w:type="dxa"/>
            </w:tcMar>
            <w:vAlign w:val="center"/>
          </w:tcPr>
          <w:p w14:paraId="79F11CA3" w14:textId="77777777" w:rsidR="00BB27C4" w:rsidRDefault="00BB27C4">
            <w:pPr>
              <w:spacing w:after="0"/>
              <w:jc w:val="center"/>
            </w:pPr>
          </w:p>
        </w:tc>
      </w:tr>
      <w:tr w:rsidR="00BB27C4" w14:paraId="3D2A3C7C" w14:textId="77777777" w:rsidTr="00BB7B50">
        <w:trPr>
          <w:trHeight w:val="211"/>
          <w:jc w:val="center"/>
        </w:trPr>
        <w:tc>
          <w:tcPr>
            <w:tcW w:w="2196" w:type="dxa"/>
            <w:tcMar>
              <w:top w:w="45" w:type="dxa"/>
              <w:left w:w="45" w:type="dxa"/>
              <w:bottom w:w="45" w:type="dxa"/>
              <w:right w:w="45" w:type="dxa"/>
            </w:tcMar>
            <w:vAlign w:val="center"/>
          </w:tcPr>
          <w:p w14:paraId="270CF001" w14:textId="77777777" w:rsidR="00BB27C4" w:rsidRDefault="00000000">
            <w:pPr>
              <w:spacing w:after="0"/>
            </w:pPr>
            <w:r>
              <w:rPr>
                <w:b/>
                <w:color w:val="1F2933"/>
                <w:sz w:val="14"/>
              </w:rPr>
              <w:t>Dishwasher</w:t>
            </w:r>
          </w:p>
        </w:tc>
        <w:tc>
          <w:tcPr>
            <w:tcW w:w="2218" w:type="dxa"/>
            <w:tcMar>
              <w:top w:w="45" w:type="dxa"/>
              <w:left w:w="45" w:type="dxa"/>
              <w:bottom w:w="45" w:type="dxa"/>
              <w:right w:w="45" w:type="dxa"/>
            </w:tcMar>
            <w:vAlign w:val="center"/>
          </w:tcPr>
          <w:p w14:paraId="36602E54" w14:textId="77777777" w:rsidR="00BB27C4" w:rsidRDefault="00BB27C4">
            <w:pPr>
              <w:spacing w:after="0"/>
              <w:jc w:val="center"/>
            </w:pPr>
          </w:p>
        </w:tc>
        <w:tc>
          <w:tcPr>
            <w:tcW w:w="2196" w:type="dxa"/>
            <w:tcMar>
              <w:top w:w="45" w:type="dxa"/>
              <w:left w:w="45" w:type="dxa"/>
              <w:bottom w:w="45" w:type="dxa"/>
              <w:right w:w="45" w:type="dxa"/>
            </w:tcMar>
            <w:vAlign w:val="center"/>
          </w:tcPr>
          <w:p w14:paraId="22DE2FCC" w14:textId="77777777" w:rsidR="00BB27C4" w:rsidRDefault="00BB27C4">
            <w:pPr>
              <w:spacing w:after="0"/>
              <w:jc w:val="center"/>
            </w:pPr>
          </w:p>
        </w:tc>
        <w:tc>
          <w:tcPr>
            <w:tcW w:w="2196" w:type="dxa"/>
            <w:tcMar>
              <w:top w:w="45" w:type="dxa"/>
              <w:left w:w="45" w:type="dxa"/>
              <w:bottom w:w="45" w:type="dxa"/>
              <w:right w:w="45" w:type="dxa"/>
            </w:tcMar>
            <w:vAlign w:val="center"/>
          </w:tcPr>
          <w:p w14:paraId="40DC7270" w14:textId="77777777" w:rsidR="00BB27C4" w:rsidRDefault="00BB27C4">
            <w:pPr>
              <w:spacing w:after="0"/>
              <w:jc w:val="center"/>
            </w:pPr>
          </w:p>
        </w:tc>
        <w:tc>
          <w:tcPr>
            <w:tcW w:w="4930" w:type="dxa"/>
            <w:tcMar>
              <w:top w:w="45" w:type="dxa"/>
              <w:left w:w="45" w:type="dxa"/>
              <w:bottom w:w="45" w:type="dxa"/>
              <w:right w:w="45" w:type="dxa"/>
            </w:tcMar>
            <w:vAlign w:val="center"/>
          </w:tcPr>
          <w:p w14:paraId="641EF78B" w14:textId="77777777" w:rsidR="00BB27C4" w:rsidRDefault="00BB27C4">
            <w:pPr>
              <w:spacing w:after="0"/>
              <w:jc w:val="center"/>
            </w:pPr>
          </w:p>
        </w:tc>
        <w:tc>
          <w:tcPr>
            <w:tcW w:w="2196" w:type="dxa"/>
            <w:tcMar>
              <w:top w:w="45" w:type="dxa"/>
              <w:left w:w="45" w:type="dxa"/>
              <w:bottom w:w="45" w:type="dxa"/>
              <w:right w:w="45" w:type="dxa"/>
            </w:tcMar>
            <w:vAlign w:val="center"/>
          </w:tcPr>
          <w:p w14:paraId="130B8CEE" w14:textId="77777777" w:rsidR="00BB27C4" w:rsidRDefault="00BB27C4">
            <w:pPr>
              <w:spacing w:after="0"/>
              <w:jc w:val="center"/>
            </w:pPr>
          </w:p>
        </w:tc>
      </w:tr>
      <w:tr w:rsidR="00BB27C4" w14:paraId="34A35F5F" w14:textId="77777777" w:rsidTr="00BB7B50">
        <w:trPr>
          <w:trHeight w:val="202"/>
          <w:jc w:val="center"/>
        </w:trPr>
        <w:tc>
          <w:tcPr>
            <w:tcW w:w="2196" w:type="dxa"/>
            <w:tcMar>
              <w:top w:w="45" w:type="dxa"/>
              <w:left w:w="45" w:type="dxa"/>
              <w:bottom w:w="45" w:type="dxa"/>
              <w:right w:w="45" w:type="dxa"/>
            </w:tcMar>
            <w:vAlign w:val="center"/>
          </w:tcPr>
          <w:p w14:paraId="185F3977" w14:textId="77777777" w:rsidR="00BB27C4" w:rsidRDefault="00000000">
            <w:pPr>
              <w:spacing w:after="0"/>
            </w:pPr>
            <w:r>
              <w:rPr>
                <w:b/>
                <w:color w:val="1F2933"/>
                <w:sz w:val="14"/>
              </w:rPr>
              <w:t>Microwave</w:t>
            </w:r>
          </w:p>
        </w:tc>
        <w:tc>
          <w:tcPr>
            <w:tcW w:w="2218" w:type="dxa"/>
            <w:tcMar>
              <w:top w:w="45" w:type="dxa"/>
              <w:left w:w="45" w:type="dxa"/>
              <w:bottom w:w="45" w:type="dxa"/>
              <w:right w:w="45" w:type="dxa"/>
            </w:tcMar>
            <w:vAlign w:val="center"/>
          </w:tcPr>
          <w:p w14:paraId="182C4A99" w14:textId="77777777" w:rsidR="00BB27C4" w:rsidRDefault="00BB27C4">
            <w:pPr>
              <w:spacing w:after="0"/>
              <w:jc w:val="center"/>
            </w:pPr>
          </w:p>
        </w:tc>
        <w:tc>
          <w:tcPr>
            <w:tcW w:w="2196" w:type="dxa"/>
            <w:tcMar>
              <w:top w:w="45" w:type="dxa"/>
              <w:left w:w="45" w:type="dxa"/>
              <w:bottom w:w="45" w:type="dxa"/>
              <w:right w:w="45" w:type="dxa"/>
            </w:tcMar>
            <w:vAlign w:val="center"/>
          </w:tcPr>
          <w:p w14:paraId="7636842E" w14:textId="77777777" w:rsidR="00BB27C4" w:rsidRDefault="00BB27C4">
            <w:pPr>
              <w:spacing w:after="0"/>
              <w:jc w:val="center"/>
            </w:pPr>
          </w:p>
        </w:tc>
        <w:tc>
          <w:tcPr>
            <w:tcW w:w="2196" w:type="dxa"/>
            <w:tcMar>
              <w:top w:w="45" w:type="dxa"/>
              <w:left w:w="45" w:type="dxa"/>
              <w:bottom w:w="45" w:type="dxa"/>
              <w:right w:w="45" w:type="dxa"/>
            </w:tcMar>
            <w:vAlign w:val="center"/>
          </w:tcPr>
          <w:p w14:paraId="2479C62F" w14:textId="77777777" w:rsidR="00BB27C4" w:rsidRDefault="00BB27C4">
            <w:pPr>
              <w:spacing w:after="0"/>
              <w:jc w:val="center"/>
            </w:pPr>
          </w:p>
        </w:tc>
        <w:tc>
          <w:tcPr>
            <w:tcW w:w="4930" w:type="dxa"/>
            <w:tcMar>
              <w:top w:w="45" w:type="dxa"/>
              <w:left w:w="45" w:type="dxa"/>
              <w:bottom w:w="45" w:type="dxa"/>
              <w:right w:w="45" w:type="dxa"/>
            </w:tcMar>
            <w:vAlign w:val="center"/>
          </w:tcPr>
          <w:p w14:paraId="6EB4BB15" w14:textId="77777777" w:rsidR="00BB27C4" w:rsidRDefault="00BB27C4">
            <w:pPr>
              <w:spacing w:after="0"/>
              <w:jc w:val="center"/>
            </w:pPr>
          </w:p>
        </w:tc>
        <w:tc>
          <w:tcPr>
            <w:tcW w:w="2196" w:type="dxa"/>
            <w:tcMar>
              <w:top w:w="45" w:type="dxa"/>
              <w:left w:w="45" w:type="dxa"/>
              <w:bottom w:w="45" w:type="dxa"/>
              <w:right w:w="45" w:type="dxa"/>
            </w:tcMar>
            <w:vAlign w:val="center"/>
          </w:tcPr>
          <w:p w14:paraId="267A15CF" w14:textId="77777777" w:rsidR="00BB27C4" w:rsidRDefault="00BB27C4">
            <w:pPr>
              <w:spacing w:after="0"/>
              <w:jc w:val="center"/>
            </w:pPr>
          </w:p>
        </w:tc>
      </w:tr>
      <w:tr w:rsidR="00BB27C4" w14:paraId="6ECB191F" w14:textId="77777777" w:rsidTr="00BB7B50">
        <w:trPr>
          <w:trHeight w:val="211"/>
          <w:jc w:val="center"/>
        </w:trPr>
        <w:tc>
          <w:tcPr>
            <w:tcW w:w="2196" w:type="dxa"/>
            <w:tcMar>
              <w:top w:w="45" w:type="dxa"/>
              <w:left w:w="45" w:type="dxa"/>
              <w:bottom w:w="45" w:type="dxa"/>
              <w:right w:w="45" w:type="dxa"/>
            </w:tcMar>
            <w:vAlign w:val="center"/>
          </w:tcPr>
          <w:p w14:paraId="7A8E89B0" w14:textId="77777777" w:rsidR="00BB27C4" w:rsidRDefault="00000000">
            <w:pPr>
              <w:spacing w:after="0"/>
            </w:pPr>
            <w:r>
              <w:rPr>
                <w:b/>
                <w:color w:val="1F2933"/>
                <w:sz w:val="14"/>
              </w:rPr>
              <w:t>Smoke alarm(s)</w:t>
            </w:r>
          </w:p>
        </w:tc>
        <w:tc>
          <w:tcPr>
            <w:tcW w:w="2218" w:type="dxa"/>
            <w:tcMar>
              <w:top w:w="45" w:type="dxa"/>
              <w:left w:w="45" w:type="dxa"/>
              <w:bottom w:w="45" w:type="dxa"/>
              <w:right w:w="45" w:type="dxa"/>
            </w:tcMar>
            <w:vAlign w:val="center"/>
          </w:tcPr>
          <w:p w14:paraId="49451E65" w14:textId="77777777" w:rsidR="00BB27C4" w:rsidRDefault="00BB27C4">
            <w:pPr>
              <w:spacing w:after="0"/>
              <w:jc w:val="center"/>
            </w:pPr>
          </w:p>
        </w:tc>
        <w:tc>
          <w:tcPr>
            <w:tcW w:w="2196" w:type="dxa"/>
            <w:tcMar>
              <w:top w:w="45" w:type="dxa"/>
              <w:left w:w="45" w:type="dxa"/>
              <w:bottom w:w="45" w:type="dxa"/>
              <w:right w:w="45" w:type="dxa"/>
            </w:tcMar>
            <w:vAlign w:val="center"/>
          </w:tcPr>
          <w:p w14:paraId="7BABF376" w14:textId="77777777" w:rsidR="00BB27C4" w:rsidRDefault="00BB27C4">
            <w:pPr>
              <w:spacing w:after="0"/>
              <w:jc w:val="center"/>
            </w:pPr>
          </w:p>
        </w:tc>
        <w:tc>
          <w:tcPr>
            <w:tcW w:w="2196" w:type="dxa"/>
            <w:tcMar>
              <w:top w:w="45" w:type="dxa"/>
              <w:left w:w="45" w:type="dxa"/>
              <w:bottom w:w="45" w:type="dxa"/>
              <w:right w:w="45" w:type="dxa"/>
            </w:tcMar>
            <w:vAlign w:val="center"/>
          </w:tcPr>
          <w:p w14:paraId="0EA7EFDB" w14:textId="77777777" w:rsidR="00BB27C4" w:rsidRDefault="00BB27C4">
            <w:pPr>
              <w:spacing w:after="0"/>
              <w:jc w:val="center"/>
            </w:pPr>
          </w:p>
        </w:tc>
        <w:tc>
          <w:tcPr>
            <w:tcW w:w="4930" w:type="dxa"/>
            <w:tcMar>
              <w:top w:w="45" w:type="dxa"/>
              <w:left w:w="45" w:type="dxa"/>
              <w:bottom w:w="45" w:type="dxa"/>
              <w:right w:w="45" w:type="dxa"/>
            </w:tcMar>
            <w:vAlign w:val="center"/>
          </w:tcPr>
          <w:p w14:paraId="5BA94CF2" w14:textId="77777777" w:rsidR="00BB27C4" w:rsidRDefault="00BB27C4">
            <w:pPr>
              <w:spacing w:after="0"/>
              <w:jc w:val="center"/>
            </w:pPr>
          </w:p>
        </w:tc>
        <w:tc>
          <w:tcPr>
            <w:tcW w:w="2196" w:type="dxa"/>
            <w:tcMar>
              <w:top w:w="45" w:type="dxa"/>
              <w:left w:w="45" w:type="dxa"/>
              <w:bottom w:w="45" w:type="dxa"/>
              <w:right w:w="45" w:type="dxa"/>
            </w:tcMar>
            <w:vAlign w:val="center"/>
          </w:tcPr>
          <w:p w14:paraId="08F9B616" w14:textId="77777777" w:rsidR="00BB27C4" w:rsidRDefault="00BB27C4">
            <w:pPr>
              <w:spacing w:after="0"/>
              <w:jc w:val="center"/>
            </w:pPr>
          </w:p>
        </w:tc>
      </w:tr>
      <w:tr w:rsidR="00BB27C4" w14:paraId="0289BEC9" w14:textId="77777777" w:rsidTr="00BB7B50">
        <w:trPr>
          <w:trHeight w:val="211"/>
          <w:jc w:val="center"/>
        </w:trPr>
        <w:tc>
          <w:tcPr>
            <w:tcW w:w="2196" w:type="dxa"/>
            <w:tcMar>
              <w:top w:w="45" w:type="dxa"/>
              <w:left w:w="45" w:type="dxa"/>
              <w:bottom w:w="45" w:type="dxa"/>
              <w:right w:w="45" w:type="dxa"/>
            </w:tcMar>
            <w:vAlign w:val="center"/>
          </w:tcPr>
          <w:p w14:paraId="008F9DC5" w14:textId="77777777" w:rsidR="00BB27C4" w:rsidRDefault="00000000">
            <w:pPr>
              <w:spacing w:after="0"/>
            </w:pPr>
            <w:r>
              <w:rPr>
                <w:b/>
                <w:color w:val="1F2933"/>
                <w:sz w:val="14"/>
              </w:rPr>
              <w:t>CO alarm(s)</w:t>
            </w:r>
          </w:p>
        </w:tc>
        <w:tc>
          <w:tcPr>
            <w:tcW w:w="2218" w:type="dxa"/>
            <w:tcMar>
              <w:top w:w="45" w:type="dxa"/>
              <w:left w:w="45" w:type="dxa"/>
              <w:bottom w:w="45" w:type="dxa"/>
              <w:right w:w="45" w:type="dxa"/>
            </w:tcMar>
            <w:vAlign w:val="center"/>
          </w:tcPr>
          <w:p w14:paraId="20A44A70" w14:textId="77777777" w:rsidR="00BB27C4" w:rsidRDefault="00BB27C4">
            <w:pPr>
              <w:spacing w:after="0"/>
              <w:jc w:val="center"/>
            </w:pPr>
          </w:p>
        </w:tc>
        <w:tc>
          <w:tcPr>
            <w:tcW w:w="2196" w:type="dxa"/>
            <w:tcMar>
              <w:top w:w="45" w:type="dxa"/>
              <w:left w:w="45" w:type="dxa"/>
              <w:bottom w:w="45" w:type="dxa"/>
              <w:right w:w="45" w:type="dxa"/>
            </w:tcMar>
            <w:vAlign w:val="center"/>
          </w:tcPr>
          <w:p w14:paraId="59C8632F" w14:textId="77777777" w:rsidR="00BB27C4" w:rsidRDefault="00BB27C4">
            <w:pPr>
              <w:spacing w:after="0"/>
              <w:jc w:val="center"/>
            </w:pPr>
          </w:p>
        </w:tc>
        <w:tc>
          <w:tcPr>
            <w:tcW w:w="2196" w:type="dxa"/>
            <w:tcMar>
              <w:top w:w="45" w:type="dxa"/>
              <w:left w:w="45" w:type="dxa"/>
              <w:bottom w:w="45" w:type="dxa"/>
              <w:right w:w="45" w:type="dxa"/>
            </w:tcMar>
            <w:vAlign w:val="center"/>
          </w:tcPr>
          <w:p w14:paraId="7791E5C3" w14:textId="77777777" w:rsidR="00BB27C4" w:rsidRDefault="00BB27C4">
            <w:pPr>
              <w:spacing w:after="0"/>
              <w:jc w:val="center"/>
            </w:pPr>
          </w:p>
        </w:tc>
        <w:tc>
          <w:tcPr>
            <w:tcW w:w="4930" w:type="dxa"/>
            <w:tcMar>
              <w:top w:w="45" w:type="dxa"/>
              <w:left w:w="45" w:type="dxa"/>
              <w:bottom w:w="45" w:type="dxa"/>
              <w:right w:w="45" w:type="dxa"/>
            </w:tcMar>
            <w:vAlign w:val="center"/>
          </w:tcPr>
          <w:p w14:paraId="332870B6" w14:textId="77777777" w:rsidR="00BB27C4" w:rsidRDefault="00BB27C4">
            <w:pPr>
              <w:spacing w:after="0"/>
              <w:jc w:val="center"/>
            </w:pPr>
          </w:p>
        </w:tc>
        <w:tc>
          <w:tcPr>
            <w:tcW w:w="2196" w:type="dxa"/>
            <w:tcMar>
              <w:top w:w="45" w:type="dxa"/>
              <w:left w:w="45" w:type="dxa"/>
              <w:bottom w:w="45" w:type="dxa"/>
              <w:right w:w="45" w:type="dxa"/>
            </w:tcMar>
            <w:vAlign w:val="center"/>
          </w:tcPr>
          <w:p w14:paraId="3178CE29" w14:textId="77777777" w:rsidR="00BB27C4" w:rsidRDefault="00BB27C4">
            <w:pPr>
              <w:spacing w:after="0"/>
              <w:jc w:val="center"/>
            </w:pPr>
          </w:p>
        </w:tc>
      </w:tr>
      <w:tr w:rsidR="00BB27C4" w14:paraId="7F03ABC9" w14:textId="77777777" w:rsidTr="00BB7B50">
        <w:trPr>
          <w:trHeight w:val="202"/>
          <w:jc w:val="center"/>
        </w:trPr>
        <w:tc>
          <w:tcPr>
            <w:tcW w:w="2196" w:type="dxa"/>
            <w:tcMar>
              <w:top w:w="45" w:type="dxa"/>
              <w:left w:w="45" w:type="dxa"/>
              <w:bottom w:w="45" w:type="dxa"/>
              <w:right w:w="45" w:type="dxa"/>
            </w:tcMar>
            <w:vAlign w:val="center"/>
          </w:tcPr>
          <w:p w14:paraId="7968C7DC" w14:textId="77777777" w:rsidR="00BB27C4" w:rsidRDefault="00000000">
            <w:pPr>
              <w:spacing w:after="0"/>
            </w:pPr>
            <w:r>
              <w:rPr>
                <w:b/>
                <w:color w:val="1F2933"/>
                <w:sz w:val="14"/>
              </w:rPr>
              <w:t>Other</w:t>
            </w:r>
          </w:p>
        </w:tc>
        <w:tc>
          <w:tcPr>
            <w:tcW w:w="2218" w:type="dxa"/>
            <w:tcMar>
              <w:top w:w="45" w:type="dxa"/>
              <w:left w:w="45" w:type="dxa"/>
              <w:bottom w:w="45" w:type="dxa"/>
              <w:right w:w="45" w:type="dxa"/>
            </w:tcMar>
            <w:vAlign w:val="center"/>
          </w:tcPr>
          <w:p w14:paraId="43C82E85" w14:textId="77777777" w:rsidR="00BB27C4" w:rsidRDefault="00BB27C4">
            <w:pPr>
              <w:spacing w:after="0"/>
              <w:jc w:val="center"/>
            </w:pPr>
          </w:p>
        </w:tc>
        <w:tc>
          <w:tcPr>
            <w:tcW w:w="2196" w:type="dxa"/>
            <w:tcMar>
              <w:top w:w="45" w:type="dxa"/>
              <w:left w:w="45" w:type="dxa"/>
              <w:bottom w:w="45" w:type="dxa"/>
              <w:right w:w="45" w:type="dxa"/>
            </w:tcMar>
            <w:vAlign w:val="center"/>
          </w:tcPr>
          <w:p w14:paraId="71AD8EF0" w14:textId="77777777" w:rsidR="00BB27C4" w:rsidRDefault="00BB27C4">
            <w:pPr>
              <w:spacing w:after="0"/>
              <w:jc w:val="center"/>
            </w:pPr>
          </w:p>
        </w:tc>
        <w:tc>
          <w:tcPr>
            <w:tcW w:w="2196" w:type="dxa"/>
            <w:tcMar>
              <w:top w:w="45" w:type="dxa"/>
              <w:left w:w="45" w:type="dxa"/>
              <w:bottom w:w="45" w:type="dxa"/>
              <w:right w:w="45" w:type="dxa"/>
            </w:tcMar>
            <w:vAlign w:val="center"/>
          </w:tcPr>
          <w:p w14:paraId="2A51793C" w14:textId="77777777" w:rsidR="00BB27C4" w:rsidRDefault="00BB27C4">
            <w:pPr>
              <w:spacing w:after="0"/>
              <w:jc w:val="center"/>
            </w:pPr>
          </w:p>
        </w:tc>
        <w:tc>
          <w:tcPr>
            <w:tcW w:w="4930" w:type="dxa"/>
            <w:tcMar>
              <w:top w:w="45" w:type="dxa"/>
              <w:left w:w="45" w:type="dxa"/>
              <w:bottom w:w="45" w:type="dxa"/>
              <w:right w:w="45" w:type="dxa"/>
            </w:tcMar>
            <w:vAlign w:val="center"/>
          </w:tcPr>
          <w:p w14:paraId="12A4C9F1" w14:textId="77777777" w:rsidR="00BB27C4" w:rsidRDefault="00BB27C4">
            <w:pPr>
              <w:spacing w:after="0"/>
              <w:jc w:val="center"/>
            </w:pPr>
          </w:p>
        </w:tc>
        <w:tc>
          <w:tcPr>
            <w:tcW w:w="2196" w:type="dxa"/>
            <w:tcMar>
              <w:top w:w="45" w:type="dxa"/>
              <w:left w:w="45" w:type="dxa"/>
              <w:bottom w:w="45" w:type="dxa"/>
              <w:right w:w="45" w:type="dxa"/>
            </w:tcMar>
            <w:vAlign w:val="center"/>
          </w:tcPr>
          <w:p w14:paraId="56E3DF8B" w14:textId="77777777" w:rsidR="00BB27C4" w:rsidRDefault="00BB27C4">
            <w:pPr>
              <w:spacing w:after="0"/>
              <w:jc w:val="center"/>
            </w:pPr>
          </w:p>
        </w:tc>
      </w:tr>
      <w:tr w:rsidR="00BB27C4" w14:paraId="6676AB7C" w14:textId="77777777" w:rsidTr="00BB7B50">
        <w:trPr>
          <w:trHeight w:val="240"/>
          <w:jc w:val="center"/>
        </w:trPr>
        <w:tc>
          <w:tcPr>
            <w:tcW w:w="15936" w:type="dxa"/>
            <w:gridSpan w:val="6"/>
            <w:shd w:val="clear" w:color="auto" w:fill="F2EBDC"/>
            <w:tcMar>
              <w:top w:w="45" w:type="dxa"/>
              <w:left w:w="45" w:type="dxa"/>
              <w:bottom w:w="45" w:type="dxa"/>
              <w:right w:w="45" w:type="dxa"/>
            </w:tcMar>
            <w:vAlign w:val="center"/>
          </w:tcPr>
          <w:p w14:paraId="4AE24B7C" w14:textId="77777777" w:rsidR="00BB27C4" w:rsidRDefault="00000000">
            <w:pPr>
              <w:spacing w:after="0"/>
            </w:pPr>
            <w:r>
              <w:rPr>
                <w:b/>
                <w:color w:val="102632"/>
                <w:sz w:val="18"/>
              </w:rPr>
              <w:t>LANDLORD / TENANT SUPPLIED ITEMS NOTED SEPARATELY</w:t>
            </w:r>
          </w:p>
        </w:tc>
      </w:tr>
    </w:tbl>
    <w:p w14:paraId="719DB346" w14:textId="77777777" w:rsidR="00BB27C4" w:rsidRDefault="00BB27C4">
      <w:pPr>
        <w:spacing w:after="20"/>
      </w:pPr>
    </w:p>
    <w:tbl>
      <w:tblPr>
        <w:tblW w:w="0" w:type="auto"/>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4688"/>
      </w:tblGrid>
      <w:tr w:rsidR="00BB27C4" w14:paraId="1AE6F29F" w14:textId="77777777">
        <w:trPr>
          <w:trHeight w:val="403"/>
        </w:trPr>
        <w:tc>
          <w:tcPr>
            <w:tcW w:w="14688" w:type="dxa"/>
            <w:tcMar>
              <w:top w:w="45" w:type="dxa"/>
              <w:left w:w="45" w:type="dxa"/>
              <w:bottom w:w="45" w:type="dxa"/>
              <w:right w:w="45" w:type="dxa"/>
            </w:tcMar>
            <w:vAlign w:val="center"/>
          </w:tcPr>
          <w:p w14:paraId="49F36E9A" w14:textId="77777777" w:rsidR="00BB27C4" w:rsidRDefault="00BB27C4">
            <w:pPr>
              <w:spacing w:after="0"/>
            </w:pPr>
          </w:p>
        </w:tc>
      </w:tr>
      <w:tr w:rsidR="00BB27C4" w14:paraId="15B5B10B" w14:textId="77777777">
        <w:trPr>
          <w:trHeight w:val="403"/>
        </w:trPr>
        <w:tc>
          <w:tcPr>
            <w:tcW w:w="14688" w:type="dxa"/>
            <w:tcMar>
              <w:top w:w="45" w:type="dxa"/>
              <w:left w:w="45" w:type="dxa"/>
              <w:bottom w:w="45" w:type="dxa"/>
              <w:right w:w="45" w:type="dxa"/>
            </w:tcMar>
            <w:vAlign w:val="center"/>
          </w:tcPr>
          <w:p w14:paraId="28F68E16" w14:textId="77777777" w:rsidR="00BB27C4" w:rsidRDefault="00BB27C4">
            <w:pPr>
              <w:spacing w:after="0"/>
            </w:pPr>
          </w:p>
        </w:tc>
      </w:tr>
      <w:tr w:rsidR="00BB27C4" w14:paraId="5280B7DB" w14:textId="77777777">
        <w:trPr>
          <w:trHeight w:val="403"/>
        </w:trPr>
        <w:tc>
          <w:tcPr>
            <w:tcW w:w="14688" w:type="dxa"/>
            <w:tcMar>
              <w:top w:w="45" w:type="dxa"/>
              <w:left w:w="45" w:type="dxa"/>
              <w:bottom w:w="45" w:type="dxa"/>
              <w:right w:w="45" w:type="dxa"/>
            </w:tcMar>
            <w:vAlign w:val="center"/>
          </w:tcPr>
          <w:p w14:paraId="7655BEAC" w14:textId="77777777" w:rsidR="00BB27C4" w:rsidRDefault="00BB27C4">
            <w:pPr>
              <w:spacing w:after="0"/>
            </w:pPr>
          </w:p>
        </w:tc>
      </w:tr>
      <w:tr w:rsidR="00BB27C4" w14:paraId="1AEF1555" w14:textId="77777777">
        <w:trPr>
          <w:trHeight w:val="403"/>
        </w:trPr>
        <w:tc>
          <w:tcPr>
            <w:tcW w:w="14688" w:type="dxa"/>
            <w:tcMar>
              <w:top w:w="45" w:type="dxa"/>
              <w:left w:w="45" w:type="dxa"/>
              <w:bottom w:w="45" w:type="dxa"/>
              <w:right w:w="45" w:type="dxa"/>
            </w:tcMar>
            <w:vAlign w:val="center"/>
          </w:tcPr>
          <w:p w14:paraId="2F1A31A3" w14:textId="77777777" w:rsidR="00BB27C4" w:rsidRDefault="00BB27C4">
            <w:pPr>
              <w:spacing w:after="0"/>
            </w:pPr>
          </w:p>
        </w:tc>
      </w:tr>
      <w:tr w:rsidR="00BB27C4" w14:paraId="0C78AA03" w14:textId="77777777">
        <w:trPr>
          <w:trHeight w:val="403"/>
        </w:trPr>
        <w:tc>
          <w:tcPr>
            <w:tcW w:w="14688" w:type="dxa"/>
            <w:tcMar>
              <w:top w:w="45" w:type="dxa"/>
              <w:left w:w="45" w:type="dxa"/>
              <w:bottom w:w="45" w:type="dxa"/>
              <w:right w:w="45" w:type="dxa"/>
            </w:tcMar>
            <w:vAlign w:val="center"/>
          </w:tcPr>
          <w:p w14:paraId="61120C8F" w14:textId="77777777" w:rsidR="00BB27C4" w:rsidRDefault="00BB27C4">
            <w:pPr>
              <w:spacing w:after="0"/>
            </w:pPr>
          </w:p>
        </w:tc>
      </w:tr>
    </w:tbl>
    <w:p w14:paraId="0C1EE353" w14:textId="77777777" w:rsidR="00BB27C4" w:rsidRDefault="00000000">
      <w:r>
        <w:br w:type="page"/>
      </w:r>
    </w:p>
    <w:p w14:paraId="18039D67" w14:textId="77777777" w:rsidR="00BB27C4" w:rsidRDefault="00000000">
      <w:pPr>
        <w:spacing w:after="40"/>
      </w:pPr>
      <w:r>
        <w:rPr>
          <w:rFonts w:ascii="Aptos Display" w:hAnsi="Aptos Display"/>
          <w:b/>
          <w:color w:val="102632"/>
          <w:sz w:val="36"/>
        </w:rPr>
        <w:lastRenderedPageBreak/>
        <w:t>PHOTOGRAPHS &amp; NOTES</w:t>
      </w:r>
    </w:p>
    <w:p w14:paraId="5DBA3F60" w14:textId="77777777" w:rsidR="00BB27C4" w:rsidRDefault="00000000">
      <w:pPr>
        <w:spacing w:after="80"/>
      </w:pPr>
      <w:r>
        <w:rPr>
          <w:color w:val="6B7280"/>
        </w:rPr>
        <w:t>Use photographs to support condition descriptions.</w:t>
      </w: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4688"/>
      </w:tblGrid>
      <w:tr w:rsidR="00BB27C4" w14:paraId="17C7A040" w14:textId="77777777">
        <w:trPr>
          <w:jc w:val="center"/>
        </w:trPr>
        <w:tc>
          <w:tcPr>
            <w:tcW w:w="14688" w:type="dxa"/>
            <w:shd w:val="clear" w:color="auto" w:fill="F2EBDC"/>
            <w:tcMar>
              <w:top w:w="45" w:type="dxa"/>
              <w:left w:w="45" w:type="dxa"/>
              <w:bottom w:w="45" w:type="dxa"/>
              <w:right w:w="45" w:type="dxa"/>
            </w:tcMar>
            <w:vAlign w:val="center"/>
          </w:tcPr>
          <w:p w14:paraId="4D1E203D" w14:textId="77777777" w:rsidR="00BB27C4" w:rsidRDefault="00000000">
            <w:pPr>
              <w:spacing w:after="0"/>
            </w:pPr>
            <w:r>
              <w:rPr>
                <w:b/>
                <w:color w:val="102632"/>
                <w:sz w:val="18"/>
              </w:rPr>
              <w:t>PHOTOGRAPH &amp; EVIDENCE LOG</w:t>
            </w:r>
          </w:p>
        </w:tc>
      </w:tr>
    </w:tbl>
    <w:p w14:paraId="605B73CA" w14:textId="77777777" w:rsidR="00BB27C4" w:rsidRDefault="00BB27C4">
      <w:pPr>
        <w:spacing w:after="20"/>
      </w:pPr>
    </w:p>
    <w:tbl>
      <w:tblPr>
        <w:tblW w:w="15802" w:type="dxa"/>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3366"/>
        <w:gridCol w:w="3366"/>
        <w:gridCol w:w="4661"/>
        <w:gridCol w:w="4409"/>
      </w:tblGrid>
      <w:tr w:rsidR="00BB27C4" w14:paraId="311FFAE1" w14:textId="77777777" w:rsidTr="00BB7B50">
        <w:trPr>
          <w:trHeight w:val="195"/>
          <w:jc w:val="center"/>
        </w:trPr>
        <w:tc>
          <w:tcPr>
            <w:tcW w:w="3366" w:type="dxa"/>
            <w:shd w:val="clear" w:color="auto" w:fill="102632"/>
            <w:tcMar>
              <w:top w:w="45" w:type="dxa"/>
              <w:left w:w="45" w:type="dxa"/>
              <w:bottom w:w="45" w:type="dxa"/>
              <w:right w:w="45" w:type="dxa"/>
            </w:tcMar>
            <w:vAlign w:val="center"/>
          </w:tcPr>
          <w:p w14:paraId="2F760398" w14:textId="77777777" w:rsidR="00BB27C4" w:rsidRDefault="00000000">
            <w:pPr>
              <w:spacing w:after="0"/>
              <w:jc w:val="center"/>
            </w:pPr>
            <w:r>
              <w:rPr>
                <w:b/>
                <w:color w:val="F2EBDC"/>
                <w:sz w:val="14"/>
              </w:rPr>
              <w:t>Photo No.</w:t>
            </w:r>
          </w:p>
        </w:tc>
        <w:tc>
          <w:tcPr>
            <w:tcW w:w="3366" w:type="dxa"/>
            <w:shd w:val="clear" w:color="auto" w:fill="102632"/>
            <w:tcMar>
              <w:top w:w="45" w:type="dxa"/>
              <w:left w:w="45" w:type="dxa"/>
              <w:bottom w:w="45" w:type="dxa"/>
              <w:right w:w="45" w:type="dxa"/>
            </w:tcMar>
            <w:vAlign w:val="center"/>
          </w:tcPr>
          <w:p w14:paraId="5D74B7AF" w14:textId="77777777" w:rsidR="00BB27C4" w:rsidRDefault="00000000">
            <w:pPr>
              <w:spacing w:after="0"/>
              <w:jc w:val="center"/>
            </w:pPr>
            <w:r>
              <w:rPr>
                <w:b/>
                <w:color w:val="F2EBDC"/>
                <w:sz w:val="14"/>
              </w:rPr>
              <w:t>Area / Item</w:t>
            </w:r>
          </w:p>
        </w:tc>
        <w:tc>
          <w:tcPr>
            <w:tcW w:w="4661" w:type="dxa"/>
            <w:shd w:val="clear" w:color="auto" w:fill="102632"/>
            <w:tcMar>
              <w:top w:w="45" w:type="dxa"/>
              <w:left w:w="45" w:type="dxa"/>
              <w:bottom w:w="45" w:type="dxa"/>
              <w:right w:w="45" w:type="dxa"/>
            </w:tcMar>
            <w:vAlign w:val="center"/>
          </w:tcPr>
          <w:p w14:paraId="61B789C4" w14:textId="77777777" w:rsidR="00BB27C4" w:rsidRDefault="00000000">
            <w:pPr>
              <w:spacing w:after="0"/>
              <w:jc w:val="center"/>
            </w:pPr>
            <w:r>
              <w:rPr>
                <w:b/>
                <w:color w:val="F2EBDC"/>
                <w:sz w:val="14"/>
              </w:rPr>
              <w:t>What the photo shows</w:t>
            </w:r>
          </w:p>
        </w:tc>
        <w:tc>
          <w:tcPr>
            <w:tcW w:w="4409" w:type="dxa"/>
            <w:shd w:val="clear" w:color="auto" w:fill="102632"/>
            <w:tcMar>
              <w:top w:w="45" w:type="dxa"/>
              <w:left w:w="45" w:type="dxa"/>
              <w:bottom w:w="45" w:type="dxa"/>
              <w:right w:w="45" w:type="dxa"/>
            </w:tcMar>
            <w:vAlign w:val="center"/>
          </w:tcPr>
          <w:p w14:paraId="592D1232" w14:textId="77777777" w:rsidR="00BB27C4" w:rsidRDefault="00000000">
            <w:pPr>
              <w:spacing w:after="0"/>
              <w:jc w:val="center"/>
            </w:pPr>
            <w:r>
              <w:rPr>
                <w:b/>
                <w:color w:val="F2EBDC"/>
                <w:sz w:val="14"/>
              </w:rPr>
              <w:t>File / Reference / Notes</w:t>
            </w:r>
          </w:p>
        </w:tc>
      </w:tr>
      <w:tr w:rsidR="00BB27C4" w14:paraId="0425B0DF" w14:textId="77777777" w:rsidTr="00BB7B50">
        <w:trPr>
          <w:trHeight w:val="226"/>
          <w:jc w:val="center"/>
        </w:trPr>
        <w:tc>
          <w:tcPr>
            <w:tcW w:w="3366" w:type="dxa"/>
            <w:tcMar>
              <w:top w:w="45" w:type="dxa"/>
              <w:left w:w="45" w:type="dxa"/>
              <w:bottom w:w="45" w:type="dxa"/>
              <w:right w:w="45" w:type="dxa"/>
            </w:tcMar>
            <w:vAlign w:val="center"/>
          </w:tcPr>
          <w:p w14:paraId="32E8671A" w14:textId="77777777" w:rsidR="00BB27C4" w:rsidRDefault="00000000">
            <w:pPr>
              <w:spacing w:after="0"/>
            </w:pPr>
            <w:r>
              <w:rPr>
                <w:b/>
                <w:color w:val="1F2933"/>
                <w:sz w:val="14"/>
              </w:rPr>
              <w:t>1</w:t>
            </w:r>
          </w:p>
        </w:tc>
        <w:tc>
          <w:tcPr>
            <w:tcW w:w="3366" w:type="dxa"/>
            <w:tcMar>
              <w:top w:w="45" w:type="dxa"/>
              <w:left w:w="45" w:type="dxa"/>
              <w:bottom w:w="45" w:type="dxa"/>
              <w:right w:w="45" w:type="dxa"/>
            </w:tcMar>
            <w:vAlign w:val="center"/>
          </w:tcPr>
          <w:p w14:paraId="18C8105D" w14:textId="77777777" w:rsidR="00BB27C4" w:rsidRDefault="00BB27C4">
            <w:pPr>
              <w:spacing w:after="0"/>
              <w:jc w:val="center"/>
            </w:pPr>
          </w:p>
        </w:tc>
        <w:tc>
          <w:tcPr>
            <w:tcW w:w="4661" w:type="dxa"/>
            <w:tcMar>
              <w:top w:w="45" w:type="dxa"/>
              <w:left w:w="45" w:type="dxa"/>
              <w:bottom w:w="45" w:type="dxa"/>
              <w:right w:w="45" w:type="dxa"/>
            </w:tcMar>
            <w:vAlign w:val="center"/>
          </w:tcPr>
          <w:p w14:paraId="4E2870F0" w14:textId="77777777" w:rsidR="00BB27C4" w:rsidRDefault="00BB27C4">
            <w:pPr>
              <w:spacing w:after="0"/>
              <w:jc w:val="center"/>
            </w:pPr>
          </w:p>
        </w:tc>
        <w:tc>
          <w:tcPr>
            <w:tcW w:w="4409" w:type="dxa"/>
            <w:tcMar>
              <w:top w:w="45" w:type="dxa"/>
              <w:left w:w="45" w:type="dxa"/>
              <w:bottom w:w="45" w:type="dxa"/>
              <w:right w:w="45" w:type="dxa"/>
            </w:tcMar>
            <w:vAlign w:val="center"/>
          </w:tcPr>
          <w:p w14:paraId="00818706" w14:textId="77777777" w:rsidR="00BB27C4" w:rsidRDefault="00BB27C4">
            <w:pPr>
              <w:spacing w:after="0"/>
              <w:jc w:val="center"/>
            </w:pPr>
          </w:p>
        </w:tc>
      </w:tr>
      <w:tr w:rsidR="00BB27C4" w14:paraId="41CEEC7B" w14:textId="77777777" w:rsidTr="00BB7B50">
        <w:trPr>
          <w:trHeight w:val="215"/>
          <w:jc w:val="center"/>
        </w:trPr>
        <w:tc>
          <w:tcPr>
            <w:tcW w:w="3366" w:type="dxa"/>
            <w:tcMar>
              <w:top w:w="45" w:type="dxa"/>
              <w:left w:w="45" w:type="dxa"/>
              <w:bottom w:w="45" w:type="dxa"/>
              <w:right w:w="45" w:type="dxa"/>
            </w:tcMar>
            <w:vAlign w:val="center"/>
          </w:tcPr>
          <w:p w14:paraId="34FF1DA0" w14:textId="77777777" w:rsidR="00BB27C4" w:rsidRDefault="00000000">
            <w:pPr>
              <w:spacing w:after="0"/>
            </w:pPr>
            <w:r>
              <w:rPr>
                <w:b/>
                <w:color w:val="1F2933"/>
                <w:sz w:val="14"/>
              </w:rPr>
              <w:t>2</w:t>
            </w:r>
          </w:p>
        </w:tc>
        <w:tc>
          <w:tcPr>
            <w:tcW w:w="3366" w:type="dxa"/>
            <w:tcMar>
              <w:top w:w="45" w:type="dxa"/>
              <w:left w:w="45" w:type="dxa"/>
              <w:bottom w:w="45" w:type="dxa"/>
              <w:right w:w="45" w:type="dxa"/>
            </w:tcMar>
            <w:vAlign w:val="center"/>
          </w:tcPr>
          <w:p w14:paraId="3A205475" w14:textId="77777777" w:rsidR="00BB27C4" w:rsidRDefault="00BB27C4">
            <w:pPr>
              <w:spacing w:after="0"/>
              <w:jc w:val="center"/>
            </w:pPr>
          </w:p>
        </w:tc>
        <w:tc>
          <w:tcPr>
            <w:tcW w:w="4661" w:type="dxa"/>
            <w:tcMar>
              <w:top w:w="45" w:type="dxa"/>
              <w:left w:w="45" w:type="dxa"/>
              <w:bottom w:w="45" w:type="dxa"/>
              <w:right w:w="45" w:type="dxa"/>
            </w:tcMar>
            <w:vAlign w:val="center"/>
          </w:tcPr>
          <w:p w14:paraId="0554D214" w14:textId="77777777" w:rsidR="00BB27C4" w:rsidRDefault="00BB27C4">
            <w:pPr>
              <w:spacing w:after="0"/>
              <w:jc w:val="center"/>
            </w:pPr>
          </w:p>
        </w:tc>
        <w:tc>
          <w:tcPr>
            <w:tcW w:w="4409" w:type="dxa"/>
            <w:tcMar>
              <w:top w:w="45" w:type="dxa"/>
              <w:left w:w="45" w:type="dxa"/>
              <w:bottom w:w="45" w:type="dxa"/>
              <w:right w:w="45" w:type="dxa"/>
            </w:tcMar>
            <w:vAlign w:val="center"/>
          </w:tcPr>
          <w:p w14:paraId="220C02AA" w14:textId="77777777" w:rsidR="00BB27C4" w:rsidRDefault="00BB27C4">
            <w:pPr>
              <w:spacing w:after="0"/>
              <w:jc w:val="center"/>
            </w:pPr>
          </w:p>
        </w:tc>
      </w:tr>
      <w:tr w:rsidR="00BB27C4" w14:paraId="6E766300" w14:textId="77777777" w:rsidTr="00BB7B50">
        <w:trPr>
          <w:trHeight w:val="226"/>
          <w:jc w:val="center"/>
        </w:trPr>
        <w:tc>
          <w:tcPr>
            <w:tcW w:w="3366" w:type="dxa"/>
            <w:tcMar>
              <w:top w:w="45" w:type="dxa"/>
              <w:left w:w="45" w:type="dxa"/>
              <w:bottom w:w="45" w:type="dxa"/>
              <w:right w:w="45" w:type="dxa"/>
            </w:tcMar>
            <w:vAlign w:val="center"/>
          </w:tcPr>
          <w:p w14:paraId="3A52F16B" w14:textId="77777777" w:rsidR="00BB27C4" w:rsidRDefault="00000000">
            <w:pPr>
              <w:spacing w:after="0"/>
            </w:pPr>
            <w:r>
              <w:rPr>
                <w:b/>
                <w:color w:val="1F2933"/>
                <w:sz w:val="14"/>
              </w:rPr>
              <w:t>3</w:t>
            </w:r>
          </w:p>
        </w:tc>
        <w:tc>
          <w:tcPr>
            <w:tcW w:w="3366" w:type="dxa"/>
            <w:tcMar>
              <w:top w:w="45" w:type="dxa"/>
              <w:left w:w="45" w:type="dxa"/>
              <w:bottom w:w="45" w:type="dxa"/>
              <w:right w:w="45" w:type="dxa"/>
            </w:tcMar>
            <w:vAlign w:val="center"/>
          </w:tcPr>
          <w:p w14:paraId="1B045B55" w14:textId="77777777" w:rsidR="00BB27C4" w:rsidRDefault="00BB27C4">
            <w:pPr>
              <w:spacing w:after="0"/>
              <w:jc w:val="center"/>
            </w:pPr>
          </w:p>
        </w:tc>
        <w:tc>
          <w:tcPr>
            <w:tcW w:w="4661" w:type="dxa"/>
            <w:tcMar>
              <w:top w:w="45" w:type="dxa"/>
              <w:left w:w="45" w:type="dxa"/>
              <w:bottom w:w="45" w:type="dxa"/>
              <w:right w:w="45" w:type="dxa"/>
            </w:tcMar>
            <w:vAlign w:val="center"/>
          </w:tcPr>
          <w:p w14:paraId="11308DF8" w14:textId="77777777" w:rsidR="00BB27C4" w:rsidRDefault="00BB27C4">
            <w:pPr>
              <w:spacing w:after="0"/>
              <w:jc w:val="center"/>
            </w:pPr>
          </w:p>
        </w:tc>
        <w:tc>
          <w:tcPr>
            <w:tcW w:w="4409" w:type="dxa"/>
            <w:tcMar>
              <w:top w:w="45" w:type="dxa"/>
              <w:left w:w="45" w:type="dxa"/>
              <w:bottom w:w="45" w:type="dxa"/>
              <w:right w:w="45" w:type="dxa"/>
            </w:tcMar>
            <w:vAlign w:val="center"/>
          </w:tcPr>
          <w:p w14:paraId="0EC31E84" w14:textId="77777777" w:rsidR="00BB27C4" w:rsidRDefault="00BB27C4">
            <w:pPr>
              <w:spacing w:after="0"/>
              <w:jc w:val="center"/>
            </w:pPr>
          </w:p>
        </w:tc>
      </w:tr>
      <w:tr w:rsidR="00BB27C4" w14:paraId="2AF4BD15" w14:textId="77777777" w:rsidTr="00BB7B50">
        <w:trPr>
          <w:trHeight w:val="226"/>
          <w:jc w:val="center"/>
        </w:trPr>
        <w:tc>
          <w:tcPr>
            <w:tcW w:w="3366" w:type="dxa"/>
            <w:tcMar>
              <w:top w:w="45" w:type="dxa"/>
              <w:left w:w="45" w:type="dxa"/>
              <w:bottom w:w="45" w:type="dxa"/>
              <w:right w:w="45" w:type="dxa"/>
            </w:tcMar>
            <w:vAlign w:val="center"/>
          </w:tcPr>
          <w:p w14:paraId="4EC0E7EB" w14:textId="77777777" w:rsidR="00BB27C4" w:rsidRDefault="00000000">
            <w:pPr>
              <w:spacing w:after="0"/>
            </w:pPr>
            <w:r>
              <w:rPr>
                <w:b/>
                <w:color w:val="1F2933"/>
                <w:sz w:val="14"/>
              </w:rPr>
              <w:t>4</w:t>
            </w:r>
          </w:p>
        </w:tc>
        <w:tc>
          <w:tcPr>
            <w:tcW w:w="3366" w:type="dxa"/>
            <w:tcMar>
              <w:top w:w="45" w:type="dxa"/>
              <w:left w:w="45" w:type="dxa"/>
              <w:bottom w:w="45" w:type="dxa"/>
              <w:right w:w="45" w:type="dxa"/>
            </w:tcMar>
            <w:vAlign w:val="center"/>
          </w:tcPr>
          <w:p w14:paraId="598DF205" w14:textId="77777777" w:rsidR="00BB27C4" w:rsidRDefault="00BB27C4">
            <w:pPr>
              <w:spacing w:after="0"/>
              <w:jc w:val="center"/>
            </w:pPr>
          </w:p>
        </w:tc>
        <w:tc>
          <w:tcPr>
            <w:tcW w:w="4661" w:type="dxa"/>
            <w:tcMar>
              <w:top w:w="45" w:type="dxa"/>
              <w:left w:w="45" w:type="dxa"/>
              <w:bottom w:w="45" w:type="dxa"/>
              <w:right w:w="45" w:type="dxa"/>
            </w:tcMar>
            <w:vAlign w:val="center"/>
          </w:tcPr>
          <w:p w14:paraId="358A86E1" w14:textId="77777777" w:rsidR="00BB27C4" w:rsidRDefault="00BB27C4">
            <w:pPr>
              <w:spacing w:after="0"/>
              <w:jc w:val="center"/>
            </w:pPr>
          </w:p>
        </w:tc>
        <w:tc>
          <w:tcPr>
            <w:tcW w:w="4409" w:type="dxa"/>
            <w:tcMar>
              <w:top w:w="45" w:type="dxa"/>
              <w:left w:w="45" w:type="dxa"/>
              <w:bottom w:w="45" w:type="dxa"/>
              <w:right w:w="45" w:type="dxa"/>
            </w:tcMar>
            <w:vAlign w:val="center"/>
          </w:tcPr>
          <w:p w14:paraId="1E653025" w14:textId="77777777" w:rsidR="00BB27C4" w:rsidRDefault="00BB27C4">
            <w:pPr>
              <w:spacing w:after="0"/>
              <w:jc w:val="center"/>
            </w:pPr>
          </w:p>
        </w:tc>
      </w:tr>
      <w:tr w:rsidR="00BB27C4" w14:paraId="548FDDE1" w14:textId="77777777" w:rsidTr="00BB7B50">
        <w:trPr>
          <w:trHeight w:val="215"/>
          <w:jc w:val="center"/>
        </w:trPr>
        <w:tc>
          <w:tcPr>
            <w:tcW w:w="3366" w:type="dxa"/>
            <w:tcMar>
              <w:top w:w="45" w:type="dxa"/>
              <w:left w:w="45" w:type="dxa"/>
              <w:bottom w:w="45" w:type="dxa"/>
              <w:right w:w="45" w:type="dxa"/>
            </w:tcMar>
            <w:vAlign w:val="center"/>
          </w:tcPr>
          <w:p w14:paraId="0A06869B" w14:textId="77777777" w:rsidR="00BB27C4" w:rsidRDefault="00000000">
            <w:pPr>
              <w:spacing w:after="0"/>
            </w:pPr>
            <w:r>
              <w:rPr>
                <w:b/>
                <w:color w:val="1F2933"/>
                <w:sz w:val="14"/>
              </w:rPr>
              <w:t>5</w:t>
            </w:r>
          </w:p>
        </w:tc>
        <w:tc>
          <w:tcPr>
            <w:tcW w:w="3366" w:type="dxa"/>
            <w:tcMar>
              <w:top w:w="45" w:type="dxa"/>
              <w:left w:w="45" w:type="dxa"/>
              <w:bottom w:w="45" w:type="dxa"/>
              <w:right w:w="45" w:type="dxa"/>
            </w:tcMar>
            <w:vAlign w:val="center"/>
          </w:tcPr>
          <w:p w14:paraId="37668FB9" w14:textId="77777777" w:rsidR="00BB27C4" w:rsidRDefault="00BB27C4">
            <w:pPr>
              <w:spacing w:after="0"/>
              <w:jc w:val="center"/>
            </w:pPr>
          </w:p>
        </w:tc>
        <w:tc>
          <w:tcPr>
            <w:tcW w:w="4661" w:type="dxa"/>
            <w:tcMar>
              <w:top w:w="45" w:type="dxa"/>
              <w:left w:w="45" w:type="dxa"/>
              <w:bottom w:w="45" w:type="dxa"/>
              <w:right w:w="45" w:type="dxa"/>
            </w:tcMar>
            <w:vAlign w:val="center"/>
          </w:tcPr>
          <w:p w14:paraId="74A47483" w14:textId="77777777" w:rsidR="00BB27C4" w:rsidRDefault="00BB27C4">
            <w:pPr>
              <w:spacing w:after="0"/>
              <w:jc w:val="center"/>
            </w:pPr>
          </w:p>
        </w:tc>
        <w:tc>
          <w:tcPr>
            <w:tcW w:w="4409" w:type="dxa"/>
            <w:tcMar>
              <w:top w:w="45" w:type="dxa"/>
              <w:left w:w="45" w:type="dxa"/>
              <w:bottom w:w="45" w:type="dxa"/>
              <w:right w:w="45" w:type="dxa"/>
            </w:tcMar>
            <w:vAlign w:val="center"/>
          </w:tcPr>
          <w:p w14:paraId="6416AA4B" w14:textId="77777777" w:rsidR="00BB27C4" w:rsidRDefault="00BB27C4">
            <w:pPr>
              <w:spacing w:after="0"/>
              <w:jc w:val="center"/>
            </w:pPr>
          </w:p>
        </w:tc>
      </w:tr>
      <w:tr w:rsidR="00BB27C4" w14:paraId="0678D063" w14:textId="77777777" w:rsidTr="00BB7B50">
        <w:trPr>
          <w:trHeight w:val="226"/>
          <w:jc w:val="center"/>
        </w:trPr>
        <w:tc>
          <w:tcPr>
            <w:tcW w:w="3366" w:type="dxa"/>
            <w:tcMar>
              <w:top w:w="45" w:type="dxa"/>
              <w:left w:w="45" w:type="dxa"/>
              <w:bottom w:w="45" w:type="dxa"/>
              <w:right w:w="45" w:type="dxa"/>
            </w:tcMar>
            <w:vAlign w:val="center"/>
          </w:tcPr>
          <w:p w14:paraId="2E3FEA63" w14:textId="77777777" w:rsidR="00BB27C4" w:rsidRDefault="00000000">
            <w:pPr>
              <w:spacing w:after="0"/>
            </w:pPr>
            <w:r>
              <w:rPr>
                <w:b/>
                <w:color w:val="1F2933"/>
                <w:sz w:val="14"/>
              </w:rPr>
              <w:t>6</w:t>
            </w:r>
          </w:p>
        </w:tc>
        <w:tc>
          <w:tcPr>
            <w:tcW w:w="3366" w:type="dxa"/>
            <w:tcMar>
              <w:top w:w="45" w:type="dxa"/>
              <w:left w:w="45" w:type="dxa"/>
              <w:bottom w:w="45" w:type="dxa"/>
              <w:right w:w="45" w:type="dxa"/>
            </w:tcMar>
            <w:vAlign w:val="center"/>
          </w:tcPr>
          <w:p w14:paraId="650FB626" w14:textId="77777777" w:rsidR="00BB27C4" w:rsidRDefault="00BB27C4">
            <w:pPr>
              <w:spacing w:after="0"/>
              <w:jc w:val="center"/>
            </w:pPr>
          </w:p>
        </w:tc>
        <w:tc>
          <w:tcPr>
            <w:tcW w:w="4661" w:type="dxa"/>
            <w:tcMar>
              <w:top w:w="45" w:type="dxa"/>
              <w:left w:w="45" w:type="dxa"/>
              <w:bottom w:w="45" w:type="dxa"/>
              <w:right w:w="45" w:type="dxa"/>
            </w:tcMar>
            <w:vAlign w:val="center"/>
          </w:tcPr>
          <w:p w14:paraId="26CBB602" w14:textId="77777777" w:rsidR="00BB27C4" w:rsidRDefault="00BB27C4">
            <w:pPr>
              <w:spacing w:after="0"/>
              <w:jc w:val="center"/>
            </w:pPr>
          </w:p>
        </w:tc>
        <w:tc>
          <w:tcPr>
            <w:tcW w:w="4409" w:type="dxa"/>
            <w:tcMar>
              <w:top w:w="45" w:type="dxa"/>
              <w:left w:w="45" w:type="dxa"/>
              <w:bottom w:w="45" w:type="dxa"/>
              <w:right w:w="45" w:type="dxa"/>
            </w:tcMar>
            <w:vAlign w:val="center"/>
          </w:tcPr>
          <w:p w14:paraId="70123B46" w14:textId="77777777" w:rsidR="00BB27C4" w:rsidRDefault="00BB27C4">
            <w:pPr>
              <w:spacing w:after="0"/>
              <w:jc w:val="center"/>
            </w:pPr>
          </w:p>
        </w:tc>
      </w:tr>
      <w:tr w:rsidR="00BB27C4" w14:paraId="0FDB3CFF" w14:textId="77777777" w:rsidTr="00BB7B50">
        <w:trPr>
          <w:trHeight w:val="215"/>
          <w:jc w:val="center"/>
        </w:trPr>
        <w:tc>
          <w:tcPr>
            <w:tcW w:w="3366" w:type="dxa"/>
            <w:tcMar>
              <w:top w:w="45" w:type="dxa"/>
              <w:left w:w="45" w:type="dxa"/>
              <w:bottom w:w="45" w:type="dxa"/>
              <w:right w:w="45" w:type="dxa"/>
            </w:tcMar>
            <w:vAlign w:val="center"/>
          </w:tcPr>
          <w:p w14:paraId="63DF256D" w14:textId="77777777" w:rsidR="00BB27C4" w:rsidRDefault="00000000">
            <w:pPr>
              <w:spacing w:after="0"/>
            </w:pPr>
            <w:r>
              <w:rPr>
                <w:b/>
                <w:color w:val="1F2933"/>
                <w:sz w:val="14"/>
              </w:rPr>
              <w:t>7</w:t>
            </w:r>
          </w:p>
        </w:tc>
        <w:tc>
          <w:tcPr>
            <w:tcW w:w="3366" w:type="dxa"/>
            <w:tcMar>
              <w:top w:w="45" w:type="dxa"/>
              <w:left w:w="45" w:type="dxa"/>
              <w:bottom w:w="45" w:type="dxa"/>
              <w:right w:w="45" w:type="dxa"/>
            </w:tcMar>
            <w:vAlign w:val="center"/>
          </w:tcPr>
          <w:p w14:paraId="02ABC109" w14:textId="77777777" w:rsidR="00BB27C4" w:rsidRDefault="00BB27C4">
            <w:pPr>
              <w:spacing w:after="0"/>
              <w:jc w:val="center"/>
            </w:pPr>
          </w:p>
        </w:tc>
        <w:tc>
          <w:tcPr>
            <w:tcW w:w="4661" w:type="dxa"/>
            <w:tcMar>
              <w:top w:w="45" w:type="dxa"/>
              <w:left w:w="45" w:type="dxa"/>
              <w:bottom w:w="45" w:type="dxa"/>
              <w:right w:w="45" w:type="dxa"/>
            </w:tcMar>
            <w:vAlign w:val="center"/>
          </w:tcPr>
          <w:p w14:paraId="1219221B" w14:textId="77777777" w:rsidR="00BB27C4" w:rsidRDefault="00BB27C4">
            <w:pPr>
              <w:spacing w:after="0"/>
              <w:jc w:val="center"/>
            </w:pPr>
          </w:p>
        </w:tc>
        <w:tc>
          <w:tcPr>
            <w:tcW w:w="4409" w:type="dxa"/>
            <w:tcMar>
              <w:top w:w="45" w:type="dxa"/>
              <w:left w:w="45" w:type="dxa"/>
              <w:bottom w:w="45" w:type="dxa"/>
              <w:right w:w="45" w:type="dxa"/>
            </w:tcMar>
            <w:vAlign w:val="center"/>
          </w:tcPr>
          <w:p w14:paraId="693E2340" w14:textId="77777777" w:rsidR="00BB27C4" w:rsidRDefault="00BB27C4">
            <w:pPr>
              <w:spacing w:after="0"/>
              <w:jc w:val="center"/>
            </w:pPr>
          </w:p>
        </w:tc>
      </w:tr>
      <w:tr w:rsidR="00BB27C4" w14:paraId="7AC5E131" w14:textId="77777777" w:rsidTr="00BB7B50">
        <w:trPr>
          <w:trHeight w:val="226"/>
          <w:jc w:val="center"/>
        </w:trPr>
        <w:tc>
          <w:tcPr>
            <w:tcW w:w="3366" w:type="dxa"/>
            <w:tcMar>
              <w:top w:w="45" w:type="dxa"/>
              <w:left w:w="45" w:type="dxa"/>
              <w:bottom w:w="45" w:type="dxa"/>
              <w:right w:w="45" w:type="dxa"/>
            </w:tcMar>
            <w:vAlign w:val="center"/>
          </w:tcPr>
          <w:p w14:paraId="68BFC7F1" w14:textId="77777777" w:rsidR="00BB27C4" w:rsidRDefault="00000000">
            <w:pPr>
              <w:spacing w:after="0"/>
            </w:pPr>
            <w:r>
              <w:rPr>
                <w:b/>
                <w:color w:val="1F2933"/>
                <w:sz w:val="14"/>
              </w:rPr>
              <w:t>8</w:t>
            </w:r>
          </w:p>
        </w:tc>
        <w:tc>
          <w:tcPr>
            <w:tcW w:w="3366" w:type="dxa"/>
            <w:tcMar>
              <w:top w:w="45" w:type="dxa"/>
              <w:left w:w="45" w:type="dxa"/>
              <w:bottom w:w="45" w:type="dxa"/>
              <w:right w:w="45" w:type="dxa"/>
            </w:tcMar>
            <w:vAlign w:val="center"/>
          </w:tcPr>
          <w:p w14:paraId="2066696E" w14:textId="77777777" w:rsidR="00BB27C4" w:rsidRDefault="00BB27C4">
            <w:pPr>
              <w:spacing w:after="0"/>
              <w:jc w:val="center"/>
            </w:pPr>
          </w:p>
        </w:tc>
        <w:tc>
          <w:tcPr>
            <w:tcW w:w="4661" w:type="dxa"/>
            <w:tcMar>
              <w:top w:w="45" w:type="dxa"/>
              <w:left w:w="45" w:type="dxa"/>
              <w:bottom w:w="45" w:type="dxa"/>
              <w:right w:w="45" w:type="dxa"/>
            </w:tcMar>
            <w:vAlign w:val="center"/>
          </w:tcPr>
          <w:p w14:paraId="13E764A0" w14:textId="77777777" w:rsidR="00BB27C4" w:rsidRDefault="00BB27C4">
            <w:pPr>
              <w:spacing w:after="0"/>
              <w:jc w:val="center"/>
            </w:pPr>
          </w:p>
        </w:tc>
        <w:tc>
          <w:tcPr>
            <w:tcW w:w="4409" w:type="dxa"/>
            <w:tcMar>
              <w:top w:w="45" w:type="dxa"/>
              <w:left w:w="45" w:type="dxa"/>
              <w:bottom w:w="45" w:type="dxa"/>
              <w:right w:w="45" w:type="dxa"/>
            </w:tcMar>
            <w:vAlign w:val="center"/>
          </w:tcPr>
          <w:p w14:paraId="2F0C026D" w14:textId="77777777" w:rsidR="00BB27C4" w:rsidRDefault="00BB27C4">
            <w:pPr>
              <w:spacing w:after="0"/>
              <w:jc w:val="center"/>
            </w:pPr>
          </w:p>
        </w:tc>
      </w:tr>
      <w:tr w:rsidR="00BB27C4" w14:paraId="5C3291FB" w14:textId="77777777" w:rsidTr="00BB7B50">
        <w:trPr>
          <w:trHeight w:val="226"/>
          <w:jc w:val="center"/>
        </w:trPr>
        <w:tc>
          <w:tcPr>
            <w:tcW w:w="3366" w:type="dxa"/>
            <w:tcMar>
              <w:top w:w="45" w:type="dxa"/>
              <w:left w:w="45" w:type="dxa"/>
              <w:bottom w:w="45" w:type="dxa"/>
              <w:right w:w="45" w:type="dxa"/>
            </w:tcMar>
            <w:vAlign w:val="center"/>
          </w:tcPr>
          <w:p w14:paraId="145D0D97" w14:textId="77777777" w:rsidR="00BB27C4" w:rsidRDefault="00000000">
            <w:pPr>
              <w:spacing w:after="0"/>
            </w:pPr>
            <w:r>
              <w:rPr>
                <w:b/>
                <w:color w:val="1F2933"/>
                <w:sz w:val="14"/>
              </w:rPr>
              <w:t>9</w:t>
            </w:r>
          </w:p>
        </w:tc>
        <w:tc>
          <w:tcPr>
            <w:tcW w:w="3366" w:type="dxa"/>
            <w:tcMar>
              <w:top w:w="45" w:type="dxa"/>
              <w:left w:w="45" w:type="dxa"/>
              <w:bottom w:w="45" w:type="dxa"/>
              <w:right w:w="45" w:type="dxa"/>
            </w:tcMar>
            <w:vAlign w:val="center"/>
          </w:tcPr>
          <w:p w14:paraId="50DF05D6" w14:textId="77777777" w:rsidR="00BB27C4" w:rsidRDefault="00BB27C4">
            <w:pPr>
              <w:spacing w:after="0"/>
              <w:jc w:val="center"/>
            </w:pPr>
          </w:p>
        </w:tc>
        <w:tc>
          <w:tcPr>
            <w:tcW w:w="4661" w:type="dxa"/>
            <w:tcMar>
              <w:top w:w="45" w:type="dxa"/>
              <w:left w:w="45" w:type="dxa"/>
              <w:bottom w:w="45" w:type="dxa"/>
              <w:right w:w="45" w:type="dxa"/>
            </w:tcMar>
            <w:vAlign w:val="center"/>
          </w:tcPr>
          <w:p w14:paraId="16EFD47C" w14:textId="77777777" w:rsidR="00BB27C4" w:rsidRDefault="00BB27C4">
            <w:pPr>
              <w:spacing w:after="0"/>
              <w:jc w:val="center"/>
            </w:pPr>
          </w:p>
        </w:tc>
        <w:tc>
          <w:tcPr>
            <w:tcW w:w="4409" w:type="dxa"/>
            <w:tcMar>
              <w:top w:w="45" w:type="dxa"/>
              <w:left w:w="45" w:type="dxa"/>
              <w:bottom w:w="45" w:type="dxa"/>
              <w:right w:w="45" w:type="dxa"/>
            </w:tcMar>
            <w:vAlign w:val="center"/>
          </w:tcPr>
          <w:p w14:paraId="09B7688D" w14:textId="77777777" w:rsidR="00BB27C4" w:rsidRDefault="00BB27C4">
            <w:pPr>
              <w:spacing w:after="0"/>
              <w:jc w:val="center"/>
            </w:pPr>
          </w:p>
        </w:tc>
      </w:tr>
      <w:tr w:rsidR="00BB27C4" w14:paraId="66D51B19" w14:textId="77777777" w:rsidTr="00BB7B50">
        <w:trPr>
          <w:trHeight w:val="215"/>
          <w:jc w:val="center"/>
        </w:trPr>
        <w:tc>
          <w:tcPr>
            <w:tcW w:w="3366" w:type="dxa"/>
            <w:tcMar>
              <w:top w:w="45" w:type="dxa"/>
              <w:left w:w="45" w:type="dxa"/>
              <w:bottom w:w="45" w:type="dxa"/>
              <w:right w:w="45" w:type="dxa"/>
            </w:tcMar>
            <w:vAlign w:val="center"/>
          </w:tcPr>
          <w:p w14:paraId="1B174332" w14:textId="77777777" w:rsidR="00BB27C4" w:rsidRDefault="00000000">
            <w:pPr>
              <w:spacing w:after="0"/>
            </w:pPr>
            <w:r>
              <w:rPr>
                <w:b/>
                <w:color w:val="1F2933"/>
                <w:sz w:val="14"/>
              </w:rPr>
              <w:t>10</w:t>
            </w:r>
          </w:p>
        </w:tc>
        <w:tc>
          <w:tcPr>
            <w:tcW w:w="3366" w:type="dxa"/>
            <w:tcMar>
              <w:top w:w="45" w:type="dxa"/>
              <w:left w:w="45" w:type="dxa"/>
              <w:bottom w:w="45" w:type="dxa"/>
              <w:right w:w="45" w:type="dxa"/>
            </w:tcMar>
            <w:vAlign w:val="center"/>
          </w:tcPr>
          <w:p w14:paraId="6679960D" w14:textId="77777777" w:rsidR="00BB27C4" w:rsidRDefault="00BB27C4">
            <w:pPr>
              <w:spacing w:after="0"/>
              <w:jc w:val="center"/>
            </w:pPr>
          </w:p>
        </w:tc>
        <w:tc>
          <w:tcPr>
            <w:tcW w:w="4661" w:type="dxa"/>
            <w:tcMar>
              <w:top w:w="45" w:type="dxa"/>
              <w:left w:w="45" w:type="dxa"/>
              <w:bottom w:w="45" w:type="dxa"/>
              <w:right w:w="45" w:type="dxa"/>
            </w:tcMar>
            <w:vAlign w:val="center"/>
          </w:tcPr>
          <w:p w14:paraId="617E5619" w14:textId="77777777" w:rsidR="00BB27C4" w:rsidRDefault="00BB27C4">
            <w:pPr>
              <w:spacing w:after="0"/>
              <w:jc w:val="center"/>
            </w:pPr>
          </w:p>
        </w:tc>
        <w:tc>
          <w:tcPr>
            <w:tcW w:w="4409" w:type="dxa"/>
            <w:tcMar>
              <w:top w:w="45" w:type="dxa"/>
              <w:left w:w="45" w:type="dxa"/>
              <w:bottom w:w="45" w:type="dxa"/>
              <w:right w:w="45" w:type="dxa"/>
            </w:tcMar>
            <w:vAlign w:val="center"/>
          </w:tcPr>
          <w:p w14:paraId="46B9F411" w14:textId="77777777" w:rsidR="00BB27C4" w:rsidRDefault="00BB27C4">
            <w:pPr>
              <w:spacing w:after="0"/>
              <w:jc w:val="center"/>
            </w:pPr>
          </w:p>
        </w:tc>
      </w:tr>
      <w:tr w:rsidR="00BB27C4" w14:paraId="51BCC160" w14:textId="77777777" w:rsidTr="00BB7B50">
        <w:trPr>
          <w:trHeight w:val="226"/>
          <w:jc w:val="center"/>
        </w:trPr>
        <w:tc>
          <w:tcPr>
            <w:tcW w:w="3366" w:type="dxa"/>
            <w:tcMar>
              <w:top w:w="45" w:type="dxa"/>
              <w:left w:w="45" w:type="dxa"/>
              <w:bottom w:w="45" w:type="dxa"/>
              <w:right w:w="45" w:type="dxa"/>
            </w:tcMar>
            <w:vAlign w:val="center"/>
          </w:tcPr>
          <w:p w14:paraId="187D6FA4" w14:textId="77777777" w:rsidR="00BB27C4" w:rsidRDefault="00000000">
            <w:pPr>
              <w:spacing w:after="0"/>
            </w:pPr>
            <w:r>
              <w:rPr>
                <w:b/>
                <w:color w:val="1F2933"/>
                <w:sz w:val="14"/>
              </w:rPr>
              <w:t>11</w:t>
            </w:r>
          </w:p>
        </w:tc>
        <w:tc>
          <w:tcPr>
            <w:tcW w:w="3366" w:type="dxa"/>
            <w:tcMar>
              <w:top w:w="45" w:type="dxa"/>
              <w:left w:w="45" w:type="dxa"/>
              <w:bottom w:w="45" w:type="dxa"/>
              <w:right w:w="45" w:type="dxa"/>
            </w:tcMar>
            <w:vAlign w:val="center"/>
          </w:tcPr>
          <w:p w14:paraId="1F30AD17" w14:textId="77777777" w:rsidR="00BB27C4" w:rsidRDefault="00BB27C4">
            <w:pPr>
              <w:spacing w:after="0"/>
              <w:jc w:val="center"/>
            </w:pPr>
          </w:p>
        </w:tc>
        <w:tc>
          <w:tcPr>
            <w:tcW w:w="4661" w:type="dxa"/>
            <w:tcMar>
              <w:top w:w="45" w:type="dxa"/>
              <w:left w:w="45" w:type="dxa"/>
              <w:bottom w:w="45" w:type="dxa"/>
              <w:right w:w="45" w:type="dxa"/>
            </w:tcMar>
            <w:vAlign w:val="center"/>
          </w:tcPr>
          <w:p w14:paraId="296CFBE9" w14:textId="77777777" w:rsidR="00BB27C4" w:rsidRDefault="00BB27C4">
            <w:pPr>
              <w:spacing w:after="0"/>
              <w:jc w:val="center"/>
            </w:pPr>
          </w:p>
        </w:tc>
        <w:tc>
          <w:tcPr>
            <w:tcW w:w="4409" w:type="dxa"/>
            <w:tcMar>
              <w:top w:w="45" w:type="dxa"/>
              <w:left w:w="45" w:type="dxa"/>
              <w:bottom w:w="45" w:type="dxa"/>
              <w:right w:w="45" w:type="dxa"/>
            </w:tcMar>
            <w:vAlign w:val="center"/>
          </w:tcPr>
          <w:p w14:paraId="5508E818" w14:textId="77777777" w:rsidR="00BB27C4" w:rsidRDefault="00BB27C4">
            <w:pPr>
              <w:spacing w:after="0"/>
              <w:jc w:val="center"/>
            </w:pPr>
          </w:p>
        </w:tc>
      </w:tr>
      <w:tr w:rsidR="00BB27C4" w14:paraId="7AA177E0" w14:textId="77777777" w:rsidTr="00BB7B50">
        <w:trPr>
          <w:trHeight w:val="226"/>
          <w:jc w:val="center"/>
        </w:trPr>
        <w:tc>
          <w:tcPr>
            <w:tcW w:w="3366" w:type="dxa"/>
            <w:tcMar>
              <w:top w:w="45" w:type="dxa"/>
              <w:left w:w="45" w:type="dxa"/>
              <w:bottom w:w="45" w:type="dxa"/>
              <w:right w:w="45" w:type="dxa"/>
            </w:tcMar>
            <w:vAlign w:val="center"/>
          </w:tcPr>
          <w:p w14:paraId="515365DA" w14:textId="77777777" w:rsidR="00BB27C4" w:rsidRDefault="00000000">
            <w:pPr>
              <w:spacing w:after="0"/>
            </w:pPr>
            <w:r>
              <w:rPr>
                <w:b/>
                <w:color w:val="1F2933"/>
                <w:sz w:val="14"/>
              </w:rPr>
              <w:t>12</w:t>
            </w:r>
          </w:p>
        </w:tc>
        <w:tc>
          <w:tcPr>
            <w:tcW w:w="3366" w:type="dxa"/>
            <w:tcMar>
              <w:top w:w="45" w:type="dxa"/>
              <w:left w:w="45" w:type="dxa"/>
              <w:bottom w:w="45" w:type="dxa"/>
              <w:right w:w="45" w:type="dxa"/>
            </w:tcMar>
            <w:vAlign w:val="center"/>
          </w:tcPr>
          <w:p w14:paraId="07773E35" w14:textId="77777777" w:rsidR="00BB27C4" w:rsidRDefault="00BB27C4">
            <w:pPr>
              <w:spacing w:after="0"/>
              <w:jc w:val="center"/>
            </w:pPr>
          </w:p>
        </w:tc>
        <w:tc>
          <w:tcPr>
            <w:tcW w:w="4661" w:type="dxa"/>
            <w:tcMar>
              <w:top w:w="45" w:type="dxa"/>
              <w:left w:w="45" w:type="dxa"/>
              <w:bottom w:w="45" w:type="dxa"/>
              <w:right w:w="45" w:type="dxa"/>
            </w:tcMar>
            <w:vAlign w:val="center"/>
          </w:tcPr>
          <w:p w14:paraId="049A1AD9" w14:textId="77777777" w:rsidR="00BB27C4" w:rsidRDefault="00BB27C4">
            <w:pPr>
              <w:spacing w:after="0"/>
              <w:jc w:val="center"/>
            </w:pPr>
          </w:p>
        </w:tc>
        <w:tc>
          <w:tcPr>
            <w:tcW w:w="4409" w:type="dxa"/>
            <w:tcMar>
              <w:top w:w="45" w:type="dxa"/>
              <w:left w:w="45" w:type="dxa"/>
              <w:bottom w:w="45" w:type="dxa"/>
              <w:right w:w="45" w:type="dxa"/>
            </w:tcMar>
            <w:vAlign w:val="center"/>
          </w:tcPr>
          <w:p w14:paraId="2704B506" w14:textId="77777777" w:rsidR="00BB27C4" w:rsidRDefault="00BB27C4">
            <w:pPr>
              <w:spacing w:after="0"/>
              <w:jc w:val="center"/>
            </w:pPr>
          </w:p>
        </w:tc>
      </w:tr>
      <w:tr w:rsidR="00BB27C4" w14:paraId="754A300B" w14:textId="77777777" w:rsidTr="00BB7B50">
        <w:trPr>
          <w:trHeight w:val="215"/>
          <w:jc w:val="center"/>
        </w:trPr>
        <w:tc>
          <w:tcPr>
            <w:tcW w:w="3366" w:type="dxa"/>
            <w:tcMar>
              <w:top w:w="45" w:type="dxa"/>
              <w:left w:w="45" w:type="dxa"/>
              <w:bottom w:w="45" w:type="dxa"/>
              <w:right w:w="45" w:type="dxa"/>
            </w:tcMar>
            <w:vAlign w:val="center"/>
          </w:tcPr>
          <w:p w14:paraId="1F80BE45" w14:textId="77777777" w:rsidR="00BB27C4" w:rsidRDefault="00000000">
            <w:pPr>
              <w:spacing w:after="0"/>
            </w:pPr>
            <w:r>
              <w:rPr>
                <w:b/>
                <w:color w:val="1F2933"/>
                <w:sz w:val="14"/>
              </w:rPr>
              <w:t>13</w:t>
            </w:r>
          </w:p>
        </w:tc>
        <w:tc>
          <w:tcPr>
            <w:tcW w:w="3366" w:type="dxa"/>
            <w:tcMar>
              <w:top w:w="45" w:type="dxa"/>
              <w:left w:w="45" w:type="dxa"/>
              <w:bottom w:w="45" w:type="dxa"/>
              <w:right w:w="45" w:type="dxa"/>
            </w:tcMar>
            <w:vAlign w:val="center"/>
          </w:tcPr>
          <w:p w14:paraId="29101424" w14:textId="77777777" w:rsidR="00BB27C4" w:rsidRDefault="00BB27C4">
            <w:pPr>
              <w:spacing w:after="0"/>
              <w:jc w:val="center"/>
            </w:pPr>
          </w:p>
        </w:tc>
        <w:tc>
          <w:tcPr>
            <w:tcW w:w="4661" w:type="dxa"/>
            <w:tcMar>
              <w:top w:w="45" w:type="dxa"/>
              <w:left w:w="45" w:type="dxa"/>
              <w:bottom w:w="45" w:type="dxa"/>
              <w:right w:w="45" w:type="dxa"/>
            </w:tcMar>
            <w:vAlign w:val="center"/>
          </w:tcPr>
          <w:p w14:paraId="68E16FF5" w14:textId="77777777" w:rsidR="00BB27C4" w:rsidRDefault="00BB27C4">
            <w:pPr>
              <w:spacing w:after="0"/>
              <w:jc w:val="center"/>
            </w:pPr>
          </w:p>
        </w:tc>
        <w:tc>
          <w:tcPr>
            <w:tcW w:w="4409" w:type="dxa"/>
            <w:tcMar>
              <w:top w:w="45" w:type="dxa"/>
              <w:left w:w="45" w:type="dxa"/>
              <w:bottom w:w="45" w:type="dxa"/>
              <w:right w:w="45" w:type="dxa"/>
            </w:tcMar>
            <w:vAlign w:val="center"/>
          </w:tcPr>
          <w:p w14:paraId="2B9103C4" w14:textId="77777777" w:rsidR="00BB27C4" w:rsidRDefault="00BB27C4">
            <w:pPr>
              <w:spacing w:after="0"/>
              <w:jc w:val="center"/>
            </w:pPr>
          </w:p>
        </w:tc>
      </w:tr>
      <w:tr w:rsidR="00BB27C4" w14:paraId="7924DA56" w14:textId="77777777" w:rsidTr="00BB7B50">
        <w:trPr>
          <w:trHeight w:val="226"/>
          <w:jc w:val="center"/>
        </w:trPr>
        <w:tc>
          <w:tcPr>
            <w:tcW w:w="3366" w:type="dxa"/>
            <w:tcMar>
              <w:top w:w="45" w:type="dxa"/>
              <w:left w:w="45" w:type="dxa"/>
              <w:bottom w:w="45" w:type="dxa"/>
              <w:right w:w="45" w:type="dxa"/>
            </w:tcMar>
            <w:vAlign w:val="center"/>
          </w:tcPr>
          <w:p w14:paraId="3A221EE4" w14:textId="77777777" w:rsidR="00BB27C4" w:rsidRDefault="00000000">
            <w:pPr>
              <w:spacing w:after="0"/>
            </w:pPr>
            <w:r>
              <w:rPr>
                <w:b/>
                <w:color w:val="1F2933"/>
                <w:sz w:val="14"/>
              </w:rPr>
              <w:t>14</w:t>
            </w:r>
          </w:p>
        </w:tc>
        <w:tc>
          <w:tcPr>
            <w:tcW w:w="3366" w:type="dxa"/>
            <w:tcMar>
              <w:top w:w="45" w:type="dxa"/>
              <w:left w:w="45" w:type="dxa"/>
              <w:bottom w:w="45" w:type="dxa"/>
              <w:right w:w="45" w:type="dxa"/>
            </w:tcMar>
            <w:vAlign w:val="center"/>
          </w:tcPr>
          <w:p w14:paraId="4A07E546" w14:textId="77777777" w:rsidR="00BB27C4" w:rsidRDefault="00BB27C4">
            <w:pPr>
              <w:spacing w:after="0"/>
              <w:jc w:val="center"/>
            </w:pPr>
          </w:p>
        </w:tc>
        <w:tc>
          <w:tcPr>
            <w:tcW w:w="4661" w:type="dxa"/>
            <w:tcMar>
              <w:top w:w="45" w:type="dxa"/>
              <w:left w:w="45" w:type="dxa"/>
              <w:bottom w:w="45" w:type="dxa"/>
              <w:right w:w="45" w:type="dxa"/>
            </w:tcMar>
            <w:vAlign w:val="center"/>
          </w:tcPr>
          <w:p w14:paraId="2BF37D1B" w14:textId="77777777" w:rsidR="00BB27C4" w:rsidRDefault="00BB27C4">
            <w:pPr>
              <w:spacing w:after="0"/>
              <w:jc w:val="center"/>
            </w:pPr>
          </w:p>
        </w:tc>
        <w:tc>
          <w:tcPr>
            <w:tcW w:w="4409" w:type="dxa"/>
            <w:tcMar>
              <w:top w:w="45" w:type="dxa"/>
              <w:left w:w="45" w:type="dxa"/>
              <w:bottom w:w="45" w:type="dxa"/>
              <w:right w:w="45" w:type="dxa"/>
            </w:tcMar>
            <w:vAlign w:val="center"/>
          </w:tcPr>
          <w:p w14:paraId="37134402" w14:textId="77777777" w:rsidR="00BB27C4" w:rsidRDefault="00BB27C4">
            <w:pPr>
              <w:spacing w:after="0"/>
              <w:jc w:val="center"/>
            </w:pPr>
          </w:p>
        </w:tc>
      </w:tr>
      <w:tr w:rsidR="00BB27C4" w14:paraId="1EA450BB" w14:textId="77777777" w:rsidTr="00BB7B50">
        <w:trPr>
          <w:trHeight w:val="226"/>
          <w:jc w:val="center"/>
        </w:trPr>
        <w:tc>
          <w:tcPr>
            <w:tcW w:w="3366" w:type="dxa"/>
            <w:tcMar>
              <w:top w:w="45" w:type="dxa"/>
              <w:left w:w="45" w:type="dxa"/>
              <w:bottom w:w="45" w:type="dxa"/>
              <w:right w:w="45" w:type="dxa"/>
            </w:tcMar>
            <w:vAlign w:val="center"/>
          </w:tcPr>
          <w:p w14:paraId="15D91EBD" w14:textId="77777777" w:rsidR="00BB27C4" w:rsidRDefault="00000000">
            <w:pPr>
              <w:spacing w:after="0"/>
            </w:pPr>
            <w:r>
              <w:rPr>
                <w:b/>
                <w:color w:val="1F2933"/>
                <w:sz w:val="14"/>
              </w:rPr>
              <w:t>15</w:t>
            </w:r>
          </w:p>
        </w:tc>
        <w:tc>
          <w:tcPr>
            <w:tcW w:w="3366" w:type="dxa"/>
            <w:tcMar>
              <w:top w:w="45" w:type="dxa"/>
              <w:left w:w="45" w:type="dxa"/>
              <w:bottom w:w="45" w:type="dxa"/>
              <w:right w:w="45" w:type="dxa"/>
            </w:tcMar>
            <w:vAlign w:val="center"/>
          </w:tcPr>
          <w:p w14:paraId="457CF820" w14:textId="77777777" w:rsidR="00BB27C4" w:rsidRDefault="00BB27C4">
            <w:pPr>
              <w:spacing w:after="0"/>
              <w:jc w:val="center"/>
            </w:pPr>
          </w:p>
        </w:tc>
        <w:tc>
          <w:tcPr>
            <w:tcW w:w="4661" w:type="dxa"/>
            <w:tcMar>
              <w:top w:w="45" w:type="dxa"/>
              <w:left w:w="45" w:type="dxa"/>
              <w:bottom w:w="45" w:type="dxa"/>
              <w:right w:w="45" w:type="dxa"/>
            </w:tcMar>
            <w:vAlign w:val="center"/>
          </w:tcPr>
          <w:p w14:paraId="6647B7B1" w14:textId="77777777" w:rsidR="00BB27C4" w:rsidRDefault="00BB27C4">
            <w:pPr>
              <w:spacing w:after="0"/>
              <w:jc w:val="center"/>
            </w:pPr>
          </w:p>
        </w:tc>
        <w:tc>
          <w:tcPr>
            <w:tcW w:w="4409" w:type="dxa"/>
            <w:tcMar>
              <w:top w:w="45" w:type="dxa"/>
              <w:left w:w="45" w:type="dxa"/>
              <w:bottom w:w="45" w:type="dxa"/>
              <w:right w:w="45" w:type="dxa"/>
            </w:tcMar>
            <w:vAlign w:val="center"/>
          </w:tcPr>
          <w:p w14:paraId="685EF9DC" w14:textId="77777777" w:rsidR="00BB27C4" w:rsidRDefault="00BB27C4">
            <w:pPr>
              <w:spacing w:after="0"/>
              <w:jc w:val="center"/>
            </w:pPr>
          </w:p>
        </w:tc>
      </w:tr>
      <w:tr w:rsidR="00BB27C4" w14:paraId="18136E17" w14:textId="77777777" w:rsidTr="00BB7B50">
        <w:trPr>
          <w:trHeight w:val="215"/>
          <w:jc w:val="center"/>
        </w:trPr>
        <w:tc>
          <w:tcPr>
            <w:tcW w:w="3366" w:type="dxa"/>
            <w:tcMar>
              <w:top w:w="45" w:type="dxa"/>
              <w:left w:w="45" w:type="dxa"/>
              <w:bottom w:w="45" w:type="dxa"/>
              <w:right w:w="45" w:type="dxa"/>
            </w:tcMar>
            <w:vAlign w:val="center"/>
          </w:tcPr>
          <w:p w14:paraId="20B9C750" w14:textId="77777777" w:rsidR="00BB27C4" w:rsidRDefault="00000000">
            <w:pPr>
              <w:spacing w:after="0"/>
            </w:pPr>
            <w:r>
              <w:rPr>
                <w:b/>
                <w:color w:val="1F2933"/>
                <w:sz w:val="14"/>
              </w:rPr>
              <w:t>16</w:t>
            </w:r>
          </w:p>
        </w:tc>
        <w:tc>
          <w:tcPr>
            <w:tcW w:w="3366" w:type="dxa"/>
            <w:tcMar>
              <w:top w:w="45" w:type="dxa"/>
              <w:left w:w="45" w:type="dxa"/>
              <w:bottom w:w="45" w:type="dxa"/>
              <w:right w:w="45" w:type="dxa"/>
            </w:tcMar>
            <w:vAlign w:val="center"/>
          </w:tcPr>
          <w:p w14:paraId="12201671" w14:textId="77777777" w:rsidR="00BB27C4" w:rsidRDefault="00BB27C4">
            <w:pPr>
              <w:spacing w:after="0"/>
              <w:jc w:val="center"/>
            </w:pPr>
          </w:p>
        </w:tc>
        <w:tc>
          <w:tcPr>
            <w:tcW w:w="4661" w:type="dxa"/>
            <w:tcMar>
              <w:top w:w="45" w:type="dxa"/>
              <w:left w:w="45" w:type="dxa"/>
              <w:bottom w:w="45" w:type="dxa"/>
              <w:right w:w="45" w:type="dxa"/>
            </w:tcMar>
            <w:vAlign w:val="center"/>
          </w:tcPr>
          <w:p w14:paraId="7409A060" w14:textId="77777777" w:rsidR="00BB27C4" w:rsidRDefault="00BB27C4">
            <w:pPr>
              <w:spacing w:after="0"/>
              <w:jc w:val="center"/>
            </w:pPr>
          </w:p>
        </w:tc>
        <w:tc>
          <w:tcPr>
            <w:tcW w:w="4409" w:type="dxa"/>
            <w:tcMar>
              <w:top w:w="45" w:type="dxa"/>
              <w:left w:w="45" w:type="dxa"/>
              <w:bottom w:w="45" w:type="dxa"/>
              <w:right w:w="45" w:type="dxa"/>
            </w:tcMar>
            <w:vAlign w:val="center"/>
          </w:tcPr>
          <w:p w14:paraId="305A6CFA" w14:textId="77777777" w:rsidR="00BB27C4" w:rsidRDefault="00BB27C4">
            <w:pPr>
              <w:spacing w:after="0"/>
              <w:jc w:val="center"/>
            </w:pPr>
          </w:p>
        </w:tc>
      </w:tr>
      <w:tr w:rsidR="00BB27C4" w14:paraId="23A4A7A3" w14:textId="77777777" w:rsidTr="00BB7B50">
        <w:trPr>
          <w:trHeight w:val="226"/>
          <w:jc w:val="center"/>
        </w:trPr>
        <w:tc>
          <w:tcPr>
            <w:tcW w:w="3366" w:type="dxa"/>
            <w:tcMar>
              <w:top w:w="45" w:type="dxa"/>
              <w:left w:w="45" w:type="dxa"/>
              <w:bottom w:w="45" w:type="dxa"/>
              <w:right w:w="45" w:type="dxa"/>
            </w:tcMar>
            <w:vAlign w:val="center"/>
          </w:tcPr>
          <w:p w14:paraId="3C7335D5" w14:textId="77777777" w:rsidR="00BB27C4" w:rsidRDefault="00000000">
            <w:pPr>
              <w:spacing w:after="0"/>
            </w:pPr>
            <w:r>
              <w:rPr>
                <w:b/>
                <w:color w:val="1F2933"/>
                <w:sz w:val="14"/>
              </w:rPr>
              <w:t>17</w:t>
            </w:r>
          </w:p>
        </w:tc>
        <w:tc>
          <w:tcPr>
            <w:tcW w:w="3366" w:type="dxa"/>
            <w:tcMar>
              <w:top w:w="45" w:type="dxa"/>
              <w:left w:w="45" w:type="dxa"/>
              <w:bottom w:w="45" w:type="dxa"/>
              <w:right w:w="45" w:type="dxa"/>
            </w:tcMar>
            <w:vAlign w:val="center"/>
          </w:tcPr>
          <w:p w14:paraId="2AE4FF2D" w14:textId="77777777" w:rsidR="00BB27C4" w:rsidRDefault="00BB27C4">
            <w:pPr>
              <w:spacing w:after="0"/>
              <w:jc w:val="center"/>
            </w:pPr>
          </w:p>
        </w:tc>
        <w:tc>
          <w:tcPr>
            <w:tcW w:w="4661" w:type="dxa"/>
            <w:tcMar>
              <w:top w:w="45" w:type="dxa"/>
              <w:left w:w="45" w:type="dxa"/>
              <w:bottom w:w="45" w:type="dxa"/>
              <w:right w:w="45" w:type="dxa"/>
            </w:tcMar>
            <w:vAlign w:val="center"/>
          </w:tcPr>
          <w:p w14:paraId="2E1E302C" w14:textId="77777777" w:rsidR="00BB27C4" w:rsidRDefault="00BB27C4">
            <w:pPr>
              <w:spacing w:after="0"/>
              <w:jc w:val="center"/>
            </w:pPr>
          </w:p>
        </w:tc>
        <w:tc>
          <w:tcPr>
            <w:tcW w:w="4409" w:type="dxa"/>
            <w:tcMar>
              <w:top w:w="45" w:type="dxa"/>
              <w:left w:w="45" w:type="dxa"/>
              <w:bottom w:w="45" w:type="dxa"/>
              <w:right w:w="45" w:type="dxa"/>
            </w:tcMar>
            <w:vAlign w:val="center"/>
          </w:tcPr>
          <w:p w14:paraId="572AE51F" w14:textId="77777777" w:rsidR="00BB27C4" w:rsidRDefault="00BB27C4">
            <w:pPr>
              <w:spacing w:after="0"/>
              <w:jc w:val="center"/>
            </w:pPr>
          </w:p>
        </w:tc>
      </w:tr>
    </w:tbl>
    <w:p w14:paraId="7EBFD5BA" w14:textId="77777777" w:rsidR="00BB27C4" w:rsidRDefault="00000000">
      <w:r>
        <w:br w:type="page"/>
      </w:r>
    </w:p>
    <w:p w14:paraId="207745A5" w14:textId="77777777" w:rsidR="00BB27C4" w:rsidRDefault="00000000">
      <w:pPr>
        <w:spacing w:after="40"/>
      </w:pPr>
      <w:r>
        <w:rPr>
          <w:rFonts w:ascii="Aptos Display" w:hAnsi="Aptos Display"/>
          <w:b/>
          <w:color w:val="102632"/>
          <w:sz w:val="36"/>
        </w:rPr>
        <w:lastRenderedPageBreak/>
        <w:t>DAMAGE, COMMENTS &amp; ACKNOWLEDGEMENT</w:t>
      </w:r>
    </w:p>
    <w:p w14:paraId="1AB79533" w14:textId="77777777" w:rsidR="00BB27C4" w:rsidRDefault="00000000">
      <w:pPr>
        <w:spacing w:after="80"/>
      </w:pPr>
      <w:r>
        <w:rPr>
          <w:color w:val="6B7280"/>
        </w:rPr>
        <w:t>Final notes and signatures.</w:t>
      </w: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4688"/>
      </w:tblGrid>
      <w:tr w:rsidR="00BB27C4" w14:paraId="24AE8CA6" w14:textId="77777777">
        <w:trPr>
          <w:jc w:val="center"/>
        </w:trPr>
        <w:tc>
          <w:tcPr>
            <w:tcW w:w="14688" w:type="dxa"/>
            <w:shd w:val="clear" w:color="auto" w:fill="F2EBDC"/>
            <w:tcMar>
              <w:top w:w="45" w:type="dxa"/>
              <w:left w:w="45" w:type="dxa"/>
              <w:bottom w:w="45" w:type="dxa"/>
              <w:right w:w="45" w:type="dxa"/>
            </w:tcMar>
            <w:vAlign w:val="center"/>
          </w:tcPr>
          <w:p w14:paraId="0FE3793B" w14:textId="77777777" w:rsidR="00BB27C4" w:rsidRDefault="00000000">
            <w:pPr>
              <w:spacing w:after="0"/>
            </w:pPr>
            <w:r>
              <w:rPr>
                <w:b/>
                <w:color w:val="102632"/>
                <w:sz w:val="18"/>
              </w:rPr>
              <w:t>PRE-EXISTING DAMAGE / REPAIR NOTES</w:t>
            </w:r>
          </w:p>
        </w:tc>
      </w:tr>
    </w:tbl>
    <w:p w14:paraId="57568954" w14:textId="77777777" w:rsidR="00BB27C4" w:rsidRDefault="00BB27C4">
      <w:pPr>
        <w:spacing w:after="20"/>
      </w:pPr>
    </w:p>
    <w:tbl>
      <w:tblPr>
        <w:tblW w:w="0" w:type="auto"/>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4688"/>
      </w:tblGrid>
      <w:tr w:rsidR="00BB27C4" w14:paraId="6B3C059E" w14:textId="77777777">
        <w:trPr>
          <w:trHeight w:val="403"/>
        </w:trPr>
        <w:tc>
          <w:tcPr>
            <w:tcW w:w="14688" w:type="dxa"/>
            <w:tcMar>
              <w:top w:w="45" w:type="dxa"/>
              <w:left w:w="45" w:type="dxa"/>
              <w:bottom w:w="45" w:type="dxa"/>
              <w:right w:w="45" w:type="dxa"/>
            </w:tcMar>
            <w:vAlign w:val="center"/>
          </w:tcPr>
          <w:p w14:paraId="2DDF513B" w14:textId="77777777" w:rsidR="00BB27C4" w:rsidRDefault="00BB27C4">
            <w:pPr>
              <w:spacing w:after="0"/>
            </w:pPr>
          </w:p>
        </w:tc>
      </w:tr>
      <w:tr w:rsidR="00BB27C4" w14:paraId="261DE9E2" w14:textId="77777777">
        <w:trPr>
          <w:trHeight w:val="403"/>
        </w:trPr>
        <w:tc>
          <w:tcPr>
            <w:tcW w:w="14688" w:type="dxa"/>
            <w:tcMar>
              <w:top w:w="45" w:type="dxa"/>
              <w:left w:w="45" w:type="dxa"/>
              <w:bottom w:w="45" w:type="dxa"/>
              <w:right w:w="45" w:type="dxa"/>
            </w:tcMar>
            <w:vAlign w:val="center"/>
          </w:tcPr>
          <w:p w14:paraId="78B07FA6" w14:textId="77777777" w:rsidR="00BB27C4" w:rsidRDefault="00BB27C4">
            <w:pPr>
              <w:spacing w:after="0"/>
            </w:pPr>
          </w:p>
        </w:tc>
      </w:tr>
      <w:tr w:rsidR="00BB27C4" w14:paraId="41EBB135" w14:textId="77777777">
        <w:trPr>
          <w:trHeight w:val="403"/>
        </w:trPr>
        <w:tc>
          <w:tcPr>
            <w:tcW w:w="14688" w:type="dxa"/>
            <w:tcMar>
              <w:top w:w="45" w:type="dxa"/>
              <w:left w:w="45" w:type="dxa"/>
              <w:bottom w:w="45" w:type="dxa"/>
              <w:right w:w="45" w:type="dxa"/>
            </w:tcMar>
            <w:vAlign w:val="center"/>
          </w:tcPr>
          <w:p w14:paraId="64A25033" w14:textId="77777777" w:rsidR="00BB27C4" w:rsidRDefault="00BB27C4">
            <w:pPr>
              <w:spacing w:after="0"/>
            </w:pPr>
          </w:p>
        </w:tc>
      </w:tr>
      <w:tr w:rsidR="00BB27C4" w14:paraId="5BEB11D6" w14:textId="77777777">
        <w:trPr>
          <w:trHeight w:val="403"/>
        </w:trPr>
        <w:tc>
          <w:tcPr>
            <w:tcW w:w="14688" w:type="dxa"/>
            <w:tcMar>
              <w:top w:w="45" w:type="dxa"/>
              <w:left w:w="45" w:type="dxa"/>
              <w:bottom w:w="45" w:type="dxa"/>
              <w:right w:w="45" w:type="dxa"/>
            </w:tcMar>
            <w:vAlign w:val="center"/>
          </w:tcPr>
          <w:p w14:paraId="09FA21B0" w14:textId="77777777" w:rsidR="00BB27C4" w:rsidRDefault="00BB27C4">
            <w:pPr>
              <w:spacing w:after="0"/>
            </w:pPr>
          </w:p>
        </w:tc>
      </w:tr>
      <w:tr w:rsidR="00BB27C4" w14:paraId="0CD28E07" w14:textId="77777777">
        <w:trPr>
          <w:trHeight w:val="403"/>
        </w:trPr>
        <w:tc>
          <w:tcPr>
            <w:tcW w:w="14688" w:type="dxa"/>
            <w:tcMar>
              <w:top w:w="45" w:type="dxa"/>
              <w:left w:w="45" w:type="dxa"/>
              <w:bottom w:w="45" w:type="dxa"/>
              <w:right w:w="45" w:type="dxa"/>
            </w:tcMar>
            <w:vAlign w:val="center"/>
          </w:tcPr>
          <w:p w14:paraId="641821B8" w14:textId="77777777" w:rsidR="00BB27C4" w:rsidRDefault="00BB27C4">
            <w:pPr>
              <w:spacing w:after="0"/>
            </w:pPr>
          </w:p>
        </w:tc>
      </w:tr>
      <w:tr w:rsidR="00BB27C4" w14:paraId="6F07573F" w14:textId="77777777">
        <w:trPr>
          <w:trHeight w:val="403"/>
        </w:trPr>
        <w:tc>
          <w:tcPr>
            <w:tcW w:w="14688" w:type="dxa"/>
            <w:tcMar>
              <w:top w:w="45" w:type="dxa"/>
              <w:left w:w="45" w:type="dxa"/>
              <w:bottom w:w="45" w:type="dxa"/>
              <w:right w:w="45" w:type="dxa"/>
            </w:tcMar>
            <w:vAlign w:val="center"/>
          </w:tcPr>
          <w:p w14:paraId="049F5187" w14:textId="77777777" w:rsidR="00BB27C4" w:rsidRDefault="00BB27C4">
            <w:pPr>
              <w:spacing w:after="0"/>
            </w:pPr>
          </w:p>
        </w:tc>
      </w:tr>
    </w:tbl>
    <w:p w14:paraId="2F75F183" w14:textId="77777777" w:rsidR="00BB27C4" w:rsidRDefault="00BB27C4">
      <w:pPr>
        <w:spacing w:after="20"/>
      </w:pPr>
    </w:p>
    <w:p w14:paraId="10868FA7" w14:textId="77777777" w:rsidR="00C54CB2" w:rsidRDefault="00C54CB2">
      <w:pPr>
        <w:spacing w:after="20"/>
      </w:pP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4688"/>
      </w:tblGrid>
      <w:tr w:rsidR="00C54CB2" w14:paraId="01BD838C" w14:textId="77777777" w:rsidTr="006D6AF3">
        <w:trPr>
          <w:jc w:val="center"/>
        </w:trPr>
        <w:tc>
          <w:tcPr>
            <w:tcW w:w="14688" w:type="dxa"/>
            <w:shd w:val="clear" w:color="auto" w:fill="F2EBDC"/>
            <w:tcMar>
              <w:top w:w="45" w:type="dxa"/>
              <w:left w:w="45" w:type="dxa"/>
              <w:bottom w:w="45" w:type="dxa"/>
              <w:right w:w="45" w:type="dxa"/>
            </w:tcMar>
            <w:vAlign w:val="center"/>
          </w:tcPr>
          <w:p w14:paraId="72A6BD6A" w14:textId="77777777" w:rsidR="00C54CB2" w:rsidRDefault="00C54CB2" w:rsidP="006D6AF3">
            <w:pPr>
              <w:spacing w:after="0"/>
            </w:pPr>
            <w:r>
              <w:rPr>
                <w:b/>
                <w:color w:val="102632"/>
                <w:sz w:val="18"/>
              </w:rPr>
              <w:t>TENANT COMMENTS AT CHECK-IN</w:t>
            </w:r>
          </w:p>
        </w:tc>
      </w:tr>
    </w:tbl>
    <w:p w14:paraId="1277034F" w14:textId="77777777" w:rsidR="00C54CB2" w:rsidRDefault="00C54CB2">
      <w:pPr>
        <w:spacing w:after="20"/>
      </w:pPr>
    </w:p>
    <w:p w14:paraId="30D190A4" w14:textId="77777777" w:rsidR="00C54CB2" w:rsidRDefault="00C54CB2">
      <w:pPr>
        <w:spacing w:after="20"/>
      </w:pPr>
    </w:p>
    <w:tbl>
      <w:tblPr>
        <w:tblW w:w="0" w:type="auto"/>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4688"/>
      </w:tblGrid>
      <w:tr w:rsidR="00BB27C4" w14:paraId="6C4EC5AB" w14:textId="77777777">
        <w:trPr>
          <w:trHeight w:val="403"/>
        </w:trPr>
        <w:tc>
          <w:tcPr>
            <w:tcW w:w="14688" w:type="dxa"/>
            <w:tcMar>
              <w:top w:w="45" w:type="dxa"/>
              <w:left w:w="45" w:type="dxa"/>
              <w:bottom w:w="45" w:type="dxa"/>
              <w:right w:w="45" w:type="dxa"/>
            </w:tcMar>
            <w:vAlign w:val="center"/>
          </w:tcPr>
          <w:p w14:paraId="5ABEFF23" w14:textId="77777777" w:rsidR="00BB27C4" w:rsidRDefault="00BB27C4">
            <w:pPr>
              <w:spacing w:after="0"/>
            </w:pPr>
          </w:p>
        </w:tc>
      </w:tr>
      <w:tr w:rsidR="00BB27C4" w14:paraId="5C317CAE" w14:textId="77777777">
        <w:trPr>
          <w:trHeight w:val="403"/>
        </w:trPr>
        <w:tc>
          <w:tcPr>
            <w:tcW w:w="14688" w:type="dxa"/>
            <w:tcMar>
              <w:top w:w="45" w:type="dxa"/>
              <w:left w:w="45" w:type="dxa"/>
              <w:bottom w:w="45" w:type="dxa"/>
              <w:right w:w="45" w:type="dxa"/>
            </w:tcMar>
            <w:vAlign w:val="center"/>
          </w:tcPr>
          <w:p w14:paraId="250216CD" w14:textId="77777777" w:rsidR="00BB27C4" w:rsidRDefault="00BB27C4">
            <w:pPr>
              <w:spacing w:after="0"/>
            </w:pPr>
          </w:p>
        </w:tc>
      </w:tr>
      <w:tr w:rsidR="00BB27C4" w14:paraId="2FE98C55" w14:textId="77777777">
        <w:trPr>
          <w:trHeight w:val="403"/>
        </w:trPr>
        <w:tc>
          <w:tcPr>
            <w:tcW w:w="14688" w:type="dxa"/>
            <w:tcMar>
              <w:top w:w="45" w:type="dxa"/>
              <w:left w:w="45" w:type="dxa"/>
              <w:bottom w:w="45" w:type="dxa"/>
              <w:right w:w="45" w:type="dxa"/>
            </w:tcMar>
            <w:vAlign w:val="center"/>
          </w:tcPr>
          <w:p w14:paraId="7189009D" w14:textId="77777777" w:rsidR="00BB27C4" w:rsidRDefault="00BB27C4">
            <w:pPr>
              <w:spacing w:after="0"/>
            </w:pPr>
          </w:p>
        </w:tc>
      </w:tr>
      <w:tr w:rsidR="00BB27C4" w14:paraId="3F41C534" w14:textId="77777777">
        <w:trPr>
          <w:trHeight w:val="403"/>
        </w:trPr>
        <w:tc>
          <w:tcPr>
            <w:tcW w:w="14688" w:type="dxa"/>
            <w:tcMar>
              <w:top w:w="45" w:type="dxa"/>
              <w:left w:w="45" w:type="dxa"/>
              <w:bottom w:w="45" w:type="dxa"/>
              <w:right w:w="45" w:type="dxa"/>
            </w:tcMar>
            <w:vAlign w:val="center"/>
          </w:tcPr>
          <w:p w14:paraId="2DB9781D" w14:textId="77777777" w:rsidR="00BB27C4" w:rsidRDefault="00BB27C4">
            <w:pPr>
              <w:spacing w:after="0"/>
            </w:pPr>
          </w:p>
        </w:tc>
      </w:tr>
      <w:tr w:rsidR="00BB7B50" w14:paraId="41B17B47" w14:textId="77777777">
        <w:trPr>
          <w:trHeight w:val="403"/>
        </w:trPr>
        <w:tc>
          <w:tcPr>
            <w:tcW w:w="14688" w:type="dxa"/>
            <w:tcMar>
              <w:top w:w="45" w:type="dxa"/>
              <w:left w:w="45" w:type="dxa"/>
              <w:bottom w:w="45" w:type="dxa"/>
              <w:right w:w="45" w:type="dxa"/>
            </w:tcMar>
            <w:vAlign w:val="center"/>
          </w:tcPr>
          <w:p w14:paraId="446A6BAC" w14:textId="77777777" w:rsidR="00BB7B50" w:rsidRDefault="00BB7B50">
            <w:pPr>
              <w:spacing w:after="0"/>
            </w:pPr>
          </w:p>
        </w:tc>
      </w:tr>
      <w:tr w:rsidR="00D476BB" w14:paraId="2D808574" w14:textId="77777777">
        <w:trPr>
          <w:trHeight w:val="403"/>
        </w:trPr>
        <w:tc>
          <w:tcPr>
            <w:tcW w:w="14688" w:type="dxa"/>
            <w:tcMar>
              <w:top w:w="45" w:type="dxa"/>
              <w:left w:w="45" w:type="dxa"/>
              <w:bottom w:w="45" w:type="dxa"/>
              <w:right w:w="45" w:type="dxa"/>
            </w:tcMar>
            <w:vAlign w:val="center"/>
          </w:tcPr>
          <w:p w14:paraId="255AF548" w14:textId="1A2D0E47" w:rsidR="00D476BB" w:rsidRDefault="00D476BB">
            <w:pPr>
              <w:spacing w:after="0"/>
            </w:pPr>
          </w:p>
        </w:tc>
      </w:tr>
    </w:tbl>
    <w:p w14:paraId="621F917C" w14:textId="77777777" w:rsidR="00BB27C4" w:rsidRDefault="00BB27C4">
      <w:pPr>
        <w:spacing w:after="20"/>
      </w:pPr>
    </w:p>
    <w:p w14:paraId="728E1C35" w14:textId="77777777" w:rsidR="00D476BB" w:rsidRDefault="00D476BB">
      <w:pPr>
        <w:spacing w:after="20"/>
      </w:pPr>
    </w:p>
    <w:p w14:paraId="4A8CA82F" w14:textId="77777777" w:rsidR="00D476BB" w:rsidRDefault="00D476BB">
      <w:pPr>
        <w:spacing w:after="20"/>
      </w:pPr>
    </w:p>
    <w:tbl>
      <w:tblPr>
        <w:tblW w:w="0" w:type="auto"/>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14688"/>
      </w:tblGrid>
      <w:tr w:rsidR="00D476BB" w14:paraId="1560B03B" w14:textId="77777777" w:rsidTr="006D6AF3">
        <w:trPr>
          <w:jc w:val="center"/>
        </w:trPr>
        <w:tc>
          <w:tcPr>
            <w:tcW w:w="14688" w:type="dxa"/>
            <w:shd w:val="clear" w:color="auto" w:fill="F2EBDC"/>
            <w:tcMar>
              <w:top w:w="45" w:type="dxa"/>
              <w:left w:w="45" w:type="dxa"/>
              <w:bottom w:w="45" w:type="dxa"/>
              <w:right w:w="45" w:type="dxa"/>
            </w:tcMar>
            <w:vAlign w:val="center"/>
          </w:tcPr>
          <w:p w14:paraId="4DD59277" w14:textId="77777777" w:rsidR="00D476BB" w:rsidRDefault="00D476BB" w:rsidP="006D6AF3">
            <w:pPr>
              <w:spacing w:after="0"/>
            </w:pPr>
            <w:r>
              <w:rPr>
                <w:b/>
                <w:color w:val="102632"/>
                <w:sz w:val="18"/>
              </w:rPr>
              <w:t>FINAL CHECK</w:t>
            </w:r>
          </w:p>
        </w:tc>
      </w:tr>
    </w:tbl>
    <w:p w14:paraId="1D88C0E1" w14:textId="77777777" w:rsidR="00D476BB" w:rsidRDefault="00D476BB">
      <w:pPr>
        <w:spacing w:after="20"/>
      </w:pPr>
    </w:p>
    <w:p w14:paraId="49A158B9" w14:textId="77777777" w:rsidR="00D476BB" w:rsidRDefault="00D476BB">
      <w:pPr>
        <w:spacing w:after="20"/>
      </w:pPr>
    </w:p>
    <w:tbl>
      <w:tblPr>
        <w:tblW w:w="16221" w:type="dxa"/>
        <w:jc w:val="center"/>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5647"/>
        <w:gridCol w:w="4791"/>
        <w:gridCol w:w="5783"/>
      </w:tblGrid>
      <w:tr w:rsidR="00BB27C4" w14:paraId="2C92AB75" w14:textId="77777777" w:rsidTr="00D476BB">
        <w:trPr>
          <w:trHeight w:val="190"/>
          <w:jc w:val="center"/>
        </w:trPr>
        <w:tc>
          <w:tcPr>
            <w:tcW w:w="5647" w:type="dxa"/>
            <w:shd w:val="clear" w:color="auto" w:fill="102632"/>
            <w:tcMar>
              <w:top w:w="45" w:type="dxa"/>
              <w:left w:w="45" w:type="dxa"/>
              <w:bottom w:w="45" w:type="dxa"/>
              <w:right w:w="45" w:type="dxa"/>
            </w:tcMar>
            <w:vAlign w:val="center"/>
          </w:tcPr>
          <w:p w14:paraId="701D1A9C" w14:textId="77777777" w:rsidR="00BB27C4" w:rsidRDefault="00000000">
            <w:pPr>
              <w:spacing w:after="0"/>
              <w:jc w:val="center"/>
            </w:pPr>
            <w:r>
              <w:rPr>
                <w:b/>
                <w:color w:val="F2EBDC"/>
                <w:sz w:val="14"/>
              </w:rPr>
              <w:t>Check</w:t>
            </w:r>
          </w:p>
        </w:tc>
        <w:tc>
          <w:tcPr>
            <w:tcW w:w="4791" w:type="dxa"/>
            <w:shd w:val="clear" w:color="auto" w:fill="102632"/>
            <w:tcMar>
              <w:top w:w="45" w:type="dxa"/>
              <w:left w:w="45" w:type="dxa"/>
              <w:bottom w:w="45" w:type="dxa"/>
              <w:right w:w="45" w:type="dxa"/>
            </w:tcMar>
            <w:vAlign w:val="center"/>
          </w:tcPr>
          <w:p w14:paraId="2792C756" w14:textId="77777777" w:rsidR="00BB27C4" w:rsidRDefault="00000000">
            <w:pPr>
              <w:spacing w:after="0"/>
              <w:jc w:val="center"/>
            </w:pPr>
            <w:r>
              <w:rPr>
                <w:b/>
                <w:color w:val="F2EBDC"/>
                <w:sz w:val="14"/>
              </w:rPr>
              <w:t>Complete</w:t>
            </w:r>
          </w:p>
        </w:tc>
        <w:tc>
          <w:tcPr>
            <w:tcW w:w="5782" w:type="dxa"/>
            <w:shd w:val="clear" w:color="auto" w:fill="102632"/>
            <w:tcMar>
              <w:top w:w="45" w:type="dxa"/>
              <w:left w:w="45" w:type="dxa"/>
              <w:bottom w:w="45" w:type="dxa"/>
              <w:right w:w="45" w:type="dxa"/>
            </w:tcMar>
            <w:vAlign w:val="center"/>
          </w:tcPr>
          <w:p w14:paraId="44F6010A" w14:textId="77777777" w:rsidR="00BB27C4" w:rsidRDefault="00000000">
            <w:pPr>
              <w:spacing w:after="0"/>
              <w:jc w:val="center"/>
            </w:pPr>
            <w:r>
              <w:rPr>
                <w:b/>
                <w:color w:val="F2EBDC"/>
                <w:sz w:val="14"/>
              </w:rPr>
              <w:t>Notes</w:t>
            </w:r>
          </w:p>
        </w:tc>
      </w:tr>
      <w:tr w:rsidR="00BB27C4" w14:paraId="20CA4B3E" w14:textId="77777777" w:rsidTr="00D476BB">
        <w:trPr>
          <w:trHeight w:val="220"/>
          <w:jc w:val="center"/>
        </w:trPr>
        <w:tc>
          <w:tcPr>
            <w:tcW w:w="5647" w:type="dxa"/>
            <w:tcMar>
              <w:top w:w="45" w:type="dxa"/>
              <w:left w:w="45" w:type="dxa"/>
              <w:bottom w:w="45" w:type="dxa"/>
              <w:right w:w="45" w:type="dxa"/>
            </w:tcMar>
            <w:vAlign w:val="center"/>
          </w:tcPr>
          <w:p w14:paraId="11C884A5" w14:textId="77777777" w:rsidR="00BB27C4" w:rsidRDefault="00000000">
            <w:pPr>
              <w:spacing w:after="0"/>
            </w:pPr>
            <w:r>
              <w:rPr>
                <w:b/>
                <w:color w:val="1F2933"/>
                <w:sz w:val="14"/>
              </w:rPr>
              <w:t>Inventory reviewed with tenant</w:t>
            </w:r>
          </w:p>
        </w:tc>
        <w:tc>
          <w:tcPr>
            <w:tcW w:w="4791" w:type="dxa"/>
            <w:tcMar>
              <w:top w:w="45" w:type="dxa"/>
              <w:left w:w="45" w:type="dxa"/>
              <w:bottom w:w="45" w:type="dxa"/>
              <w:right w:w="45" w:type="dxa"/>
            </w:tcMar>
            <w:vAlign w:val="center"/>
          </w:tcPr>
          <w:p w14:paraId="549558F3" w14:textId="77777777" w:rsidR="00BB27C4" w:rsidRDefault="00000000">
            <w:pPr>
              <w:spacing w:after="0"/>
              <w:jc w:val="center"/>
            </w:pPr>
            <w:r>
              <w:rPr>
                <w:color w:val="1F2933"/>
                <w:sz w:val="14"/>
              </w:rPr>
              <w:t>[ ] Yes  [ ] No</w:t>
            </w:r>
          </w:p>
        </w:tc>
        <w:tc>
          <w:tcPr>
            <w:tcW w:w="5782" w:type="dxa"/>
            <w:tcMar>
              <w:top w:w="45" w:type="dxa"/>
              <w:left w:w="45" w:type="dxa"/>
              <w:bottom w:w="45" w:type="dxa"/>
              <w:right w:w="45" w:type="dxa"/>
            </w:tcMar>
            <w:vAlign w:val="center"/>
          </w:tcPr>
          <w:p w14:paraId="00824629" w14:textId="77777777" w:rsidR="00BB27C4" w:rsidRDefault="00BB27C4">
            <w:pPr>
              <w:spacing w:after="0"/>
              <w:jc w:val="center"/>
            </w:pPr>
          </w:p>
        </w:tc>
      </w:tr>
      <w:tr w:rsidR="00BB27C4" w14:paraId="7937287E" w14:textId="77777777" w:rsidTr="00D476BB">
        <w:trPr>
          <w:trHeight w:val="210"/>
          <w:jc w:val="center"/>
        </w:trPr>
        <w:tc>
          <w:tcPr>
            <w:tcW w:w="5647" w:type="dxa"/>
            <w:tcMar>
              <w:top w:w="45" w:type="dxa"/>
              <w:left w:w="45" w:type="dxa"/>
              <w:bottom w:w="45" w:type="dxa"/>
              <w:right w:w="45" w:type="dxa"/>
            </w:tcMar>
            <w:vAlign w:val="center"/>
          </w:tcPr>
          <w:p w14:paraId="0BB553C8" w14:textId="77777777" w:rsidR="00BB27C4" w:rsidRDefault="00000000">
            <w:pPr>
              <w:spacing w:after="0"/>
            </w:pPr>
            <w:r>
              <w:rPr>
                <w:b/>
                <w:color w:val="1F2933"/>
                <w:sz w:val="14"/>
              </w:rPr>
              <w:t>Photographs supplied / stored</w:t>
            </w:r>
          </w:p>
        </w:tc>
        <w:tc>
          <w:tcPr>
            <w:tcW w:w="4791" w:type="dxa"/>
            <w:tcMar>
              <w:top w:w="45" w:type="dxa"/>
              <w:left w:w="45" w:type="dxa"/>
              <w:bottom w:w="45" w:type="dxa"/>
              <w:right w:w="45" w:type="dxa"/>
            </w:tcMar>
            <w:vAlign w:val="center"/>
          </w:tcPr>
          <w:p w14:paraId="465BDEDC" w14:textId="77777777" w:rsidR="00BB27C4" w:rsidRDefault="00000000">
            <w:pPr>
              <w:spacing w:after="0"/>
              <w:jc w:val="center"/>
            </w:pPr>
            <w:r>
              <w:rPr>
                <w:color w:val="1F2933"/>
                <w:sz w:val="14"/>
              </w:rPr>
              <w:t>[ ] Yes  [ ] No</w:t>
            </w:r>
          </w:p>
        </w:tc>
        <w:tc>
          <w:tcPr>
            <w:tcW w:w="5782" w:type="dxa"/>
            <w:tcMar>
              <w:top w:w="45" w:type="dxa"/>
              <w:left w:w="45" w:type="dxa"/>
              <w:bottom w:w="45" w:type="dxa"/>
              <w:right w:w="45" w:type="dxa"/>
            </w:tcMar>
            <w:vAlign w:val="center"/>
          </w:tcPr>
          <w:p w14:paraId="4D816CC9" w14:textId="77777777" w:rsidR="00BB27C4" w:rsidRDefault="00BB27C4">
            <w:pPr>
              <w:spacing w:after="0"/>
              <w:jc w:val="center"/>
            </w:pPr>
          </w:p>
        </w:tc>
      </w:tr>
      <w:tr w:rsidR="00BB27C4" w14:paraId="1EC69451" w14:textId="77777777" w:rsidTr="00D476BB">
        <w:trPr>
          <w:trHeight w:val="220"/>
          <w:jc w:val="center"/>
        </w:trPr>
        <w:tc>
          <w:tcPr>
            <w:tcW w:w="5647" w:type="dxa"/>
            <w:tcMar>
              <w:top w:w="45" w:type="dxa"/>
              <w:left w:w="45" w:type="dxa"/>
              <w:bottom w:w="45" w:type="dxa"/>
              <w:right w:w="45" w:type="dxa"/>
            </w:tcMar>
            <w:vAlign w:val="center"/>
          </w:tcPr>
          <w:p w14:paraId="541962EE" w14:textId="77777777" w:rsidR="00BB27C4" w:rsidRDefault="00000000">
            <w:pPr>
              <w:spacing w:after="0"/>
            </w:pPr>
            <w:r>
              <w:rPr>
                <w:b/>
                <w:color w:val="1F2933"/>
                <w:sz w:val="14"/>
              </w:rPr>
              <w:t>Meter readings recorded</w:t>
            </w:r>
          </w:p>
        </w:tc>
        <w:tc>
          <w:tcPr>
            <w:tcW w:w="4791" w:type="dxa"/>
            <w:tcMar>
              <w:top w:w="45" w:type="dxa"/>
              <w:left w:w="45" w:type="dxa"/>
              <w:bottom w:w="45" w:type="dxa"/>
              <w:right w:w="45" w:type="dxa"/>
            </w:tcMar>
            <w:vAlign w:val="center"/>
          </w:tcPr>
          <w:p w14:paraId="6CF539B9" w14:textId="77777777" w:rsidR="00BB27C4" w:rsidRDefault="00000000">
            <w:pPr>
              <w:spacing w:after="0"/>
              <w:jc w:val="center"/>
            </w:pPr>
            <w:r>
              <w:rPr>
                <w:color w:val="1F2933"/>
                <w:sz w:val="14"/>
              </w:rPr>
              <w:t>[ ] Yes  [ ] No</w:t>
            </w:r>
          </w:p>
        </w:tc>
        <w:tc>
          <w:tcPr>
            <w:tcW w:w="5782" w:type="dxa"/>
            <w:tcMar>
              <w:top w:w="45" w:type="dxa"/>
              <w:left w:w="45" w:type="dxa"/>
              <w:bottom w:w="45" w:type="dxa"/>
              <w:right w:w="45" w:type="dxa"/>
            </w:tcMar>
            <w:vAlign w:val="center"/>
          </w:tcPr>
          <w:p w14:paraId="16B45250" w14:textId="77777777" w:rsidR="00BB27C4" w:rsidRDefault="00BB27C4">
            <w:pPr>
              <w:spacing w:after="0"/>
              <w:jc w:val="center"/>
            </w:pPr>
          </w:p>
        </w:tc>
      </w:tr>
      <w:tr w:rsidR="00BB27C4" w14:paraId="0A0D464D" w14:textId="77777777" w:rsidTr="00D476BB">
        <w:trPr>
          <w:trHeight w:val="220"/>
          <w:jc w:val="center"/>
        </w:trPr>
        <w:tc>
          <w:tcPr>
            <w:tcW w:w="5647" w:type="dxa"/>
            <w:tcMar>
              <w:top w:w="45" w:type="dxa"/>
              <w:left w:w="45" w:type="dxa"/>
              <w:bottom w:w="45" w:type="dxa"/>
              <w:right w:w="45" w:type="dxa"/>
            </w:tcMar>
            <w:vAlign w:val="center"/>
          </w:tcPr>
          <w:p w14:paraId="4334A551" w14:textId="77777777" w:rsidR="00BB27C4" w:rsidRDefault="00000000">
            <w:pPr>
              <w:spacing w:after="0"/>
            </w:pPr>
            <w:r>
              <w:rPr>
                <w:b/>
                <w:color w:val="1F2933"/>
                <w:sz w:val="14"/>
              </w:rPr>
              <w:t>Keys handed over</w:t>
            </w:r>
          </w:p>
        </w:tc>
        <w:tc>
          <w:tcPr>
            <w:tcW w:w="4791" w:type="dxa"/>
            <w:tcMar>
              <w:top w:w="45" w:type="dxa"/>
              <w:left w:w="45" w:type="dxa"/>
              <w:bottom w:w="45" w:type="dxa"/>
              <w:right w:w="45" w:type="dxa"/>
            </w:tcMar>
            <w:vAlign w:val="center"/>
          </w:tcPr>
          <w:p w14:paraId="55B6EF9D" w14:textId="77777777" w:rsidR="00BB27C4" w:rsidRDefault="00000000">
            <w:pPr>
              <w:spacing w:after="0"/>
              <w:jc w:val="center"/>
            </w:pPr>
            <w:r>
              <w:rPr>
                <w:color w:val="1F2933"/>
                <w:sz w:val="14"/>
              </w:rPr>
              <w:t>[ ] Yes  [ ] No</w:t>
            </w:r>
          </w:p>
        </w:tc>
        <w:tc>
          <w:tcPr>
            <w:tcW w:w="5782" w:type="dxa"/>
            <w:tcMar>
              <w:top w:w="45" w:type="dxa"/>
              <w:left w:w="45" w:type="dxa"/>
              <w:bottom w:w="45" w:type="dxa"/>
              <w:right w:w="45" w:type="dxa"/>
            </w:tcMar>
            <w:vAlign w:val="center"/>
          </w:tcPr>
          <w:p w14:paraId="6613360C" w14:textId="77777777" w:rsidR="00BB27C4" w:rsidRDefault="00BB27C4">
            <w:pPr>
              <w:spacing w:after="0"/>
              <w:jc w:val="center"/>
            </w:pPr>
          </w:p>
        </w:tc>
      </w:tr>
      <w:tr w:rsidR="00BB27C4" w14:paraId="4D110FAA" w14:textId="77777777" w:rsidTr="00D476BB">
        <w:trPr>
          <w:trHeight w:val="210"/>
          <w:jc w:val="center"/>
        </w:trPr>
        <w:tc>
          <w:tcPr>
            <w:tcW w:w="5647" w:type="dxa"/>
            <w:tcMar>
              <w:top w:w="45" w:type="dxa"/>
              <w:left w:w="45" w:type="dxa"/>
              <w:bottom w:w="45" w:type="dxa"/>
              <w:right w:w="45" w:type="dxa"/>
            </w:tcMar>
            <w:vAlign w:val="center"/>
          </w:tcPr>
          <w:p w14:paraId="3A4EA694" w14:textId="77777777" w:rsidR="00BB27C4" w:rsidRDefault="00000000">
            <w:pPr>
              <w:spacing w:after="0"/>
            </w:pPr>
            <w:r>
              <w:rPr>
                <w:b/>
                <w:color w:val="1F2933"/>
                <w:sz w:val="14"/>
              </w:rPr>
              <w:t>Outstanding items explained</w:t>
            </w:r>
          </w:p>
        </w:tc>
        <w:tc>
          <w:tcPr>
            <w:tcW w:w="4791" w:type="dxa"/>
            <w:tcMar>
              <w:top w:w="45" w:type="dxa"/>
              <w:left w:w="45" w:type="dxa"/>
              <w:bottom w:w="45" w:type="dxa"/>
              <w:right w:w="45" w:type="dxa"/>
            </w:tcMar>
            <w:vAlign w:val="center"/>
          </w:tcPr>
          <w:p w14:paraId="765954DA" w14:textId="77777777" w:rsidR="00BB27C4" w:rsidRDefault="00000000">
            <w:pPr>
              <w:spacing w:after="0"/>
              <w:jc w:val="center"/>
            </w:pPr>
            <w:r>
              <w:rPr>
                <w:color w:val="1F2933"/>
                <w:sz w:val="14"/>
              </w:rPr>
              <w:t>[ ] Yes  [ ] No</w:t>
            </w:r>
          </w:p>
        </w:tc>
        <w:tc>
          <w:tcPr>
            <w:tcW w:w="5782" w:type="dxa"/>
            <w:tcMar>
              <w:top w:w="45" w:type="dxa"/>
              <w:left w:w="45" w:type="dxa"/>
              <w:bottom w:w="45" w:type="dxa"/>
              <w:right w:w="45" w:type="dxa"/>
            </w:tcMar>
            <w:vAlign w:val="center"/>
          </w:tcPr>
          <w:p w14:paraId="5C192E46" w14:textId="77777777" w:rsidR="00BB27C4" w:rsidRDefault="00BB27C4">
            <w:pPr>
              <w:spacing w:after="0"/>
              <w:jc w:val="center"/>
            </w:pPr>
          </w:p>
        </w:tc>
      </w:tr>
      <w:tr w:rsidR="00BB27C4" w14:paraId="774C258C" w14:textId="77777777" w:rsidTr="00D476BB">
        <w:trPr>
          <w:trHeight w:val="250"/>
          <w:jc w:val="center"/>
        </w:trPr>
        <w:tc>
          <w:tcPr>
            <w:tcW w:w="16221" w:type="dxa"/>
            <w:gridSpan w:val="3"/>
            <w:shd w:val="clear" w:color="auto" w:fill="F2EBDC"/>
            <w:tcMar>
              <w:top w:w="45" w:type="dxa"/>
              <w:left w:w="45" w:type="dxa"/>
              <w:bottom w:w="45" w:type="dxa"/>
              <w:right w:w="45" w:type="dxa"/>
            </w:tcMar>
            <w:vAlign w:val="center"/>
          </w:tcPr>
          <w:p w14:paraId="2292DD9A" w14:textId="77777777" w:rsidR="00BB27C4" w:rsidRDefault="00000000">
            <w:pPr>
              <w:spacing w:after="0"/>
            </w:pPr>
            <w:r>
              <w:rPr>
                <w:b/>
                <w:color w:val="102632"/>
                <w:sz w:val="18"/>
              </w:rPr>
              <w:t>CHECK-IN ACKNOWLEDGEMENT</w:t>
            </w:r>
          </w:p>
        </w:tc>
      </w:tr>
    </w:tbl>
    <w:p w14:paraId="3F496C70" w14:textId="77777777" w:rsidR="00BB27C4" w:rsidRDefault="00BB27C4">
      <w:pPr>
        <w:spacing w:after="20"/>
      </w:pPr>
    </w:p>
    <w:p w14:paraId="7ED1D2D6" w14:textId="77777777" w:rsidR="00BB27C4" w:rsidRDefault="00000000">
      <w:r>
        <w:rPr>
          <w:sz w:val="14"/>
        </w:rPr>
        <w:t>The tenant(s) confirm that they have had the opportunity to inspect the property and that this inventory, together with supporting photographs, records the condition and contents at the start of the tenancy to the best of their knowledge. Any discrepancies or additional comments should be notified to the landlord/agent promptly.</w:t>
      </w:r>
    </w:p>
    <w:tbl>
      <w:tblPr>
        <w:tblW w:w="0" w:type="auto"/>
        <w:tblBorders>
          <w:top w:val="single" w:sz="5" w:space="0" w:color="D5DEE3"/>
          <w:left w:val="single" w:sz="5" w:space="0" w:color="D5DEE3"/>
          <w:bottom w:val="single" w:sz="5" w:space="0" w:color="D5DEE3"/>
          <w:right w:val="single" w:sz="5" w:space="0" w:color="D5DEE3"/>
          <w:insideH w:val="single" w:sz="5" w:space="0" w:color="D5DEE3"/>
          <w:insideV w:val="single" w:sz="5" w:space="0" w:color="D5DEE3"/>
        </w:tblBorders>
        <w:tblLayout w:type="fixed"/>
        <w:tblLook w:val="04A0" w:firstRow="1" w:lastRow="0" w:firstColumn="1" w:lastColumn="0" w:noHBand="0" w:noVBand="1"/>
      </w:tblPr>
      <w:tblGrid>
        <w:gridCol w:w="3600"/>
        <w:gridCol w:w="3600"/>
        <w:gridCol w:w="3600"/>
        <w:gridCol w:w="3600"/>
      </w:tblGrid>
      <w:tr w:rsidR="00BB27C4" w14:paraId="541BF6FC" w14:textId="77777777">
        <w:tc>
          <w:tcPr>
            <w:tcW w:w="3600" w:type="dxa"/>
            <w:shd w:val="clear" w:color="auto" w:fill="F2EBDC"/>
            <w:vAlign w:val="center"/>
          </w:tcPr>
          <w:p w14:paraId="529246E4" w14:textId="77777777" w:rsidR="00BB27C4" w:rsidRDefault="00000000">
            <w:pPr>
              <w:spacing w:after="0"/>
              <w:jc w:val="center"/>
            </w:pPr>
            <w:r>
              <w:rPr>
                <w:b/>
                <w:color w:val="102632"/>
                <w:sz w:val="15"/>
              </w:rPr>
              <w:t>Tenant 1</w:t>
            </w:r>
          </w:p>
        </w:tc>
        <w:tc>
          <w:tcPr>
            <w:tcW w:w="3600" w:type="dxa"/>
            <w:shd w:val="clear" w:color="auto" w:fill="F2EBDC"/>
            <w:vAlign w:val="center"/>
          </w:tcPr>
          <w:p w14:paraId="50B66913" w14:textId="77777777" w:rsidR="00BB27C4" w:rsidRDefault="00000000">
            <w:pPr>
              <w:spacing w:after="0"/>
              <w:jc w:val="center"/>
            </w:pPr>
            <w:r>
              <w:rPr>
                <w:b/>
                <w:color w:val="102632"/>
                <w:sz w:val="15"/>
              </w:rPr>
              <w:t>Tenant 2</w:t>
            </w:r>
          </w:p>
        </w:tc>
        <w:tc>
          <w:tcPr>
            <w:tcW w:w="3600" w:type="dxa"/>
            <w:shd w:val="clear" w:color="auto" w:fill="F2EBDC"/>
            <w:vAlign w:val="center"/>
          </w:tcPr>
          <w:p w14:paraId="00E9EC5A" w14:textId="77777777" w:rsidR="00BB27C4" w:rsidRDefault="00000000">
            <w:pPr>
              <w:spacing w:after="0"/>
              <w:jc w:val="center"/>
            </w:pPr>
            <w:r>
              <w:rPr>
                <w:b/>
                <w:color w:val="102632"/>
                <w:sz w:val="15"/>
              </w:rPr>
              <w:t>Landlord / Agent</w:t>
            </w:r>
          </w:p>
        </w:tc>
        <w:tc>
          <w:tcPr>
            <w:tcW w:w="3600" w:type="dxa"/>
            <w:shd w:val="clear" w:color="auto" w:fill="F2EBDC"/>
            <w:vAlign w:val="center"/>
          </w:tcPr>
          <w:p w14:paraId="291CE222" w14:textId="77777777" w:rsidR="00BB27C4" w:rsidRDefault="00000000">
            <w:pPr>
              <w:spacing w:after="0"/>
              <w:jc w:val="center"/>
            </w:pPr>
            <w:r>
              <w:rPr>
                <w:b/>
                <w:color w:val="102632"/>
                <w:sz w:val="15"/>
              </w:rPr>
              <w:t>Inspector</w:t>
            </w:r>
          </w:p>
        </w:tc>
      </w:tr>
      <w:tr w:rsidR="00BB27C4" w14:paraId="40A08F16" w14:textId="77777777">
        <w:tc>
          <w:tcPr>
            <w:tcW w:w="3600" w:type="dxa"/>
            <w:tcMar>
              <w:top w:w="45" w:type="dxa"/>
              <w:left w:w="45" w:type="dxa"/>
              <w:bottom w:w="45" w:type="dxa"/>
              <w:right w:w="45" w:type="dxa"/>
            </w:tcMar>
            <w:vAlign w:val="center"/>
          </w:tcPr>
          <w:p w14:paraId="4FDF1593" w14:textId="77777777" w:rsidR="00BB27C4" w:rsidRDefault="00000000">
            <w:pPr>
              <w:spacing w:after="0"/>
              <w:jc w:val="center"/>
            </w:pPr>
            <w:r>
              <w:rPr>
                <w:color w:val="1F2933"/>
                <w:sz w:val="14"/>
              </w:rPr>
              <w:t>Signature / Date:</w:t>
            </w:r>
            <w:r>
              <w:rPr>
                <w:color w:val="1F2933"/>
                <w:sz w:val="14"/>
              </w:rPr>
              <w:br/>
            </w:r>
            <w:r>
              <w:rPr>
                <w:color w:val="1F2933"/>
                <w:sz w:val="14"/>
              </w:rPr>
              <w:br/>
            </w:r>
          </w:p>
        </w:tc>
        <w:tc>
          <w:tcPr>
            <w:tcW w:w="3600" w:type="dxa"/>
            <w:tcMar>
              <w:top w:w="45" w:type="dxa"/>
              <w:left w:w="45" w:type="dxa"/>
              <w:bottom w:w="45" w:type="dxa"/>
              <w:right w:w="45" w:type="dxa"/>
            </w:tcMar>
            <w:vAlign w:val="center"/>
          </w:tcPr>
          <w:p w14:paraId="3C4B797A" w14:textId="77777777" w:rsidR="00BB27C4" w:rsidRDefault="00000000">
            <w:pPr>
              <w:spacing w:after="0"/>
              <w:jc w:val="center"/>
            </w:pPr>
            <w:r>
              <w:rPr>
                <w:color w:val="1F2933"/>
                <w:sz w:val="14"/>
              </w:rPr>
              <w:t>Signature / Date:</w:t>
            </w:r>
            <w:r>
              <w:rPr>
                <w:color w:val="1F2933"/>
                <w:sz w:val="14"/>
              </w:rPr>
              <w:br/>
            </w:r>
            <w:r>
              <w:rPr>
                <w:color w:val="1F2933"/>
                <w:sz w:val="14"/>
              </w:rPr>
              <w:br/>
            </w:r>
          </w:p>
        </w:tc>
        <w:tc>
          <w:tcPr>
            <w:tcW w:w="3600" w:type="dxa"/>
            <w:tcMar>
              <w:top w:w="45" w:type="dxa"/>
              <w:left w:w="45" w:type="dxa"/>
              <w:bottom w:w="45" w:type="dxa"/>
              <w:right w:w="45" w:type="dxa"/>
            </w:tcMar>
            <w:vAlign w:val="center"/>
          </w:tcPr>
          <w:p w14:paraId="36800554" w14:textId="77777777" w:rsidR="00BB27C4" w:rsidRDefault="00000000">
            <w:pPr>
              <w:spacing w:after="0"/>
              <w:jc w:val="center"/>
            </w:pPr>
            <w:r>
              <w:rPr>
                <w:color w:val="1F2933"/>
                <w:sz w:val="14"/>
              </w:rPr>
              <w:t>Signature / Date:</w:t>
            </w:r>
            <w:r>
              <w:rPr>
                <w:color w:val="1F2933"/>
                <w:sz w:val="14"/>
              </w:rPr>
              <w:br/>
            </w:r>
            <w:r>
              <w:rPr>
                <w:color w:val="1F2933"/>
                <w:sz w:val="14"/>
              </w:rPr>
              <w:br/>
            </w:r>
          </w:p>
        </w:tc>
        <w:tc>
          <w:tcPr>
            <w:tcW w:w="3600" w:type="dxa"/>
            <w:tcMar>
              <w:top w:w="45" w:type="dxa"/>
              <w:left w:w="45" w:type="dxa"/>
              <w:bottom w:w="45" w:type="dxa"/>
              <w:right w:w="45" w:type="dxa"/>
            </w:tcMar>
            <w:vAlign w:val="center"/>
          </w:tcPr>
          <w:p w14:paraId="68593058" w14:textId="77777777" w:rsidR="00BB27C4" w:rsidRDefault="00000000">
            <w:pPr>
              <w:spacing w:after="0"/>
              <w:jc w:val="center"/>
            </w:pPr>
            <w:r>
              <w:rPr>
                <w:color w:val="1F2933"/>
                <w:sz w:val="14"/>
              </w:rPr>
              <w:t>Signature / Date:</w:t>
            </w:r>
            <w:r>
              <w:rPr>
                <w:color w:val="1F2933"/>
                <w:sz w:val="14"/>
              </w:rPr>
              <w:br/>
            </w:r>
            <w:r>
              <w:rPr>
                <w:color w:val="1F2933"/>
                <w:sz w:val="14"/>
              </w:rPr>
              <w:br/>
            </w:r>
          </w:p>
        </w:tc>
      </w:tr>
      <w:tr w:rsidR="00BB27C4" w14:paraId="3684F712" w14:textId="77777777">
        <w:tc>
          <w:tcPr>
            <w:tcW w:w="3600" w:type="dxa"/>
            <w:tcMar>
              <w:top w:w="45" w:type="dxa"/>
              <w:left w:w="45" w:type="dxa"/>
              <w:bottom w:w="45" w:type="dxa"/>
              <w:right w:w="45" w:type="dxa"/>
            </w:tcMar>
            <w:vAlign w:val="center"/>
          </w:tcPr>
          <w:p w14:paraId="6A9E2724" w14:textId="77777777" w:rsidR="00BB27C4" w:rsidRDefault="00000000">
            <w:pPr>
              <w:spacing w:after="0"/>
              <w:jc w:val="center"/>
            </w:pPr>
            <w:r>
              <w:rPr>
                <w:color w:val="1F2933"/>
                <w:sz w:val="14"/>
              </w:rPr>
              <w:t>Date: __________________</w:t>
            </w:r>
          </w:p>
        </w:tc>
        <w:tc>
          <w:tcPr>
            <w:tcW w:w="3600" w:type="dxa"/>
            <w:tcMar>
              <w:top w:w="45" w:type="dxa"/>
              <w:left w:w="45" w:type="dxa"/>
              <w:bottom w:w="45" w:type="dxa"/>
              <w:right w:w="45" w:type="dxa"/>
            </w:tcMar>
            <w:vAlign w:val="center"/>
          </w:tcPr>
          <w:p w14:paraId="50507C59" w14:textId="77777777" w:rsidR="00BB27C4" w:rsidRDefault="00000000">
            <w:pPr>
              <w:spacing w:after="0"/>
              <w:jc w:val="center"/>
            </w:pPr>
            <w:r>
              <w:rPr>
                <w:color w:val="1F2933"/>
                <w:sz w:val="14"/>
              </w:rPr>
              <w:t>Date: __________________</w:t>
            </w:r>
          </w:p>
        </w:tc>
        <w:tc>
          <w:tcPr>
            <w:tcW w:w="3600" w:type="dxa"/>
            <w:tcMar>
              <w:top w:w="45" w:type="dxa"/>
              <w:left w:w="45" w:type="dxa"/>
              <w:bottom w:w="45" w:type="dxa"/>
              <w:right w:w="45" w:type="dxa"/>
            </w:tcMar>
            <w:vAlign w:val="center"/>
          </w:tcPr>
          <w:p w14:paraId="3ABF4E3B" w14:textId="77777777" w:rsidR="00BB27C4" w:rsidRDefault="00000000">
            <w:pPr>
              <w:spacing w:after="0"/>
              <w:jc w:val="center"/>
            </w:pPr>
            <w:r>
              <w:rPr>
                <w:color w:val="1F2933"/>
                <w:sz w:val="14"/>
              </w:rPr>
              <w:t>Date: __________________</w:t>
            </w:r>
          </w:p>
        </w:tc>
        <w:tc>
          <w:tcPr>
            <w:tcW w:w="3600" w:type="dxa"/>
            <w:tcMar>
              <w:top w:w="45" w:type="dxa"/>
              <w:left w:w="45" w:type="dxa"/>
              <w:bottom w:w="45" w:type="dxa"/>
              <w:right w:w="45" w:type="dxa"/>
            </w:tcMar>
            <w:vAlign w:val="center"/>
          </w:tcPr>
          <w:p w14:paraId="5828F67D" w14:textId="77777777" w:rsidR="00BB27C4" w:rsidRDefault="00000000">
            <w:pPr>
              <w:spacing w:after="0"/>
              <w:jc w:val="center"/>
            </w:pPr>
            <w:r>
              <w:rPr>
                <w:color w:val="1F2933"/>
                <w:sz w:val="14"/>
              </w:rPr>
              <w:t>Date: __________________</w:t>
            </w:r>
          </w:p>
        </w:tc>
      </w:tr>
    </w:tbl>
    <w:p w14:paraId="7310F092" w14:textId="77777777" w:rsidR="00CB01ED" w:rsidRDefault="00CB01ED"/>
    <w:sectPr w:rsidR="00CB01ED" w:rsidSect="00034616">
      <w:headerReference w:type="default" r:id="rId8"/>
      <w:footerReference w:type="default" r:id="rId9"/>
      <w:pgSz w:w="16834" w:h="11909" w:orient="landscape"/>
      <w:pgMar w:top="93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2EFDC" w14:textId="77777777" w:rsidR="00CB01ED" w:rsidRDefault="00CB01ED">
      <w:pPr>
        <w:spacing w:after="0" w:line="240" w:lineRule="auto"/>
      </w:pPr>
      <w:r>
        <w:separator/>
      </w:r>
    </w:p>
  </w:endnote>
  <w:endnote w:type="continuationSeparator" w:id="0">
    <w:p w14:paraId="12229F70" w14:textId="77777777" w:rsidR="00CB01ED" w:rsidRDefault="00CB0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4D5F9" w14:textId="77777777" w:rsidR="00BB27C4" w:rsidRDefault="00000000">
    <w:pPr>
      <w:pStyle w:val="Footer"/>
      <w:jc w:val="center"/>
    </w:pPr>
    <w:r>
      <w:rPr>
        <w:color w:val="6B7280"/>
        <w:sz w:val="14"/>
      </w:rPr>
      <w:t>P&amp;S PROPERTY Solutions  |  Property Inventory &amp; Schedule of Condition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8D3D6" w14:textId="77777777" w:rsidR="00CB01ED" w:rsidRDefault="00CB01ED">
      <w:pPr>
        <w:spacing w:after="0" w:line="240" w:lineRule="auto"/>
      </w:pPr>
      <w:r>
        <w:separator/>
      </w:r>
    </w:p>
  </w:footnote>
  <w:footnote w:type="continuationSeparator" w:id="0">
    <w:p w14:paraId="68A0CC61" w14:textId="77777777" w:rsidR="00CB01ED" w:rsidRDefault="00CB01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C1C19" w14:textId="77777777" w:rsidR="00BB27C4" w:rsidRDefault="00000000">
    <w:pPr>
      <w:pStyle w:val="Header"/>
      <w:jc w:val="right"/>
    </w:pPr>
    <w:r>
      <w:rPr>
        <w:noProof/>
      </w:rPr>
      <w:drawing>
        <wp:inline distT="0" distB="0" distL="0" distR="0" wp14:anchorId="028D80F3" wp14:editId="0998A939">
          <wp:extent cx="1417320" cy="6373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_logo_cropped.png"/>
                  <pic:cNvPicPr/>
                </pic:nvPicPr>
                <pic:blipFill>
                  <a:blip r:embed="rId1"/>
                  <a:stretch>
                    <a:fillRect/>
                  </a:stretch>
                </pic:blipFill>
                <pic:spPr>
                  <a:xfrm>
                    <a:off x="0" y="0"/>
                    <a:ext cx="1417320" cy="637318"/>
                  </a:xfrm>
                  <a:prstGeom prst="rect">
                    <a:avLst/>
                  </a:prstGeom>
                </pic:spPr>
              </pic:pic>
            </a:graphicData>
          </a:graphic>
        </wp:inline>
      </w:drawing>
    </w:r>
  </w:p>
  <w:p w14:paraId="27BEA9A6" w14:textId="77777777" w:rsidR="00BB27C4" w:rsidRDefault="00BB27C4">
    <w:pPr>
      <w:pBdr>
        <w:bottom w:val="single" w:sz="18" w:space="1" w:color="FF5945"/>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96353892">
    <w:abstractNumId w:val="8"/>
  </w:num>
  <w:num w:numId="2" w16cid:durableId="1494224656">
    <w:abstractNumId w:val="6"/>
  </w:num>
  <w:num w:numId="3" w16cid:durableId="1132871162">
    <w:abstractNumId w:val="5"/>
  </w:num>
  <w:num w:numId="4" w16cid:durableId="1651404190">
    <w:abstractNumId w:val="4"/>
  </w:num>
  <w:num w:numId="5" w16cid:durableId="1966033894">
    <w:abstractNumId w:val="7"/>
  </w:num>
  <w:num w:numId="6" w16cid:durableId="1793398507">
    <w:abstractNumId w:val="3"/>
  </w:num>
  <w:num w:numId="7" w16cid:durableId="906037607">
    <w:abstractNumId w:val="2"/>
  </w:num>
  <w:num w:numId="8" w16cid:durableId="878861622">
    <w:abstractNumId w:val="1"/>
  </w:num>
  <w:num w:numId="9" w16cid:durableId="2070418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BB27C4"/>
    <w:rsid w:val="00BB7B50"/>
    <w:rsid w:val="00BF3927"/>
    <w:rsid w:val="00C01B1B"/>
    <w:rsid w:val="00C54CB2"/>
    <w:rsid w:val="00CB01ED"/>
    <w:rsid w:val="00CB0664"/>
    <w:rsid w:val="00D476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7E92E35-FCEF-4C88-B74B-791905D75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B50"/>
    <w:rPr>
      <w:rFonts w:ascii="Aptos" w:hAnsi="Aptos"/>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fad277c9-c60a-4da1-b5f3-b3b8b34a82f9}" enabled="0" method="" siteId="{fad277c9-c60a-4da1-b5f3-b3b8b34a82f9}"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12</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VOORUKONDA, PradeepKumar</cp:lastModifiedBy>
  <cp:revision>5</cp:revision>
  <dcterms:created xsi:type="dcterms:W3CDTF">2013-12-23T23:15:00Z</dcterms:created>
  <dcterms:modified xsi:type="dcterms:W3CDTF">2026-09-08T13:40:00Z</dcterms:modified>
  <cp:category/>
</cp:coreProperties>
</file>